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32" w:type="dxa"/>
        <w:tblLayout w:type="fixed"/>
        <w:tblLook w:val="04A0" w:firstRow="1" w:lastRow="0" w:firstColumn="1" w:lastColumn="0" w:noHBand="0" w:noVBand="1"/>
        <w:tblCaption w:val="Form header"/>
        <w:tblDescription w:val="Local health department fields, form title and PEF label fields."/>
      </w:tblPr>
      <w:tblGrid>
        <w:gridCol w:w="1045"/>
        <w:gridCol w:w="1440"/>
        <w:gridCol w:w="683"/>
        <w:gridCol w:w="1657"/>
        <w:gridCol w:w="720"/>
        <w:gridCol w:w="810"/>
        <w:gridCol w:w="197"/>
        <w:gridCol w:w="163"/>
        <w:gridCol w:w="180"/>
        <w:gridCol w:w="1260"/>
        <w:gridCol w:w="1133"/>
        <w:gridCol w:w="1944"/>
      </w:tblGrid>
      <w:tr w:rsidR="007F3C6E" w14:paraId="0791D285" w14:textId="77777777" w:rsidTr="003C4E0E">
        <w:trPr>
          <w:cantSplit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92D7E3" w14:textId="0A738262" w:rsidR="007F3C6E" w:rsidRDefault="007F3C6E" w:rsidP="0016090A">
            <w:pPr>
              <w:keepLines/>
            </w:pPr>
            <w:r>
              <w:rPr>
                <w:b/>
                <w:color w:val="000000"/>
              </w:rPr>
              <w:t>LHD name:</w:t>
            </w:r>
            <w:r>
              <w:rPr>
                <w:color w:val="000000"/>
                <w:u w:val="single"/>
              </w:rPr>
              <w:t xml:space="preserve">                              </w:t>
            </w:r>
          </w:p>
          <w:p w14:paraId="7C70F687" w14:textId="77777777" w:rsidR="007F3C6E" w:rsidRDefault="007F3C6E" w:rsidP="0016090A">
            <w:pPr>
              <w:keepLines/>
            </w:pPr>
            <w:r>
              <w:rPr>
                <w:b/>
                <w:color w:val="000000"/>
              </w:rPr>
              <w:t>LHD address:</w:t>
            </w:r>
            <w:r>
              <w:rPr>
                <w:color w:val="000000"/>
                <w:u w:val="single"/>
              </w:rPr>
              <w:t xml:space="preserve">                         </w:t>
            </w:r>
          </w:p>
        </w:tc>
        <w:tc>
          <w:tcPr>
            <w:tcW w:w="49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00FC38" w14:textId="77777777" w:rsidR="007F3C6E" w:rsidRDefault="007F3C6E" w:rsidP="003C4E0E">
            <w:pPr>
              <w:pStyle w:val="Heading1"/>
              <w:jc w:val="center"/>
              <w:rPr>
                <w:sz w:val="24"/>
                <w:szCs w:val="24"/>
              </w:rPr>
            </w:pPr>
            <w:r w:rsidRPr="007F3C6E">
              <w:rPr>
                <w:rFonts w:ascii="Calibri" w:hAnsi="Calibri"/>
                <w:sz w:val="24"/>
                <w:szCs w:val="24"/>
              </w:rPr>
              <w:t>INFLUENZA VACCINE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7F3C6E">
              <w:rPr>
                <w:sz w:val="24"/>
                <w:szCs w:val="24"/>
              </w:rPr>
              <w:t>ADMINISTRATION RECORD</w:t>
            </w:r>
          </w:p>
          <w:p w14:paraId="099B933D" w14:textId="77FACD1D" w:rsidR="009C0BFB" w:rsidRPr="009C0BFB" w:rsidRDefault="009C0BFB" w:rsidP="009C0BFB">
            <w:pPr>
              <w:jc w:val="center"/>
            </w:pPr>
            <w:r>
              <w:t>(WITH SPANISH SIGNATURE SECTION)</w:t>
            </w:r>
          </w:p>
        </w:tc>
        <w:tc>
          <w:tcPr>
            <w:tcW w:w="307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06C527E" w14:textId="77777777" w:rsidR="007F3C6E" w:rsidRPr="00091798" w:rsidRDefault="007F3C6E" w:rsidP="005441A2">
            <w:pPr>
              <w:keepLines/>
              <w:shd w:val="clear" w:color="auto" w:fill="D9D9D9" w:themeFill="background1" w:themeFillShade="D9"/>
              <w:jc w:val="center"/>
              <w:rPr>
                <w:sz w:val="22"/>
              </w:rPr>
            </w:pPr>
            <w:r w:rsidRPr="00091798">
              <w:rPr>
                <w:b/>
                <w:color w:val="505050"/>
                <w:sz w:val="22"/>
              </w:rPr>
              <w:t>PEF label</w:t>
            </w:r>
          </w:p>
          <w:p w14:paraId="46A5829E" w14:textId="77777777" w:rsidR="007F3C6E" w:rsidRPr="00091798" w:rsidRDefault="007F3C6E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Document number: </w:t>
            </w:r>
            <w:r w:rsidRPr="00091798">
              <w:rPr>
                <w:color w:val="000000"/>
                <w:sz w:val="22"/>
                <w:u w:val="single"/>
              </w:rPr>
              <w:t xml:space="preserve">                              </w:t>
            </w:r>
          </w:p>
          <w:p w14:paraId="5690AEE1" w14:textId="77777777" w:rsidR="007F3C6E" w:rsidRPr="00091798" w:rsidRDefault="007F3C6E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HID/LOC/SITE: </w:t>
            </w:r>
            <w:r w:rsidRPr="00091798">
              <w:rPr>
                <w:color w:val="000000"/>
                <w:sz w:val="22"/>
                <w:u w:val="single"/>
              </w:rPr>
              <w:t xml:space="preserve">                              </w:t>
            </w:r>
          </w:p>
        </w:tc>
      </w:tr>
      <w:tr w:rsidR="007F3C6E" w14:paraId="5E8A3B3B" w14:textId="77777777">
        <w:trPr>
          <w:cantSplit/>
        </w:trPr>
        <w:tc>
          <w:tcPr>
            <w:tcW w:w="81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BBB438" w14:textId="02888775" w:rsidR="007F3C6E" w:rsidRPr="00091798" w:rsidRDefault="007F3C6E" w:rsidP="007F3C6E">
            <w:pPr>
              <w:pStyle w:val="Heading1"/>
              <w:rPr>
                <w:rFonts w:ascii="Calibri" w:hAnsi="Calibri"/>
                <w:sz w:val="22"/>
                <w:szCs w:val="22"/>
              </w:rPr>
            </w:pPr>
            <w:r w:rsidRPr="00091798">
              <w:rPr>
                <w:rFonts w:ascii="Calibri" w:hAnsi="Calibri"/>
                <w:color w:val="FFFFFF" w:themeColor="background1"/>
                <w:sz w:val="22"/>
                <w:szCs w:val="22"/>
              </w:rPr>
              <w:t>PATIENT INFORMATION</w:t>
            </w:r>
          </w:p>
        </w:tc>
        <w:tc>
          <w:tcPr>
            <w:tcW w:w="3077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FD67F6" w14:textId="77777777" w:rsidR="007F3C6E" w:rsidRPr="00091798" w:rsidRDefault="007F3C6E" w:rsidP="005441A2">
            <w:pPr>
              <w:keepLines/>
              <w:shd w:val="clear" w:color="auto" w:fill="D9D9D9" w:themeFill="background1" w:themeFillShade="D9"/>
              <w:jc w:val="center"/>
              <w:rPr>
                <w:b/>
                <w:color w:val="505050"/>
                <w:sz w:val="22"/>
              </w:rPr>
            </w:pPr>
          </w:p>
        </w:tc>
      </w:tr>
      <w:tr w:rsidR="006313B2" w14:paraId="77EB3E1A" w14:textId="77777777" w:rsidTr="004437E9">
        <w:trPr>
          <w:cantSplit/>
        </w:trPr>
        <w:tc>
          <w:tcPr>
            <w:tcW w:w="6552" w:type="dxa"/>
            <w:gridSpan w:val="7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6784AC" w14:textId="7EEDC13C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>Name</w:t>
            </w:r>
            <w:r w:rsidR="00E21A18" w:rsidRPr="00091798">
              <w:rPr>
                <w:b/>
                <w:bCs/>
                <w:color w:val="000000"/>
                <w:sz w:val="22"/>
              </w:rPr>
              <w:t>: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599C0B" w14:textId="4CF21A74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>ID/SSN</w:t>
            </w:r>
            <w:r w:rsidR="00E21A18" w:rsidRPr="00091798">
              <w:rPr>
                <w:b/>
                <w:bCs/>
                <w:color w:val="000000"/>
                <w:sz w:val="22"/>
              </w:rPr>
              <w:t>: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C41881" w14:textId="2021D4EC" w:rsidR="006313B2" w:rsidRPr="00091798" w:rsidRDefault="00E21A18" w:rsidP="006313B2">
            <w:pPr>
              <w:keepLines/>
              <w:rPr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>DOB: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ECE3C9" w14:textId="50A2791B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>Phone</w:t>
            </w:r>
            <w:r w:rsidR="00E21A18" w:rsidRPr="00091798">
              <w:rPr>
                <w:b/>
                <w:bCs/>
                <w:color w:val="000000"/>
                <w:sz w:val="22"/>
              </w:rPr>
              <w:t>:</w:t>
            </w:r>
          </w:p>
        </w:tc>
      </w:tr>
      <w:tr w:rsidR="006313B2" w14:paraId="78970E2B" w14:textId="77777777" w:rsidTr="00091798">
        <w:trPr>
          <w:cantSplit/>
          <w:trHeight w:val="209"/>
        </w:trPr>
        <w:tc>
          <w:tcPr>
            <w:tcW w:w="655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CF8548" w14:textId="6AEE4BB0" w:rsidR="006313B2" w:rsidRPr="00091798" w:rsidRDefault="006313B2" w:rsidP="006313B2">
            <w:pPr>
              <w:keepLines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6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3911B1" w14:textId="049F362F" w:rsidR="006313B2" w:rsidRPr="00091798" w:rsidRDefault="006313B2" w:rsidP="006313B2">
            <w:pPr>
              <w:keepLines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689AEC" w14:textId="513F4DF9" w:rsidR="006313B2" w:rsidRPr="00091798" w:rsidRDefault="006313B2" w:rsidP="006313B2">
            <w:pPr>
              <w:keepLines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0C57F4" w14:textId="1A913F8A" w:rsidR="006313B2" w:rsidRPr="00091798" w:rsidRDefault="006313B2" w:rsidP="006313B2">
            <w:pPr>
              <w:keepLines/>
              <w:jc w:val="center"/>
              <w:rPr>
                <w:b/>
                <w:bCs/>
                <w:color w:val="000000"/>
                <w:sz w:val="22"/>
              </w:rPr>
            </w:pPr>
          </w:p>
        </w:tc>
      </w:tr>
      <w:tr w:rsidR="006313B2" w14:paraId="02B443D2" w14:textId="77777777" w:rsidTr="004437E9">
        <w:trPr>
          <w:cantSplit/>
        </w:trPr>
        <w:tc>
          <w:tcPr>
            <w:tcW w:w="482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94EE9E" w14:textId="021B069F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Street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930840" w14:textId="61D9C3EC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City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B06BD2" w14:textId="7A3E1D7C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County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2538B2" w14:textId="3BFE0C58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State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FCE399" w14:textId="1C2C4DD5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ZIP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</w:tr>
      <w:tr w:rsidR="006313B2" w14:paraId="3B3A08DE" w14:textId="77777777" w:rsidTr="00091798">
        <w:trPr>
          <w:cantSplit/>
          <w:trHeight w:val="218"/>
        </w:trPr>
        <w:tc>
          <w:tcPr>
            <w:tcW w:w="482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AA8180" w14:textId="7D3BCC3F" w:rsidR="006313B2" w:rsidRPr="006313B2" w:rsidRDefault="006313B2" w:rsidP="006313B2">
            <w:pPr>
              <w:keepLines/>
              <w:rPr>
                <w:i/>
                <w:iCs/>
                <w:color w:val="000000"/>
              </w:rPr>
            </w:pPr>
          </w:p>
        </w:tc>
        <w:tc>
          <w:tcPr>
            <w:tcW w:w="17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36D587" w14:textId="59787560" w:rsidR="006313B2" w:rsidRPr="006313B2" w:rsidRDefault="006313B2" w:rsidP="00091798">
            <w:pPr>
              <w:keepLines/>
              <w:rPr>
                <w:b/>
                <w:i/>
                <w:iCs/>
                <w:color w:val="000000"/>
              </w:rPr>
            </w:pPr>
          </w:p>
        </w:tc>
        <w:tc>
          <w:tcPr>
            <w:tcW w:w="16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AA8790" w14:textId="5F4E49F7" w:rsidR="006313B2" w:rsidRPr="006313B2" w:rsidRDefault="006313B2" w:rsidP="00091798">
            <w:pPr>
              <w:keepLines/>
              <w:rPr>
                <w:i/>
                <w:iCs/>
                <w:color w:val="000000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1F9241" w14:textId="2F86BEB1" w:rsidR="006313B2" w:rsidRPr="006313B2" w:rsidRDefault="006313B2" w:rsidP="00091798">
            <w:pPr>
              <w:keepLines/>
              <w:rPr>
                <w:b/>
                <w:i/>
                <w:iCs/>
                <w:color w:val="00000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3A9384" w14:textId="7813ED62" w:rsidR="006313B2" w:rsidRPr="00091798" w:rsidRDefault="006313B2" w:rsidP="00091798">
            <w:pPr>
              <w:keepLines/>
              <w:rPr>
                <w:i/>
                <w:iCs/>
                <w:color w:val="000000"/>
                <w:sz w:val="22"/>
              </w:rPr>
            </w:pPr>
          </w:p>
        </w:tc>
      </w:tr>
      <w:tr w:rsidR="006313B2" w14:paraId="39D3F3AC" w14:textId="77777777" w:rsidTr="00E21A18">
        <w:trPr>
          <w:cantSplit/>
        </w:trPr>
        <w:tc>
          <w:tcPr>
            <w:tcW w:w="1123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5F44E6B" w14:textId="5C92F864" w:rsidR="0050651B" w:rsidRDefault="006313B2" w:rsidP="006313B2">
            <w:pPr>
              <w:keepLines/>
              <w:rPr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Race (check one or more): </w:t>
            </w:r>
            <w:r w:rsidRPr="00091798">
              <w:rPr>
                <w:color w:val="000000"/>
                <w:sz w:val="22"/>
              </w:rPr>
              <w:t xml:space="preserve">☐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W</w:t>
            </w:r>
            <w:r w:rsidRPr="00091798">
              <w:rPr>
                <w:color w:val="000000"/>
                <w:sz w:val="22"/>
              </w:rPr>
              <w:t xml:space="preserve">hite   ☐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B</w:t>
            </w:r>
            <w:r w:rsidRPr="00091798">
              <w:rPr>
                <w:color w:val="000000"/>
                <w:sz w:val="22"/>
              </w:rPr>
              <w:t xml:space="preserve">lack or African </w:t>
            </w:r>
            <w:r w:rsidR="0050651B" w:rsidRPr="00091798">
              <w:rPr>
                <w:color w:val="000000"/>
                <w:sz w:val="22"/>
              </w:rPr>
              <w:t xml:space="preserve">American </w:t>
            </w:r>
            <w:r w:rsidR="001B0D24">
              <w:rPr>
                <w:color w:val="000000"/>
                <w:sz w:val="22"/>
              </w:rPr>
              <w:t xml:space="preserve">  </w:t>
            </w:r>
            <w:r w:rsidR="0050651B"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American Indian or Alaska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N</w:t>
            </w:r>
            <w:r w:rsidRPr="00091798">
              <w:rPr>
                <w:color w:val="000000"/>
                <w:sz w:val="22"/>
              </w:rPr>
              <w:t>ative</w:t>
            </w:r>
            <w:r w:rsidRPr="00091798">
              <w:rPr>
                <w:b/>
                <w:color w:val="000000"/>
                <w:sz w:val="22"/>
              </w:rPr>
              <w:t>*</w:t>
            </w:r>
            <w:r w:rsidRPr="00091798">
              <w:rPr>
                <w:color w:val="000000"/>
                <w:sz w:val="22"/>
              </w:rPr>
              <w:t xml:space="preserve">  </w:t>
            </w:r>
            <w:r w:rsidR="001B0D24">
              <w:rPr>
                <w:color w:val="000000"/>
                <w:sz w:val="22"/>
              </w:rPr>
              <w:t xml:space="preserve"> </w:t>
            </w:r>
            <w:r w:rsidRPr="00091798">
              <w:rPr>
                <w:color w:val="000000"/>
                <w:sz w:val="22"/>
              </w:rPr>
              <w:t xml:space="preserve">☐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A</w:t>
            </w:r>
            <w:r w:rsidRPr="00091798">
              <w:rPr>
                <w:color w:val="000000"/>
                <w:sz w:val="22"/>
              </w:rPr>
              <w:t xml:space="preserve">sian   </w:t>
            </w:r>
          </w:p>
          <w:p w14:paraId="589A7DAB" w14:textId="727EF9C0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☐ Native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H</w:t>
            </w:r>
            <w:r w:rsidRPr="00091798">
              <w:rPr>
                <w:color w:val="000000"/>
                <w:sz w:val="22"/>
              </w:rPr>
              <w:t>awaiian or Other Pacific Islander</w:t>
            </w:r>
            <w:r w:rsidR="0016090A" w:rsidRPr="00091798">
              <w:rPr>
                <w:color w:val="000000"/>
                <w:sz w:val="22"/>
              </w:rPr>
              <w:t xml:space="preserve">   </w:t>
            </w:r>
            <w:r w:rsidR="00D94FA9">
              <w:rPr>
                <w:color w:val="000000"/>
                <w:sz w:val="22"/>
              </w:rPr>
              <w:t xml:space="preserve">    </w:t>
            </w:r>
            <w:r w:rsidR="0016090A" w:rsidRPr="00091798">
              <w:rPr>
                <w:b/>
                <w:color w:val="000000"/>
                <w:sz w:val="22"/>
              </w:rPr>
              <w:t xml:space="preserve">Ethnicity:  </w:t>
            </w:r>
            <w:r w:rsidR="0016090A" w:rsidRPr="00091798">
              <w:rPr>
                <w:color w:val="000000"/>
                <w:sz w:val="22"/>
              </w:rPr>
              <w:t xml:space="preserve">☐ Hispanic or Latino   ☐ Not Hispanic or Latino     </w:t>
            </w:r>
          </w:p>
        </w:tc>
      </w:tr>
      <w:tr w:rsidR="006313B2" w14:paraId="621413EF" w14:textId="77777777" w:rsidTr="00E21A18">
        <w:trPr>
          <w:cantSplit/>
        </w:trPr>
        <w:tc>
          <w:tcPr>
            <w:tcW w:w="11232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337E335" w14:textId="0DA9A312" w:rsidR="006313B2" w:rsidRPr="00091798" w:rsidRDefault="006313B2" w:rsidP="000C55B1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Sex:  </w:t>
            </w: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Male   </w:t>
            </w: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Female  </w:t>
            </w:r>
            <w:r w:rsidR="000C55B1" w:rsidRPr="00091798">
              <w:rPr>
                <w:color w:val="000000"/>
                <w:sz w:val="22"/>
              </w:rPr>
              <w:t xml:space="preserve">  </w:t>
            </w:r>
            <w:r w:rsidRPr="00091798">
              <w:rPr>
                <w:b/>
                <w:color w:val="000000"/>
                <w:sz w:val="22"/>
              </w:rPr>
              <w:t xml:space="preserve">Household size: </w:t>
            </w:r>
            <w:r w:rsidRPr="00091798">
              <w:rPr>
                <w:color w:val="000000"/>
                <w:sz w:val="22"/>
              </w:rPr>
              <w:t>___</w:t>
            </w:r>
            <w:r w:rsidR="003C4E0E" w:rsidRPr="00091798">
              <w:rPr>
                <w:color w:val="000000"/>
                <w:sz w:val="22"/>
              </w:rPr>
              <w:t>__</w:t>
            </w:r>
            <w:r w:rsidRPr="00091798">
              <w:rPr>
                <w:color w:val="000000"/>
                <w:sz w:val="22"/>
              </w:rPr>
              <w:t xml:space="preserve">___ </w:t>
            </w:r>
            <w:r w:rsidR="000C55B1" w:rsidRPr="00091798">
              <w:rPr>
                <w:color w:val="000000"/>
                <w:sz w:val="22"/>
              </w:rPr>
              <w:t xml:space="preserve">  </w:t>
            </w:r>
            <w:r w:rsidRPr="00091798">
              <w:rPr>
                <w:color w:val="000000"/>
                <w:sz w:val="22"/>
              </w:rPr>
              <w:t xml:space="preserve"> </w:t>
            </w:r>
            <w:r w:rsidRPr="00091798">
              <w:rPr>
                <w:b/>
                <w:color w:val="000000"/>
                <w:sz w:val="22"/>
              </w:rPr>
              <w:t>Annual income: $</w:t>
            </w:r>
            <w:r w:rsidRPr="00091798">
              <w:rPr>
                <w:color w:val="000000"/>
                <w:sz w:val="22"/>
              </w:rPr>
              <w:t>______</w:t>
            </w:r>
            <w:r w:rsidR="003C4E0E" w:rsidRPr="00091798">
              <w:rPr>
                <w:color w:val="000000"/>
                <w:sz w:val="22"/>
              </w:rPr>
              <w:t>_____</w:t>
            </w:r>
            <w:r w:rsidRPr="00091798">
              <w:rPr>
                <w:color w:val="000000"/>
                <w:sz w:val="22"/>
              </w:rPr>
              <w:t xml:space="preserve">____   </w:t>
            </w: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Income not given</w:t>
            </w:r>
            <w:r w:rsidR="00E21A18" w:rsidRPr="00091798">
              <w:rPr>
                <w:color w:val="000000"/>
                <w:sz w:val="22"/>
              </w:rPr>
              <w:t xml:space="preserve">    </w:t>
            </w:r>
          </w:p>
        </w:tc>
      </w:tr>
      <w:tr w:rsidR="006313B2" w14:paraId="756FB0FD" w14:textId="77777777" w:rsidTr="00E21A18">
        <w:trPr>
          <w:cantSplit/>
        </w:trPr>
        <w:tc>
          <w:tcPr>
            <w:tcW w:w="11232" w:type="dxa"/>
            <w:gridSpan w:val="12"/>
            <w:shd w:val="clear" w:color="auto" w:fill="00206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E5C492A" w14:textId="77777777" w:rsidR="006313B2" w:rsidRPr="00091798" w:rsidRDefault="006313B2" w:rsidP="006313B2">
            <w:pPr>
              <w:pStyle w:val="Heading2"/>
              <w:rPr>
                <w:sz w:val="22"/>
                <w:szCs w:val="22"/>
              </w:rPr>
            </w:pPr>
            <w:r w:rsidRPr="00091798">
              <w:rPr>
                <w:rFonts w:ascii="Calibri" w:hAnsi="Calibri"/>
                <w:sz w:val="22"/>
                <w:szCs w:val="22"/>
              </w:rPr>
              <w:t>INSURANCE AND ELIGIBILITY</w:t>
            </w:r>
          </w:p>
        </w:tc>
      </w:tr>
      <w:tr w:rsidR="006313B2" w14:paraId="6C4CA87B" w14:textId="77777777" w:rsidTr="004437E9">
        <w:trPr>
          <w:cantSplit/>
        </w:trPr>
        <w:tc>
          <w:tcPr>
            <w:tcW w:w="55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8E5C6DB" w14:textId="77777777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Medicaid:   ☐ Yes*   ☐ No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20A9D99" w14:textId="69E6C1AC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Medicaid number: </w:t>
            </w:r>
            <w:r w:rsidRPr="00091798">
              <w:rPr>
                <w:color w:val="000000"/>
                <w:sz w:val="22"/>
              </w:rPr>
              <w:t>______________________________</w:t>
            </w:r>
          </w:p>
        </w:tc>
      </w:tr>
      <w:tr w:rsidR="006313B2" w14:paraId="751529EE" w14:textId="77777777" w:rsidTr="004437E9">
        <w:trPr>
          <w:cantSplit/>
        </w:trPr>
        <w:tc>
          <w:tcPr>
            <w:tcW w:w="55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3E875D7" w14:textId="77777777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Medicare:   ☐ Yes   ☐ No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FD8CF4" w14:textId="14432D21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Medicare number:  </w:t>
            </w:r>
            <w:r w:rsidRPr="00091798">
              <w:rPr>
                <w:color w:val="000000"/>
                <w:sz w:val="22"/>
              </w:rPr>
              <w:t>_____________________________</w:t>
            </w:r>
          </w:p>
        </w:tc>
      </w:tr>
      <w:tr w:rsidR="006313B2" w14:paraId="3178369F" w14:textId="77777777" w:rsidTr="004437E9">
        <w:trPr>
          <w:cantSplit/>
        </w:trPr>
        <w:tc>
          <w:tcPr>
            <w:tcW w:w="55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7F67FA1" w14:textId="77777777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Health insurance:   ☐ Yes   ☐ No*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8B1A2E" w14:textId="38E5FC6A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Company: </w:t>
            </w:r>
            <w:r w:rsidRPr="00091798">
              <w:rPr>
                <w:color w:val="000000"/>
                <w:sz w:val="22"/>
              </w:rPr>
              <w:t>_____________________________________</w:t>
            </w:r>
          </w:p>
        </w:tc>
      </w:tr>
      <w:tr w:rsidR="006313B2" w14:paraId="5ED0B6ED" w14:textId="77777777" w:rsidTr="003C4E0E">
        <w:trPr>
          <w:cantSplit/>
        </w:trPr>
        <w:tc>
          <w:tcPr>
            <w:tcW w:w="5545" w:type="dxa"/>
            <w:gridSpan w:val="5"/>
            <w:tcBorders>
              <w:top w:val="nil"/>
              <w:left w:val="single" w:sz="4" w:space="0" w:color="auto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D4386B" w14:textId="0EA84C01" w:rsidR="006313B2" w:rsidRPr="00091798" w:rsidRDefault="008D7257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Subscriber name:  </w:t>
            </w:r>
            <w:r w:rsidRPr="00091798">
              <w:rPr>
                <w:color w:val="000000"/>
                <w:sz w:val="22"/>
              </w:rPr>
              <w:t>_____________________</w:t>
            </w:r>
            <w:r w:rsidR="00C24F64" w:rsidRPr="00091798">
              <w:rPr>
                <w:color w:val="000000"/>
                <w:sz w:val="22"/>
              </w:rPr>
              <w:t>_________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78545B9" w14:textId="1092E60B" w:rsidR="006313B2" w:rsidRPr="00091798" w:rsidRDefault="008D7257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Policy#/group#: </w:t>
            </w:r>
            <w:r w:rsidRPr="00091798">
              <w:rPr>
                <w:color w:val="000000"/>
                <w:sz w:val="22"/>
              </w:rPr>
              <w:t>_______________ / _______________</w:t>
            </w:r>
          </w:p>
        </w:tc>
      </w:tr>
      <w:tr w:rsidR="006313B2" w14:paraId="7F0672BD" w14:textId="77777777" w:rsidTr="003C4E0E">
        <w:trPr>
          <w:cantSplit/>
        </w:trPr>
        <w:tc>
          <w:tcPr>
            <w:tcW w:w="11232" w:type="dxa"/>
            <w:gridSpan w:val="12"/>
            <w:tcBorders>
              <w:left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8069172" w14:textId="05921EFA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If the patient is younger than 19 and has health insurance, does the plan cover vaccines?   ☐ Yes   ☐ No*      </w:t>
            </w:r>
          </w:p>
        </w:tc>
      </w:tr>
      <w:tr w:rsidR="00003C16" w14:paraId="1151D83F" w14:textId="77777777" w:rsidTr="003C4E0E">
        <w:trPr>
          <w:cantSplit/>
        </w:trPr>
        <w:tc>
          <w:tcPr>
            <w:tcW w:w="11232" w:type="dxa"/>
            <w:gridSpan w:val="12"/>
            <w:tcBorders>
              <w:left w:val="single" w:sz="6" w:space="0" w:color="7F7F7F"/>
              <w:right w:val="single" w:sz="6" w:space="0" w:color="7F7F7F"/>
            </w:tcBorders>
            <w:shd w:val="clear" w:color="auto" w:fill="DBE5F1" w:themeFill="accent1" w:themeFillTint="33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EC1798" w14:textId="6901CFE9" w:rsidR="00003C16" w:rsidRPr="00091798" w:rsidRDefault="00003C16" w:rsidP="006313B2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*VFC eligible</w:t>
            </w:r>
          </w:p>
        </w:tc>
      </w:tr>
      <w:tr w:rsidR="006313B2" w:rsidRPr="009C0BFB" w14:paraId="287F117C" w14:textId="77777777">
        <w:trPr>
          <w:cantSplit/>
        </w:trPr>
        <w:tc>
          <w:tcPr>
            <w:tcW w:w="11232" w:type="dxa"/>
            <w:gridSpan w:val="12"/>
            <w:shd w:val="clear" w:color="auto" w:fill="00206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56CC2EF" w14:textId="74172DE4" w:rsidR="006313B2" w:rsidRPr="00091798" w:rsidRDefault="00BC3722" w:rsidP="006313B2">
            <w:pPr>
              <w:pStyle w:val="Heading2"/>
              <w:rPr>
                <w:rFonts w:cstheme="majorHAnsi"/>
                <w:sz w:val="22"/>
                <w:szCs w:val="22"/>
                <w:lang w:val="es-419"/>
              </w:rPr>
            </w:pPr>
            <w:r w:rsidRPr="00091798">
              <w:rPr>
                <w:rFonts w:cstheme="majorHAnsi"/>
                <w:sz w:val="22"/>
                <w:szCs w:val="22"/>
                <w:lang w:val="es-ES"/>
              </w:rPr>
              <w:t xml:space="preserve">DECLARACIÓN DE INFORMACIÓN </w:t>
            </w:r>
            <w:r w:rsidR="00CA2CC2">
              <w:rPr>
                <w:rFonts w:cstheme="majorHAnsi"/>
                <w:sz w:val="22"/>
                <w:szCs w:val="22"/>
                <w:lang w:val="es-ES"/>
              </w:rPr>
              <w:t>DE</w:t>
            </w:r>
            <w:r w:rsidRPr="00091798">
              <w:rPr>
                <w:rFonts w:cstheme="majorHAnsi"/>
                <w:sz w:val="22"/>
                <w:szCs w:val="22"/>
                <w:lang w:val="es-ES"/>
              </w:rPr>
              <w:t xml:space="preserve"> LA VACUNA (VIS, por sus siglas en inglés) Y AUTORIZACIÓN</w:t>
            </w:r>
          </w:p>
        </w:tc>
      </w:tr>
      <w:tr w:rsidR="00003C16" w:rsidRPr="009C0BFB" w14:paraId="25247719" w14:textId="77777777" w:rsidTr="00210391">
        <w:trPr>
          <w:cantSplit/>
        </w:trPr>
        <w:tc>
          <w:tcPr>
            <w:tcW w:w="11232" w:type="dxa"/>
            <w:gridSpan w:val="12"/>
            <w:shd w:val="clear" w:color="auto" w:fill="DBE5F1" w:themeFill="accent1" w:themeFillTint="33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F250D1" w14:textId="77777777" w:rsidR="0042642A" w:rsidRDefault="00BC3722" w:rsidP="006B05C1">
            <w:pPr>
              <w:keepLines/>
              <w:ind w:right="-72"/>
              <w:rPr>
                <w:rFonts w:asciiTheme="majorHAnsi" w:hAnsiTheme="majorHAnsi" w:cstheme="majorHAnsi"/>
                <w:b/>
                <w:color w:val="000000"/>
                <w:sz w:val="22"/>
                <w:lang w:val="es-419"/>
              </w:rPr>
            </w:pP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Fecha en que se proporcionó la VIS</w:t>
            </w:r>
            <w:r w:rsidR="00080823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: </w:t>
            </w:r>
            <w:r w:rsidR="00080823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__________</w:t>
            </w:r>
            <w:r w:rsidR="0042642A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 xml:space="preserve"> </w:t>
            </w:r>
            <w:r w:rsidR="0042642A" w:rsidRPr="0042642A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VIS para</w:t>
            </w:r>
            <w:r w:rsidR="006B05C1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:</w:t>
            </w:r>
            <w:r w:rsidR="009C0BFB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</w:t>
            </w:r>
            <w:r w:rsidR="00F22614" w:rsidRPr="00091798">
              <w:rPr>
                <w:rFonts w:ascii="Segoe UI Symbol" w:hAnsi="Segoe UI Symbol" w:cs="Segoe UI Symbol"/>
                <w:b/>
                <w:bCs/>
                <w:color w:val="000000"/>
                <w:sz w:val="22"/>
                <w:lang w:val="es-419"/>
              </w:rPr>
              <w:t>☐</w:t>
            </w:r>
            <w:r w:rsidR="00F2261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</w:t>
            </w: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Virus vivo</w:t>
            </w:r>
            <w:r w:rsidR="009C0BFB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s</w:t>
            </w: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atenuado</w:t>
            </w:r>
            <w:r w:rsidR="009C0BFB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s</w:t>
            </w:r>
            <w:r w:rsidR="00F2261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</w:t>
            </w:r>
            <w:r w:rsidR="00F22614" w:rsidRPr="00091798">
              <w:rPr>
                <w:rFonts w:ascii="Segoe UI Symbol" w:hAnsi="Segoe UI Symbol" w:cs="Segoe UI Symbol"/>
                <w:b/>
                <w:bCs/>
                <w:color w:val="000000"/>
                <w:sz w:val="22"/>
                <w:lang w:val="es-419"/>
              </w:rPr>
              <w:t>☐</w:t>
            </w:r>
            <w:r w:rsidR="00F2261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Inactiv</w:t>
            </w:r>
            <w:r w:rsidR="009C0BFB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ada</w:t>
            </w: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/</w:t>
            </w:r>
            <w:r w:rsidR="00F2261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recombinant</w:t>
            </w: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e</w:t>
            </w:r>
            <w:r w:rsidR="00F22614" w:rsidRPr="00091798">
              <w:rPr>
                <w:rFonts w:asciiTheme="majorHAnsi" w:hAnsiTheme="majorHAnsi" w:cstheme="majorHAnsi"/>
                <w:b/>
                <w:color w:val="000000"/>
                <w:sz w:val="22"/>
                <w:lang w:val="es-419"/>
              </w:rPr>
              <w:t xml:space="preserve">, </w:t>
            </w:r>
          </w:p>
          <w:p w14:paraId="6801B909" w14:textId="64C49E1B" w:rsidR="00003C16" w:rsidRPr="00091798" w:rsidRDefault="009C0BFB" w:rsidP="006B05C1">
            <w:pPr>
              <w:keepLines/>
              <w:ind w:right="-72"/>
              <w:rPr>
                <w:rFonts w:asciiTheme="majorHAnsi" w:hAnsiTheme="majorHAnsi" w:cstheme="majorHAnsi"/>
                <w:sz w:val="22"/>
                <w:lang w:val="es-419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lang w:val="es-419"/>
              </w:rPr>
              <w:t>edición</w:t>
            </w:r>
            <w:r w:rsidR="00A47988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: </w:t>
            </w:r>
            <w:r w:rsidR="00A47988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____</w:t>
            </w:r>
            <w:r w:rsidR="006B05C1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</w:t>
            </w:r>
            <w:r w:rsidR="00C37F0D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__</w:t>
            </w:r>
            <w:r w:rsidR="00A47988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</w:t>
            </w:r>
            <w:r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 xml:space="preserve"> </w:t>
            </w:r>
            <w:r w:rsidR="00EF58E4" w:rsidRPr="00091798">
              <w:rPr>
                <w:rFonts w:ascii="Segoe UI Symbol" w:hAnsi="Segoe UI Symbol" w:cs="Segoe UI Symbol"/>
                <w:b/>
                <w:bCs/>
                <w:color w:val="000000"/>
                <w:sz w:val="22"/>
                <w:lang w:val="es-419"/>
              </w:rPr>
              <w:t>☐</w:t>
            </w:r>
            <w:r w:rsidR="00EF58E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</w:t>
            </w:r>
            <w:r w:rsidR="008D0EE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Información de </w:t>
            </w:r>
            <w:r w:rsidR="00EF58E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MFLUSIVA</w:t>
            </w:r>
          </w:p>
        </w:tc>
      </w:tr>
      <w:tr w:rsidR="00003C16" w:rsidRPr="009C0BFB" w14:paraId="0221FA5E" w14:textId="77777777">
        <w:trPr>
          <w:cantSplit/>
        </w:trPr>
        <w:tc>
          <w:tcPr>
            <w:tcW w:w="11232" w:type="dxa"/>
            <w:gridSpan w:val="12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9390AC" w14:textId="4F6B7036" w:rsidR="00003C16" w:rsidRPr="00091798" w:rsidRDefault="008D0EE4" w:rsidP="006313B2">
            <w:pPr>
              <w:keepLines/>
              <w:rPr>
                <w:rFonts w:asciiTheme="majorHAnsi" w:hAnsiTheme="majorHAnsi" w:cstheme="majorHAnsi"/>
                <w:bCs/>
                <w:color w:val="000000"/>
                <w:sz w:val="22"/>
                <w:lang w:val="es-419"/>
              </w:rPr>
            </w:pPr>
            <w:r w:rsidRPr="00091798">
              <w:rPr>
                <w:rFonts w:asciiTheme="majorHAnsi" w:hAnsiTheme="majorHAnsi" w:cstheme="majorHAnsi"/>
                <w:bCs/>
                <w:color w:val="000000"/>
                <w:sz w:val="22"/>
                <w:lang w:val="es-ES"/>
              </w:rPr>
              <w:t>Tuve la oportunidad de hacer preguntas y recib</w:t>
            </w:r>
            <w:r w:rsidR="009C0BFB">
              <w:rPr>
                <w:rFonts w:asciiTheme="majorHAnsi" w:hAnsiTheme="majorHAnsi" w:cstheme="majorHAnsi"/>
                <w:bCs/>
                <w:color w:val="000000"/>
                <w:sz w:val="22"/>
                <w:lang w:val="es-ES"/>
              </w:rPr>
              <w:t>í</w:t>
            </w:r>
            <w:r w:rsidRPr="00091798">
              <w:rPr>
                <w:rFonts w:asciiTheme="majorHAnsi" w:hAnsiTheme="majorHAnsi" w:cstheme="majorHAnsi"/>
                <w:bCs/>
                <w:color w:val="000000"/>
                <w:sz w:val="22"/>
                <w:lang w:val="es-ES"/>
              </w:rPr>
              <w:t xml:space="preserve"> respuestas satisfactorias. Comprendo los beneficios y los riesgos, y solicito la vacuna contra la influenza para mí o para la persona arriba indicada a quien estoy autorizado a representar.</w:t>
            </w:r>
          </w:p>
        </w:tc>
      </w:tr>
      <w:tr w:rsidR="00003C16" w:rsidRPr="008D0EE4" w14:paraId="4532D895" w14:textId="77777777">
        <w:trPr>
          <w:cantSplit/>
        </w:trPr>
        <w:tc>
          <w:tcPr>
            <w:tcW w:w="11232" w:type="dxa"/>
            <w:gridSpan w:val="12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203F3B" w14:textId="7A7A5AEB" w:rsidR="00A47988" w:rsidRPr="00091798" w:rsidRDefault="008D0EE4" w:rsidP="00A47988">
            <w:pPr>
              <w:keepLines/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</w:pPr>
            <w:r w:rsidRPr="00091798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Solicito que </w:t>
            </w:r>
            <w:r w:rsidR="00210618" w:rsidRPr="009C0BFB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>el pago</w:t>
            </w:r>
            <w:r w:rsidR="00EB5A9C" w:rsidRPr="009C0BFB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de</w:t>
            </w:r>
            <w:r w:rsidRPr="009C0BFB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los beneficios autorizados </w:t>
            </w:r>
            <w:r w:rsidR="00EB5A9C" w:rsidRPr="009C0BFB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>se le haga</w:t>
            </w:r>
            <w:r w:rsidR="00EB5A9C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</w:t>
            </w:r>
            <w:r w:rsidRPr="00091798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>al departamento de salud local y autorizo ​​la divulgación de la información a Medicare, Medicaid, compañías de seguros, otros terceros pagadores y sus representantes para determinar el pago. Entiendo que es posible que</w:t>
            </w:r>
            <w:r w:rsidR="00B02AE6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yo</w:t>
            </w:r>
            <w:r w:rsidRPr="00091798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deba pagar los costos no cubiertos por mi plan</w:t>
            </w:r>
            <w:r w:rsidR="00003C16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.</w:t>
            </w:r>
            <w:r w:rsidR="00A47988" w:rsidRPr="00091798">
              <w:rPr>
                <w:rFonts w:asciiTheme="majorHAnsi" w:hAnsiTheme="majorHAnsi" w:cstheme="majorHAnsi"/>
                <w:b/>
                <w:color w:val="000000"/>
                <w:sz w:val="22"/>
                <w:lang w:val="es-419"/>
              </w:rPr>
              <w:t xml:space="preserve"> </w:t>
            </w:r>
            <w:r w:rsidR="00A47988" w:rsidRPr="00091798">
              <w:rPr>
                <w:rFonts w:asciiTheme="majorHAnsi" w:hAnsiTheme="majorHAnsi" w:cstheme="majorHAnsi"/>
                <w:color w:val="000000"/>
                <w:sz w:val="22"/>
              </w:rPr>
              <w:t>_______________________________________________________________</w:t>
            </w:r>
          </w:p>
          <w:p w14:paraId="25298728" w14:textId="779323AF" w:rsidR="00003C16" w:rsidRPr="00091798" w:rsidRDefault="00003C16" w:rsidP="006313B2">
            <w:pPr>
              <w:keepLines/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</w:pPr>
            <w:r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      </w:t>
            </w:r>
            <w:r w:rsidR="00A47988"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</w:t>
            </w:r>
            <w:r w:rsidR="008D0EE4" w:rsidRPr="00091798">
              <w:rPr>
                <w:rFonts w:asciiTheme="majorHAnsi" w:hAnsiTheme="majorHAnsi" w:cstheme="majorHAnsi"/>
                <w:b/>
                <w:bCs/>
                <w:iCs/>
                <w:color w:val="000000"/>
                <w:sz w:val="22"/>
                <w:lang w:val="es-419"/>
              </w:rPr>
              <w:t>Firma</w:t>
            </w:r>
            <w:r w:rsidR="00A47988" w:rsidRPr="00091798">
              <w:rPr>
                <w:rFonts w:asciiTheme="majorHAnsi" w:hAnsiTheme="majorHAnsi" w:cstheme="majorHAnsi"/>
                <w:bCs/>
                <w:i/>
                <w:iCs/>
                <w:color w:val="000000"/>
                <w:sz w:val="22"/>
                <w:lang w:val="es-419"/>
              </w:rPr>
              <w:t xml:space="preserve"> (p</w:t>
            </w:r>
            <w:r w:rsidRPr="00091798">
              <w:rPr>
                <w:rFonts w:asciiTheme="majorHAnsi" w:hAnsiTheme="majorHAnsi" w:cstheme="majorHAnsi"/>
                <w:i/>
                <w:iCs/>
                <w:color w:val="000000"/>
                <w:sz w:val="22"/>
                <w:lang w:val="es-419"/>
              </w:rPr>
              <w:t>a</w:t>
            </w:r>
            <w:r w:rsidR="008D0EE4" w:rsidRPr="00091798">
              <w:rPr>
                <w:rFonts w:asciiTheme="majorHAnsi" w:hAnsiTheme="majorHAnsi" w:cstheme="majorHAnsi"/>
                <w:i/>
                <w:iCs/>
                <w:color w:val="000000"/>
                <w:sz w:val="22"/>
                <w:lang w:val="es-419"/>
              </w:rPr>
              <w:t xml:space="preserve">ciente o padre, madre, tutor legal </w:t>
            </w:r>
            <w:proofErr w:type="gramStart"/>
            <w:r w:rsidR="008D0EE4" w:rsidRPr="00091798">
              <w:rPr>
                <w:rFonts w:asciiTheme="majorHAnsi" w:hAnsiTheme="majorHAnsi" w:cstheme="majorHAnsi"/>
                <w:i/>
                <w:iCs/>
                <w:color w:val="000000"/>
                <w:sz w:val="22"/>
                <w:lang w:val="es-419"/>
              </w:rPr>
              <w:t>autorizado</w:t>
            </w:r>
            <w:r w:rsidR="00A47988" w:rsidRPr="00091798">
              <w:rPr>
                <w:rFonts w:asciiTheme="majorHAnsi" w:hAnsiTheme="majorHAnsi" w:cstheme="majorHAnsi"/>
                <w:i/>
                <w:iCs/>
                <w:color w:val="000000"/>
                <w:sz w:val="22"/>
                <w:lang w:val="es-419"/>
              </w:rPr>
              <w:t>)</w:t>
            </w:r>
            <w:r w:rsidR="00A47988"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</w:t>
            </w:r>
            <w:r w:rsidR="00CA2BC2"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 </w:t>
            </w:r>
            <w:proofErr w:type="gramEnd"/>
            <w:r w:rsidR="00CA2BC2"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      </w:t>
            </w:r>
            <w:r w:rsidR="00A47988" w:rsidRPr="00091798">
              <w:rPr>
                <w:rFonts w:asciiTheme="majorHAnsi" w:hAnsiTheme="majorHAnsi" w:cstheme="majorHAnsi"/>
                <w:b/>
                <w:bCs/>
                <w:iCs/>
                <w:color w:val="000000"/>
                <w:sz w:val="22"/>
                <w:lang w:val="es-419"/>
              </w:rPr>
              <w:t xml:space="preserve">   </w:t>
            </w:r>
            <w:r w:rsidR="008D0EE4" w:rsidRPr="00091798">
              <w:rPr>
                <w:rFonts w:asciiTheme="majorHAnsi" w:hAnsiTheme="majorHAnsi" w:cstheme="majorHAnsi"/>
                <w:b/>
                <w:bCs/>
                <w:iCs/>
                <w:color w:val="000000"/>
                <w:sz w:val="22"/>
                <w:lang w:val="es-419"/>
              </w:rPr>
              <w:t>Fecha</w:t>
            </w:r>
            <w:r w:rsidR="006B1259" w:rsidRPr="00091798">
              <w:rPr>
                <w:rFonts w:asciiTheme="majorHAnsi" w:hAnsiTheme="majorHAnsi" w:cstheme="majorHAnsi"/>
                <w:b/>
                <w:bCs/>
                <w:iCs/>
                <w:color w:val="000000"/>
                <w:sz w:val="22"/>
                <w:lang w:val="es-419"/>
              </w:rPr>
              <w:t xml:space="preserve"> </w:t>
            </w:r>
          </w:p>
        </w:tc>
      </w:tr>
      <w:tr w:rsidR="006313B2" w14:paraId="402DB0FE" w14:textId="77777777">
        <w:trPr>
          <w:cantSplit/>
        </w:trPr>
        <w:tc>
          <w:tcPr>
            <w:tcW w:w="11232" w:type="dxa"/>
            <w:gridSpan w:val="12"/>
            <w:shd w:val="clear" w:color="auto" w:fill="00206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2F9B1FC" w14:textId="77777777" w:rsidR="006313B2" w:rsidRPr="00091798" w:rsidRDefault="006313B2" w:rsidP="006313B2">
            <w:pPr>
              <w:pStyle w:val="Heading2"/>
              <w:rPr>
                <w:sz w:val="22"/>
                <w:szCs w:val="22"/>
              </w:rPr>
            </w:pPr>
            <w:r w:rsidRPr="00091798">
              <w:rPr>
                <w:rFonts w:ascii="Calibri" w:hAnsi="Calibri"/>
                <w:sz w:val="22"/>
                <w:szCs w:val="22"/>
              </w:rPr>
              <w:t>FOR HEALTH DEPARTMENT USE ONLY</w:t>
            </w:r>
          </w:p>
        </w:tc>
      </w:tr>
      <w:tr w:rsidR="00F22614" w14:paraId="6EE3A482" w14:textId="77777777">
        <w:trPr>
          <w:cantSplit/>
        </w:trPr>
        <w:tc>
          <w:tcPr>
            <w:tcW w:w="11232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18EA5B" w14:textId="76757422" w:rsidR="00F22614" w:rsidRPr="00091798" w:rsidRDefault="00F22614" w:rsidP="00F22614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VFC*</w:t>
            </w:r>
            <w:r w:rsidR="00C7161C" w:rsidRPr="00091798">
              <w:rPr>
                <w:b/>
                <w:color w:val="000000"/>
                <w:sz w:val="22"/>
              </w:rPr>
              <w:t xml:space="preserve"> funded</w:t>
            </w:r>
            <w:r w:rsidRPr="00091798">
              <w:rPr>
                <w:b/>
                <w:color w:val="000000"/>
                <w:sz w:val="22"/>
              </w:rPr>
              <w:t xml:space="preserve">: </w:t>
            </w:r>
            <w:r w:rsidRPr="00091798">
              <w:rPr>
                <w:rFonts w:ascii="Segoe UI Symbol" w:hAnsi="Segoe UI Symbol" w:cs="Segoe UI Symbol"/>
                <w:b/>
                <w:color w:val="000000"/>
                <w:sz w:val="22"/>
              </w:rPr>
              <w:t>☐</w:t>
            </w:r>
            <w:r w:rsidRPr="00091798">
              <w:rPr>
                <w:b/>
                <w:color w:val="000000"/>
                <w:sz w:val="22"/>
              </w:rPr>
              <w:t xml:space="preserve"> Yes  </w:t>
            </w:r>
            <w:r w:rsidRPr="00091798">
              <w:rPr>
                <w:rFonts w:ascii="Segoe UI Symbol" w:hAnsi="Segoe UI Symbol" w:cs="Segoe UI Symbol"/>
                <w:b/>
                <w:color w:val="000000"/>
                <w:sz w:val="22"/>
              </w:rPr>
              <w:t>☐</w:t>
            </w:r>
            <w:r w:rsidRPr="00091798">
              <w:rPr>
                <w:b/>
                <w:color w:val="000000"/>
                <w:sz w:val="22"/>
              </w:rPr>
              <w:t xml:space="preserve"> No   FFC: </w:t>
            </w:r>
            <w:r w:rsidRPr="00091798">
              <w:rPr>
                <w:rFonts w:ascii="Segoe UI Symbol" w:hAnsi="Segoe UI Symbol" w:cs="Segoe UI Symbol"/>
                <w:b/>
                <w:color w:val="000000"/>
                <w:sz w:val="22"/>
              </w:rPr>
              <w:t>☐</w:t>
            </w:r>
            <w:r w:rsidRPr="00091798">
              <w:rPr>
                <w:b/>
                <w:color w:val="000000"/>
                <w:sz w:val="22"/>
              </w:rPr>
              <w:t xml:space="preserve"> Yes  </w:t>
            </w:r>
            <w:r w:rsidRPr="00091798">
              <w:rPr>
                <w:rFonts w:ascii="Segoe UI Symbol" w:hAnsi="Segoe UI Symbol" w:cs="Segoe UI Symbol"/>
                <w:b/>
                <w:color w:val="000000"/>
                <w:sz w:val="22"/>
              </w:rPr>
              <w:t>☐</w:t>
            </w:r>
            <w:r w:rsidRPr="00091798">
              <w:rPr>
                <w:b/>
                <w:color w:val="000000"/>
                <w:sz w:val="22"/>
              </w:rPr>
              <w:t xml:space="preserve"> No      </w:t>
            </w:r>
            <w:r w:rsidRPr="00091798">
              <w:rPr>
                <w:b/>
                <w:bCs/>
                <w:color w:val="000000"/>
                <w:sz w:val="22"/>
              </w:rPr>
              <w:t>Date administered</w:t>
            </w:r>
            <w:r w:rsidRPr="00091798">
              <w:rPr>
                <w:b/>
                <w:color w:val="000000"/>
                <w:sz w:val="22"/>
              </w:rPr>
              <w:t xml:space="preserve">: </w:t>
            </w:r>
            <w:r w:rsidRPr="00091798">
              <w:rPr>
                <w:color w:val="000000"/>
                <w:sz w:val="22"/>
              </w:rPr>
              <w:t>________________</w:t>
            </w:r>
            <w:r w:rsidRPr="00091798">
              <w:rPr>
                <w:b/>
                <w:bCs/>
                <w:color w:val="000000"/>
                <w:sz w:val="22"/>
              </w:rPr>
              <w:t xml:space="preserve"> Dose:</w:t>
            </w:r>
            <w:r w:rsidRPr="00091798">
              <w:rPr>
                <w:color w:val="000000"/>
                <w:sz w:val="22"/>
              </w:rPr>
              <w:t xml:space="preserve"> __________</w:t>
            </w:r>
            <w:r w:rsidRPr="00091798">
              <w:rPr>
                <w:b/>
                <w:bCs/>
                <w:color w:val="000000"/>
                <w:sz w:val="22"/>
              </w:rPr>
              <w:t>mL</w:t>
            </w:r>
            <w:r w:rsidRPr="00091798">
              <w:rPr>
                <w:color w:val="000000"/>
                <w:sz w:val="22"/>
              </w:rPr>
              <w:t xml:space="preserve"> </w:t>
            </w:r>
            <w:r w:rsidRPr="00091798">
              <w:rPr>
                <w:b/>
                <w:color w:val="000000"/>
                <w:sz w:val="22"/>
              </w:rPr>
              <w:t xml:space="preserve"> </w:t>
            </w:r>
          </w:p>
        </w:tc>
      </w:tr>
      <w:tr w:rsidR="00F22614" w14:paraId="0142F5A6" w14:textId="77777777">
        <w:trPr>
          <w:cantSplit/>
        </w:trPr>
        <w:tc>
          <w:tcPr>
            <w:tcW w:w="11232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D38285" w14:textId="5FE5D383" w:rsidR="00F22614" w:rsidRPr="00091798" w:rsidRDefault="00F22614" w:rsidP="00F22614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Manufacturer</w:t>
            </w:r>
            <w:r w:rsidRPr="00091798">
              <w:rPr>
                <w:b/>
                <w:bCs/>
                <w:color w:val="000000"/>
                <w:sz w:val="22"/>
              </w:rPr>
              <w:t>:</w:t>
            </w:r>
            <w:r w:rsidRPr="00091798">
              <w:rPr>
                <w:color w:val="000000"/>
                <w:sz w:val="22"/>
              </w:rPr>
              <w:t xml:space="preserve"> _________________________ </w:t>
            </w:r>
            <w:r w:rsidRPr="00091798">
              <w:rPr>
                <w:b/>
                <w:color w:val="000000"/>
                <w:sz w:val="22"/>
              </w:rPr>
              <w:t xml:space="preserve">Lot number: </w:t>
            </w:r>
            <w:r w:rsidRPr="00091798">
              <w:rPr>
                <w:color w:val="000000"/>
                <w:sz w:val="22"/>
              </w:rPr>
              <w:t>____________________ S</w:t>
            </w:r>
            <w:r w:rsidRPr="00091798">
              <w:rPr>
                <w:b/>
                <w:bCs/>
                <w:color w:val="000000"/>
                <w:sz w:val="22"/>
              </w:rPr>
              <w:t>ite/route:</w:t>
            </w:r>
            <w:r w:rsidRPr="00091798">
              <w:rPr>
                <w:color w:val="000000"/>
                <w:sz w:val="22"/>
              </w:rPr>
              <w:t xml:space="preserve">______________ </w:t>
            </w:r>
          </w:p>
        </w:tc>
      </w:tr>
      <w:tr w:rsidR="006313B2" w14:paraId="3E3C2484" w14:textId="77777777">
        <w:trPr>
          <w:cantSplit/>
        </w:trPr>
        <w:tc>
          <w:tcPr>
            <w:tcW w:w="11232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B3CFEA" w14:textId="6070C9B1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Provider signature/title: </w:t>
            </w:r>
            <w:r w:rsidRPr="00091798">
              <w:rPr>
                <w:color w:val="000000"/>
                <w:sz w:val="22"/>
              </w:rPr>
              <w:t>________________________________________</w:t>
            </w:r>
            <w:r w:rsidR="001F1033" w:rsidRPr="00091798">
              <w:rPr>
                <w:b/>
                <w:color w:val="000000"/>
                <w:sz w:val="22"/>
              </w:rPr>
              <w:t xml:space="preserve"> Provider number: </w:t>
            </w:r>
            <w:r w:rsidR="001F1033" w:rsidRPr="00091798">
              <w:rPr>
                <w:color w:val="000000"/>
                <w:sz w:val="22"/>
              </w:rPr>
              <w:t>______</w:t>
            </w:r>
            <w:r w:rsidR="003C4E0E" w:rsidRPr="00091798">
              <w:rPr>
                <w:color w:val="000000"/>
                <w:sz w:val="22"/>
              </w:rPr>
              <w:t>____</w:t>
            </w:r>
            <w:r w:rsidR="001F1033" w:rsidRPr="00091798">
              <w:rPr>
                <w:color w:val="000000"/>
                <w:sz w:val="22"/>
              </w:rPr>
              <w:t>______</w:t>
            </w:r>
          </w:p>
        </w:tc>
      </w:tr>
      <w:tr w:rsidR="006313B2" w14:paraId="700E3AE2" w14:textId="77777777" w:rsidTr="00DE2D13">
        <w:trPr>
          <w:cantSplit/>
        </w:trPr>
        <w:tc>
          <w:tcPr>
            <w:tcW w:w="635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51B3FF" w14:textId="1E2E4204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Notes: </w:t>
            </w:r>
            <w:r w:rsidRPr="00091798">
              <w:rPr>
                <w:color w:val="000000"/>
                <w:sz w:val="22"/>
              </w:rPr>
              <w:t>________________</w:t>
            </w:r>
            <w:r w:rsidR="001F1033" w:rsidRPr="00091798">
              <w:rPr>
                <w:color w:val="000000"/>
                <w:sz w:val="22"/>
              </w:rPr>
              <w:t>______________________________</w:t>
            </w:r>
          </w:p>
        </w:tc>
        <w:tc>
          <w:tcPr>
            <w:tcW w:w="487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D730185" w14:textId="77777777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ICD-10-CM </w:t>
            </w:r>
            <w:r w:rsidRPr="00091798">
              <w:rPr>
                <w:b/>
                <w:bCs/>
                <w:color w:val="000000"/>
                <w:sz w:val="22"/>
              </w:rPr>
              <w:t>Z23: Encounter for immunization</w:t>
            </w:r>
          </w:p>
        </w:tc>
      </w:tr>
      <w:tr w:rsidR="006313B2" w14:paraId="2EFD1585" w14:textId="77777777" w:rsidTr="00DE2D13">
        <w:trPr>
          <w:cantSplit/>
          <w:tblHeader/>
        </w:trPr>
        <w:tc>
          <w:tcPr>
            <w:tcW w:w="11232" w:type="dxa"/>
            <w:gridSpan w:val="12"/>
            <w:tcBorders>
              <w:top w:val="single" w:sz="8" w:space="0" w:color="auto"/>
              <w:left w:val="single" w:sz="6" w:space="0" w:color="7F7F7F"/>
              <w:bottom w:val="dashed" w:sz="4" w:space="0" w:color="auto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CF5DBC5" w14:textId="79C2F4AE" w:rsidR="006313B2" w:rsidRPr="00091798" w:rsidRDefault="006313B2" w:rsidP="006313B2">
            <w:pPr>
              <w:keepLines/>
              <w:jc w:val="center"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2026–2027 VACCINE PRODUCT CODE: SELECT VFC</w:t>
            </w:r>
            <w:r w:rsidR="003F7233" w:rsidRPr="00091798">
              <w:rPr>
                <w:b/>
                <w:color w:val="000000"/>
                <w:sz w:val="22"/>
              </w:rPr>
              <w:t xml:space="preserve"> </w:t>
            </w:r>
            <w:r w:rsidRPr="00091798">
              <w:rPr>
                <w:b/>
                <w:color w:val="000000"/>
                <w:sz w:val="22"/>
              </w:rPr>
              <w:t>OR NON-VFC</w:t>
            </w:r>
            <w:r w:rsidR="003F7233" w:rsidRPr="00091798">
              <w:rPr>
                <w:b/>
                <w:color w:val="000000"/>
                <w:sz w:val="22"/>
              </w:rPr>
              <w:t xml:space="preserve"> </w:t>
            </w:r>
          </w:p>
        </w:tc>
      </w:tr>
      <w:tr w:rsidR="004437E9" w14:paraId="734C1CEC" w14:textId="77777777" w:rsidTr="00DE2D13">
        <w:trPr>
          <w:cantSplit/>
          <w:tblHeader/>
        </w:trPr>
        <w:tc>
          <w:tcPr>
            <w:tcW w:w="1045" w:type="dxa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9ED9D8" w14:textId="3B40FD1E" w:rsidR="004437E9" w:rsidRDefault="004437E9" w:rsidP="006313B2">
            <w:pPr>
              <w:keepLines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VFC</w:t>
            </w:r>
          </w:p>
        </w:tc>
        <w:tc>
          <w:tcPr>
            <w:tcW w:w="1440" w:type="dxa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321829B5" w14:textId="5859114B" w:rsidR="004437E9" w:rsidRDefault="004437E9" w:rsidP="006313B2">
            <w:pPr>
              <w:keepLines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Non-VFC</w:t>
            </w:r>
          </w:p>
        </w:tc>
        <w:tc>
          <w:tcPr>
            <w:tcW w:w="3060" w:type="dxa"/>
            <w:gridSpan w:val="3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6404D05B" w14:textId="127CA87D" w:rsidR="004437E9" w:rsidRPr="00091798" w:rsidRDefault="007F3C6E" w:rsidP="006313B2">
            <w:pPr>
              <w:keepLines/>
              <w:jc w:val="center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Code Description</w:t>
            </w:r>
          </w:p>
        </w:tc>
        <w:tc>
          <w:tcPr>
            <w:tcW w:w="1170" w:type="dxa"/>
            <w:gridSpan w:val="3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27BA1777" w14:textId="762B1B15" w:rsidR="004437E9" w:rsidRPr="00091798" w:rsidRDefault="004437E9" w:rsidP="006313B2">
            <w:pPr>
              <w:keepLines/>
              <w:jc w:val="center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VFC</w:t>
            </w:r>
          </w:p>
        </w:tc>
        <w:tc>
          <w:tcPr>
            <w:tcW w:w="1440" w:type="dxa"/>
            <w:gridSpan w:val="2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2922F2FE" w14:textId="4B84DC91" w:rsidR="004437E9" w:rsidRPr="00091798" w:rsidRDefault="004437E9" w:rsidP="006313B2">
            <w:pPr>
              <w:keepLines/>
              <w:jc w:val="center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Non-VFC</w:t>
            </w:r>
          </w:p>
        </w:tc>
        <w:tc>
          <w:tcPr>
            <w:tcW w:w="3077" w:type="dxa"/>
            <w:gridSpan w:val="2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6C0E1518" w14:textId="0737E236" w:rsidR="004437E9" w:rsidRPr="00091798" w:rsidRDefault="007F3C6E" w:rsidP="006313B2">
            <w:pPr>
              <w:keepLines/>
              <w:jc w:val="center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Code </w:t>
            </w:r>
            <w:r w:rsidR="004437E9" w:rsidRPr="00091798">
              <w:rPr>
                <w:b/>
                <w:color w:val="000000"/>
                <w:sz w:val="22"/>
              </w:rPr>
              <w:t>Description</w:t>
            </w:r>
          </w:p>
        </w:tc>
      </w:tr>
      <w:tr w:rsidR="004437E9" w14:paraId="04D6817F" w14:textId="77777777" w:rsidTr="00DE2D13">
        <w:trPr>
          <w:cantSplit/>
          <w:tblHeader/>
        </w:trPr>
        <w:tc>
          <w:tcPr>
            <w:tcW w:w="1045" w:type="dxa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5201E5" w14:textId="2E22EC7F" w:rsidR="004437E9" w:rsidRDefault="004437E9" w:rsidP="004437E9">
            <w:pPr>
              <w:keepLines/>
              <w:rPr>
                <w:b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90656 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91F64E3" w14:textId="46FE57BB" w:rsidR="004437E9" w:rsidRDefault="004437E9" w:rsidP="004437E9">
            <w:pPr>
              <w:keepLines/>
              <w:rPr>
                <w:b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90656NV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46E493B" w14:textId="126B8E9D" w:rsidR="004437E9" w:rsidRPr="00091798" w:rsidRDefault="004437E9" w:rsidP="004437E9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IIV3; SD 0.5mL; ≥6 mos</w:t>
            </w:r>
          </w:p>
        </w:tc>
        <w:tc>
          <w:tcPr>
            <w:tcW w:w="1170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5FC4482" w14:textId="3647571C" w:rsidR="004437E9" w:rsidRPr="00091798" w:rsidRDefault="004437E9" w:rsidP="004437E9">
            <w:pPr>
              <w:keepLines/>
              <w:rPr>
                <w:b/>
                <w:color w:val="000000"/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9DD1488" w14:textId="422AF490" w:rsidR="004437E9" w:rsidRPr="00091798" w:rsidRDefault="004437E9" w:rsidP="004437E9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90657NV</w:t>
            </w:r>
          </w:p>
        </w:tc>
        <w:tc>
          <w:tcPr>
            <w:tcW w:w="3077" w:type="dxa"/>
            <w:gridSpan w:val="2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1696F10" w14:textId="3D2E82D8" w:rsidR="004437E9" w:rsidRPr="00091798" w:rsidRDefault="004437E9" w:rsidP="004437E9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IIV3; MDV 0.25mL; 6-35 mos</w:t>
            </w:r>
          </w:p>
        </w:tc>
      </w:tr>
      <w:tr w:rsidR="004437E9" w14:paraId="44B8DBD3" w14:textId="77777777" w:rsidTr="00DE2D13">
        <w:trPr>
          <w:cantSplit/>
          <w:tblHeader/>
        </w:trPr>
        <w:tc>
          <w:tcPr>
            <w:tcW w:w="10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EA13273" w14:textId="608C401C" w:rsidR="004437E9" w:rsidRDefault="004437E9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919544D" w14:textId="38A1B4BE" w:rsidR="004437E9" w:rsidRDefault="004437E9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90658NV</w:t>
            </w:r>
          </w:p>
        </w:tc>
        <w:tc>
          <w:tcPr>
            <w:tcW w:w="3060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BC3BE74" w14:textId="56F38262" w:rsidR="004437E9" w:rsidRPr="00091798" w:rsidRDefault="004437E9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IIV3; MDV 0.5mL; ≥6 mos</w:t>
            </w:r>
          </w:p>
        </w:tc>
        <w:tc>
          <w:tcPr>
            <w:tcW w:w="1170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6E2FA0" w14:textId="73DD510F" w:rsidR="004437E9" w:rsidRPr="00091798" w:rsidRDefault="004437E9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90661  </w:t>
            </w:r>
          </w:p>
        </w:tc>
        <w:tc>
          <w:tcPr>
            <w:tcW w:w="144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125CB8B" w14:textId="5714FDAF" w:rsidR="004437E9" w:rsidRPr="00091798" w:rsidRDefault="004437E9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90661NV</w:t>
            </w:r>
          </w:p>
        </w:tc>
        <w:tc>
          <w:tcPr>
            <w:tcW w:w="307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1FE52BC" w14:textId="2BCD6F92" w:rsidR="004437E9" w:rsidRPr="00091798" w:rsidRDefault="004437E9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ccIIV3; SD 0.5mL; ≥6 mos</w:t>
            </w:r>
          </w:p>
        </w:tc>
      </w:tr>
      <w:tr w:rsidR="004437E9" w14:paraId="2774C1C3" w14:textId="77777777" w:rsidTr="00DE2D13">
        <w:trPr>
          <w:cantSplit/>
          <w:tblHeader/>
        </w:trPr>
        <w:tc>
          <w:tcPr>
            <w:tcW w:w="1045" w:type="dxa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001C43" w14:textId="4ACE83AC" w:rsidR="004437E9" w:rsidRDefault="004437E9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90660  </w:t>
            </w:r>
          </w:p>
        </w:tc>
        <w:tc>
          <w:tcPr>
            <w:tcW w:w="1440" w:type="dxa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2B493C63" w14:textId="0361B0F6" w:rsidR="004437E9" w:rsidRDefault="004437E9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90660NV</w:t>
            </w:r>
          </w:p>
        </w:tc>
        <w:tc>
          <w:tcPr>
            <w:tcW w:w="3060" w:type="dxa"/>
            <w:gridSpan w:val="3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339E7A28" w14:textId="55DDE152" w:rsidR="004437E9" w:rsidRPr="00091798" w:rsidRDefault="004437E9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LAIV3; SD 0.2mL, </w:t>
            </w:r>
            <w:r w:rsidR="007F3C6E" w:rsidRPr="00091798">
              <w:rPr>
                <w:color w:val="000000"/>
                <w:sz w:val="22"/>
              </w:rPr>
              <w:t>IN</w:t>
            </w:r>
            <w:r w:rsidRPr="00091798">
              <w:rPr>
                <w:color w:val="000000"/>
                <w:sz w:val="22"/>
              </w:rPr>
              <w:t>; 2-49 yrs</w:t>
            </w:r>
          </w:p>
        </w:tc>
        <w:tc>
          <w:tcPr>
            <w:tcW w:w="1170" w:type="dxa"/>
            <w:gridSpan w:val="3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61C1225A" w14:textId="69E5A237" w:rsidR="004437E9" w:rsidRPr="00091798" w:rsidRDefault="004437E9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494FBE05" w14:textId="7BE980A7" w:rsidR="004437E9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90673NV</w:t>
            </w:r>
          </w:p>
        </w:tc>
        <w:tc>
          <w:tcPr>
            <w:tcW w:w="3077" w:type="dxa"/>
            <w:gridSpan w:val="2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1339B22A" w14:textId="67A714CF" w:rsidR="004437E9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RIV3; SD 0.5mL; ≥9 years</w:t>
            </w:r>
          </w:p>
        </w:tc>
      </w:tr>
      <w:tr w:rsidR="007F3C6E" w14:paraId="03AB8458" w14:textId="77777777" w:rsidTr="00876455">
        <w:trPr>
          <w:cantSplit/>
          <w:tblHeader/>
        </w:trPr>
        <w:tc>
          <w:tcPr>
            <w:tcW w:w="1045" w:type="dxa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AAE9B1" w14:textId="36E32676" w:rsidR="007F3C6E" w:rsidRDefault="007F3C6E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BD4078A" w14:textId="434753C9" w:rsidR="007F3C6E" w:rsidRDefault="007F3C6E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90616  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032039D" w14:textId="1636EC1E" w:rsidR="007F3C6E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mRNA; SD 0.38mL; ≥50 yrs</w:t>
            </w:r>
          </w:p>
        </w:tc>
        <w:tc>
          <w:tcPr>
            <w:tcW w:w="1170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9C166A5" w14:textId="351CE658" w:rsidR="007F3C6E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B8B7BCA" w14:textId="49E70BF5" w:rsidR="007F3C6E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90662  </w:t>
            </w:r>
          </w:p>
        </w:tc>
        <w:tc>
          <w:tcPr>
            <w:tcW w:w="3077" w:type="dxa"/>
            <w:gridSpan w:val="2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118E8E6" w14:textId="6BB59EEE" w:rsidR="007F3C6E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HD-IIV3; SD 0.5mL; ≥65 yrs</w:t>
            </w:r>
          </w:p>
        </w:tc>
      </w:tr>
      <w:tr w:rsidR="007F3C6E" w14:paraId="2E9CAA02" w14:textId="77777777" w:rsidTr="00876455">
        <w:trPr>
          <w:cantSplit/>
          <w:tblHeader/>
        </w:trPr>
        <w:tc>
          <w:tcPr>
            <w:tcW w:w="1045" w:type="dxa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AD65C1" w14:textId="77777777" w:rsidR="007F3C6E" w:rsidRDefault="007F3C6E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6B25966B" w14:textId="13BF1C43" w:rsidR="007F3C6E" w:rsidRDefault="007F3C6E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90653  </w:t>
            </w:r>
          </w:p>
        </w:tc>
        <w:tc>
          <w:tcPr>
            <w:tcW w:w="3060" w:type="dxa"/>
            <w:gridSpan w:val="3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1C088A00" w14:textId="46F98DA9" w:rsidR="007F3C6E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aIIV3; SD 0.5mL; ≥65 yrs</w:t>
            </w:r>
          </w:p>
        </w:tc>
        <w:tc>
          <w:tcPr>
            <w:tcW w:w="1170" w:type="dxa"/>
            <w:gridSpan w:val="3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0EA2D0AF" w14:textId="25E794AA" w:rsidR="007F3C6E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80000   </w:t>
            </w:r>
          </w:p>
        </w:tc>
        <w:tc>
          <w:tcPr>
            <w:tcW w:w="1440" w:type="dxa"/>
            <w:gridSpan w:val="2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172C8346" w14:textId="1A042C46" w:rsidR="007F3C6E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80000   </w:t>
            </w:r>
          </w:p>
        </w:tc>
        <w:tc>
          <w:tcPr>
            <w:tcW w:w="3077" w:type="dxa"/>
            <w:gridSpan w:val="2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21B4C2AA" w14:textId="3061EDB4" w:rsidR="007F3C6E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Unspecified Procedure</w:t>
            </w:r>
          </w:p>
        </w:tc>
      </w:tr>
      <w:tr w:rsidR="00C24F64" w14:paraId="7C528B53" w14:textId="77777777" w:rsidTr="00DE2D13">
        <w:trPr>
          <w:cantSplit/>
        </w:trPr>
        <w:tc>
          <w:tcPr>
            <w:tcW w:w="5545" w:type="dxa"/>
            <w:gridSpan w:val="5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222900" w14:textId="5F5457A8" w:rsidR="00C24F64" w:rsidRPr="00091798" w:rsidRDefault="00C24F64" w:rsidP="00C24F64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Administration: </w:t>
            </w:r>
            <w:r w:rsidR="000C55B1" w:rsidRPr="00091798">
              <w:rPr>
                <w:bCs/>
                <w:i/>
                <w:iCs/>
                <w:color w:val="000000"/>
                <w:sz w:val="22"/>
              </w:rPr>
              <w:t>(QHP=Qualified Health Professional)</w:t>
            </w:r>
          </w:p>
        </w:tc>
        <w:tc>
          <w:tcPr>
            <w:tcW w:w="5687" w:type="dxa"/>
            <w:gridSpan w:val="7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18BD40B" w14:textId="05A0CAEF" w:rsidR="00C24F64" w:rsidRPr="00091798" w:rsidRDefault="00C24F64" w:rsidP="00C24F64">
            <w:pPr>
              <w:keepLines/>
              <w:rPr>
                <w:sz w:val="22"/>
              </w:rPr>
            </w:pPr>
            <w:r w:rsidRPr="00091798">
              <w:rPr>
                <w:color w:val="000000"/>
                <w:sz w:val="22"/>
              </w:rPr>
              <w:t>☐ 90460</w:t>
            </w:r>
            <w:r w:rsidR="000C55B1" w:rsidRPr="00091798">
              <w:rPr>
                <w:color w:val="000000"/>
                <w:sz w:val="22"/>
              </w:rPr>
              <w:t xml:space="preserve"> </w:t>
            </w:r>
            <w:r w:rsidR="00453624" w:rsidRPr="00091798">
              <w:rPr>
                <w:color w:val="000000"/>
                <w:sz w:val="22"/>
              </w:rPr>
              <w:t>Age ≤18; QHP counseling</w:t>
            </w:r>
          </w:p>
        </w:tc>
      </w:tr>
      <w:tr w:rsidR="00C24F64" w14:paraId="4DE7F0B4" w14:textId="77777777" w:rsidTr="00DE2D13">
        <w:trPr>
          <w:cantSplit/>
        </w:trPr>
        <w:tc>
          <w:tcPr>
            <w:tcW w:w="554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0F1497D" w14:textId="15CE3659" w:rsidR="00C24F64" w:rsidRPr="00091798" w:rsidRDefault="00C24F64" w:rsidP="00C24F64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☐ 90471  </w:t>
            </w:r>
            <w:r w:rsidR="00453624" w:rsidRPr="00091798">
              <w:rPr>
                <w:color w:val="000000"/>
                <w:sz w:val="22"/>
              </w:rPr>
              <w:t>Injection; no QHP counseling</w:t>
            </w:r>
          </w:p>
        </w:tc>
        <w:tc>
          <w:tcPr>
            <w:tcW w:w="5687" w:type="dxa"/>
            <w:gridSpan w:val="7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39D202B" w14:textId="775885D8" w:rsidR="00C24F64" w:rsidRPr="00091798" w:rsidRDefault="00C24F64" w:rsidP="00C24F64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☐ 90473 </w:t>
            </w:r>
            <w:r w:rsidR="00453624" w:rsidRPr="00091798">
              <w:rPr>
                <w:color w:val="000000"/>
                <w:sz w:val="22"/>
              </w:rPr>
              <w:t>Intranasal; no QHP counseling</w:t>
            </w:r>
          </w:p>
        </w:tc>
      </w:tr>
      <w:tr w:rsidR="005441A2" w14:paraId="5BA036E7" w14:textId="77777777" w:rsidTr="003C4E0E">
        <w:trPr>
          <w:cantSplit/>
        </w:trPr>
        <w:tc>
          <w:tcPr>
            <w:tcW w:w="5545" w:type="dxa"/>
            <w:gridSpan w:val="5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61A96FF" w14:textId="55CF7F6D" w:rsidR="005441A2" w:rsidRPr="00091798" w:rsidRDefault="002434FB" w:rsidP="002434FB">
            <w:pPr>
              <w:keepLines/>
              <w:ind w:left="-29" w:right="-72"/>
              <w:rPr>
                <w:b/>
                <w:color w:val="000000"/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 xml:space="preserve">Medicare: </w:t>
            </w:r>
            <w:r w:rsidR="005441A2" w:rsidRPr="00091798">
              <w:rPr>
                <w:color w:val="000000"/>
                <w:sz w:val="22"/>
              </w:rPr>
              <w:t>☐</w:t>
            </w:r>
            <w:r w:rsidR="001841D7" w:rsidRPr="00091798">
              <w:rPr>
                <w:color w:val="000000"/>
                <w:sz w:val="22"/>
              </w:rPr>
              <w:t xml:space="preserve"> </w:t>
            </w:r>
            <w:r w:rsidR="005441A2" w:rsidRPr="00091798">
              <w:rPr>
                <w:color w:val="000000"/>
                <w:sz w:val="22"/>
              </w:rPr>
              <w:t xml:space="preserve">G0008 </w:t>
            </w:r>
            <w:r w:rsidRPr="00091798">
              <w:rPr>
                <w:color w:val="000000"/>
                <w:sz w:val="22"/>
              </w:rPr>
              <w:t>Flu admin</w:t>
            </w:r>
            <w:r w:rsidR="001841D7" w:rsidRPr="00091798">
              <w:rPr>
                <w:color w:val="000000"/>
                <w:sz w:val="22"/>
              </w:rPr>
              <w:t>.</w:t>
            </w:r>
            <w:r w:rsidRPr="00091798">
              <w:rPr>
                <w:color w:val="000000"/>
                <w:sz w:val="22"/>
              </w:rPr>
              <w:t xml:space="preserve"> </w:t>
            </w: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="001841D7" w:rsidRPr="00091798">
              <w:rPr>
                <w:rFonts w:ascii="Segoe UI Symbol" w:hAnsi="Segoe UI Symbol" w:cs="Segoe UI Symbol"/>
                <w:color w:val="000000"/>
                <w:sz w:val="22"/>
              </w:rPr>
              <w:t xml:space="preserve"> </w:t>
            </w:r>
            <w:r w:rsidRPr="00091798">
              <w:rPr>
                <w:color w:val="000000"/>
                <w:sz w:val="22"/>
              </w:rPr>
              <w:t xml:space="preserve">M0201 </w:t>
            </w:r>
            <w:r w:rsidR="001841D7" w:rsidRPr="00091798">
              <w:rPr>
                <w:color w:val="000000"/>
                <w:sz w:val="22"/>
              </w:rPr>
              <w:t>H</w:t>
            </w:r>
            <w:r w:rsidRPr="00091798">
              <w:rPr>
                <w:color w:val="000000"/>
                <w:sz w:val="22"/>
              </w:rPr>
              <w:t xml:space="preserve">ome  </w:t>
            </w:r>
            <w:r w:rsidR="001841D7" w:rsidRPr="00091798">
              <w:rPr>
                <w:color w:val="000000"/>
                <w:sz w:val="22"/>
              </w:rPr>
              <w:t>add-on</w:t>
            </w:r>
          </w:p>
        </w:tc>
        <w:tc>
          <w:tcPr>
            <w:tcW w:w="1350" w:type="dxa"/>
            <w:gridSpan w:val="4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BE5F1" w:themeFill="accent1" w:themeFillTint="33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8ADDC1F" w14:textId="66E51B6C" w:rsidR="005441A2" w:rsidRPr="00091798" w:rsidRDefault="003C4E0E" w:rsidP="003C4E0E">
            <w:pPr>
              <w:keepLines/>
              <w:jc w:val="right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Self-pay</w:t>
            </w:r>
          </w:p>
        </w:tc>
        <w:tc>
          <w:tcPr>
            <w:tcW w:w="4337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BE5F1" w:themeFill="accent1" w:themeFillTint="33"/>
            <w:vAlign w:val="center"/>
          </w:tcPr>
          <w:p w14:paraId="751FAF97" w14:textId="740ED71B" w:rsidR="005441A2" w:rsidRPr="00091798" w:rsidRDefault="005441A2" w:rsidP="00C24F64">
            <w:pPr>
              <w:keepLines/>
              <w:rPr>
                <w:b/>
                <w:color w:val="000000" w:themeColor="text1"/>
                <w:sz w:val="22"/>
              </w:rPr>
            </w:pPr>
            <w:r w:rsidRPr="00091798">
              <w:rPr>
                <w:b/>
                <w:color w:val="000000" w:themeColor="text1"/>
                <w:sz w:val="22"/>
              </w:rPr>
              <w:t>$</w:t>
            </w:r>
            <w:r w:rsidRPr="00091798">
              <w:rPr>
                <w:color w:val="000000" w:themeColor="text1"/>
                <w:sz w:val="22"/>
              </w:rPr>
              <w:t xml:space="preserve">___________ </w:t>
            </w:r>
            <w:r w:rsidR="003C4E0E" w:rsidRPr="00091798">
              <w:rPr>
                <w:color w:val="000000" w:themeColor="text1"/>
                <w:sz w:val="22"/>
              </w:rPr>
              <w:t xml:space="preserve"> </w:t>
            </w:r>
            <w:r w:rsidR="003C4E0E"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="003C4E0E" w:rsidRPr="00091798">
              <w:rPr>
                <w:color w:val="000000"/>
                <w:sz w:val="22"/>
              </w:rPr>
              <w:t xml:space="preserve"> Cash  </w:t>
            </w:r>
            <w:r w:rsidR="003C4E0E"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="003C4E0E" w:rsidRPr="00091798">
              <w:rPr>
                <w:color w:val="000000"/>
                <w:sz w:val="22"/>
              </w:rPr>
              <w:t xml:space="preserve"> Card  </w:t>
            </w:r>
            <w:r w:rsidR="003C4E0E"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="003C4E0E" w:rsidRPr="00091798">
              <w:rPr>
                <w:color w:val="000000"/>
                <w:sz w:val="22"/>
              </w:rPr>
              <w:t xml:space="preserve"> Other</w:t>
            </w:r>
            <w:r w:rsidRPr="00091798">
              <w:rPr>
                <w:color w:val="000000" w:themeColor="text1"/>
                <w:sz w:val="22"/>
              </w:rPr>
              <w:t xml:space="preserve">  </w:t>
            </w:r>
          </w:p>
        </w:tc>
      </w:tr>
      <w:tr w:rsidR="005441A2" w14:paraId="7C1E6B1C" w14:textId="77777777" w:rsidTr="005441A2">
        <w:trPr>
          <w:cantSplit/>
        </w:trPr>
        <w:tc>
          <w:tcPr>
            <w:tcW w:w="6895" w:type="dxa"/>
            <w:gridSpan w:val="9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A43EDAD" w14:textId="594A5BE6" w:rsidR="005441A2" w:rsidRPr="009C0BFB" w:rsidRDefault="005441A2" w:rsidP="00C24F64">
            <w:pPr>
              <w:keepLines/>
              <w:rPr>
                <w:sz w:val="22"/>
                <w:lang w:val="es-419"/>
              </w:rPr>
            </w:pPr>
            <w:r w:rsidRPr="009C0BFB">
              <w:rPr>
                <w:b/>
                <w:color w:val="000000"/>
                <w:sz w:val="22"/>
                <w:lang w:val="es-419"/>
              </w:rPr>
              <w:t xml:space="preserve">Patient </w:t>
            </w:r>
            <w:proofErr w:type="spellStart"/>
            <w:r w:rsidRPr="009C0BFB">
              <w:rPr>
                <w:b/>
                <w:color w:val="000000"/>
                <w:sz w:val="22"/>
                <w:lang w:val="es-419"/>
              </w:rPr>
              <w:t>signature</w:t>
            </w:r>
            <w:proofErr w:type="spellEnd"/>
            <w:r w:rsidR="009C0BFB" w:rsidRPr="009C0BFB">
              <w:rPr>
                <w:b/>
                <w:color w:val="000000"/>
                <w:sz w:val="22"/>
                <w:lang w:val="es-419"/>
              </w:rPr>
              <w:t xml:space="preserve"> (firma del pa</w:t>
            </w:r>
            <w:r w:rsidR="009C0BFB">
              <w:rPr>
                <w:b/>
                <w:color w:val="000000"/>
                <w:sz w:val="22"/>
                <w:lang w:val="es-419"/>
              </w:rPr>
              <w:t>ciente)</w:t>
            </w:r>
            <w:r w:rsidRPr="009C0BFB">
              <w:rPr>
                <w:b/>
                <w:color w:val="000000"/>
                <w:sz w:val="22"/>
                <w:lang w:val="es-419"/>
              </w:rPr>
              <w:t xml:space="preserve">: </w:t>
            </w:r>
            <w:r w:rsidRPr="009C0BFB">
              <w:rPr>
                <w:color w:val="000000"/>
                <w:sz w:val="22"/>
                <w:lang w:val="es-419"/>
              </w:rPr>
              <w:t xml:space="preserve">_____________________________   </w:t>
            </w:r>
          </w:p>
        </w:tc>
        <w:tc>
          <w:tcPr>
            <w:tcW w:w="4337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BE5F1" w:themeFill="accent1" w:themeFillTint="33"/>
            <w:vAlign w:val="center"/>
          </w:tcPr>
          <w:p w14:paraId="05B7ED7C" w14:textId="3805BF21" w:rsidR="005441A2" w:rsidRPr="00091798" w:rsidRDefault="005441A2" w:rsidP="00C24F64">
            <w:pPr>
              <w:keepLines/>
              <w:rPr>
                <w:color w:val="000000" w:themeColor="text1"/>
                <w:sz w:val="22"/>
              </w:rPr>
            </w:pPr>
            <w:r w:rsidRPr="00091798">
              <w:rPr>
                <w:i/>
                <w:color w:val="000000" w:themeColor="text1"/>
                <w:sz w:val="22"/>
              </w:rPr>
              <w:t>Verify payer-specific billing requirements.</w:t>
            </w:r>
          </w:p>
        </w:tc>
      </w:tr>
    </w:tbl>
    <w:p w14:paraId="6CA88834" w14:textId="0ED1A355" w:rsidR="006F1AE8" w:rsidRPr="00210391" w:rsidRDefault="006F1AE8" w:rsidP="00C8749A">
      <w:pPr>
        <w:tabs>
          <w:tab w:val="left" w:pos="2970"/>
          <w:tab w:val="left" w:pos="7699"/>
        </w:tabs>
        <w:rPr>
          <w:sz w:val="4"/>
          <w:szCs w:val="4"/>
        </w:rPr>
      </w:pPr>
    </w:p>
    <w:sectPr w:rsidR="006F1AE8" w:rsidRPr="00210391" w:rsidSect="003C4E0E">
      <w:footerReference w:type="default" r:id="rId8"/>
      <w:pgSz w:w="12240" w:h="15840"/>
      <w:pgMar w:top="346" w:right="504" w:bottom="346" w:left="504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50C04" w14:textId="77777777" w:rsidR="00087433" w:rsidRDefault="00087433">
      <w:r>
        <w:separator/>
      </w:r>
    </w:p>
  </w:endnote>
  <w:endnote w:type="continuationSeparator" w:id="0">
    <w:p w14:paraId="0715A367" w14:textId="77777777" w:rsidR="00087433" w:rsidRDefault="0008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BF48" w14:textId="6D618F2A" w:rsidR="00A45B79" w:rsidRDefault="006F1AE8" w:rsidP="006F1AE8">
    <w:pPr>
      <w:pStyle w:val="Footer"/>
      <w:keepLines/>
    </w:pPr>
    <w:r>
      <w:rPr>
        <w:color w:val="595959"/>
      </w:rPr>
      <w:t xml:space="preserve">LHDO-1          </w:t>
    </w:r>
    <w:r>
      <w:rPr>
        <w:color w:val="595959"/>
      </w:rPr>
      <w:tab/>
      <w:t xml:space="preserve">                   </w:t>
    </w:r>
    <w:r>
      <w:rPr>
        <w:color w:val="595959"/>
      </w:rPr>
      <w:tab/>
      <w:t xml:space="preserve">          </w:t>
    </w:r>
    <w:r w:rsidRPr="006F1AE8">
      <w:rPr>
        <w:i/>
        <w:iCs/>
        <w:color w:val="595959"/>
      </w:rPr>
      <w:t>Rev. 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317C4" w14:textId="77777777" w:rsidR="00087433" w:rsidRDefault="00087433">
      <w:r>
        <w:separator/>
      </w:r>
    </w:p>
  </w:footnote>
  <w:footnote w:type="continuationSeparator" w:id="0">
    <w:p w14:paraId="1B66579B" w14:textId="77777777" w:rsidR="00087433" w:rsidRDefault="00087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3171508">
    <w:abstractNumId w:val="8"/>
  </w:num>
  <w:num w:numId="2" w16cid:durableId="1726681110">
    <w:abstractNumId w:val="6"/>
  </w:num>
  <w:num w:numId="3" w16cid:durableId="170796606">
    <w:abstractNumId w:val="5"/>
  </w:num>
  <w:num w:numId="4" w16cid:durableId="177818402">
    <w:abstractNumId w:val="4"/>
  </w:num>
  <w:num w:numId="5" w16cid:durableId="79914770">
    <w:abstractNumId w:val="7"/>
  </w:num>
  <w:num w:numId="6" w16cid:durableId="1191647815">
    <w:abstractNumId w:val="3"/>
  </w:num>
  <w:num w:numId="7" w16cid:durableId="1704286241">
    <w:abstractNumId w:val="2"/>
  </w:num>
  <w:num w:numId="8" w16cid:durableId="859122296">
    <w:abstractNumId w:val="1"/>
  </w:num>
  <w:num w:numId="9" w16cid:durableId="78238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C16"/>
    <w:rsid w:val="000161B2"/>
    <w:rsid w:val="00034616"/>
    <w:rsid w:val="0006063C"/>
    <w:rsid w:val="00080823"/>
    <w:rsid w:val="00087433"/>
    <w:rsid w:val="00091798"/>
    <w:rsid w:val="000A23D3"/>
    <w:rsid w:val="000B7569"/>
    <w:rsid w:val="000C55B1"/>
    <w:rsid w:val="000F048C"/>
    <w:rsid w:val="000F2F50"/>
    <w:rsid w:val="0014112D"/>
    <w:rsid w:val="0015074B"/>
    <w:rsid w:val="00152951"/>
    <w:rsid w:val="0016090A"/>
    <w:rsid w:val="001841D7"/>
    <w:rsid w:val="001B0D24"/>
    <w:rsid w:val="001B7ED8"/>
    <w:rsid w:val="001D168A"/>
    <w:rsid w:val="001D25A0"/>
    <w:rsid w:val="001D2EAB"/>
    <w:rsid w:val="001F1033"/>
    <w:rsid w:val="001F4964"/>
    <w:rsid w:val="001F607B"/>
    <w:rsid w:val="00210391"/>
    <w:rsid w:val="00210618"/>
    <w:rsid w:val="002434FB"/>
    <w:rsid w:val="002515BD"/>
    <w:rsid w:val="00255642"/>
    <w:rsid w:val="00256345"/>
    <w:rsid w:val="0029639D"/>
    <w:rsid w:val="002A7D1F"/>
    <w:rsid w:val="002B245D"/>
    <w:rsid w:val="002D4D8D"/>
    <w:rsid w:val="002D72AD"/>
    <w:rsid w:val="002E7E95"/>
    <w:rsid w:val="0030368C"/>
    <w:rsid w:val="003129CB"/>
    <w:rsid w:val="003132BB"/>
    <w:rsid w:val="00326F90"/>
    <w:rsid w:val="00341BE3"/>
    <w:rsid w:val="003839B2"/>
    <w:rsid w:val="003C4E0E"/>
    <w:rsid w:val="003D2CCE"/>
    <w:rsid w:val="003D4988"/>
    <w:rsid w:val="003F7233"/>
    <w:rsid w:val="00417195"/>
    <w:rsid w:val="0042642A"/>
    <w:rsid w:val="004437E9"/>
    <w:rsid w:val="004530F7"/>
    <w:rsid w:val="00453624"/>
    <w:rsid w:val="00482B43"/>
    <w:rsid w:val="004945E3"/>
    <w:rsid w:val="004A2903"/>
    <w:rsid w:val="004B2B44"/>
    <w:rsid w:val="004F70EE"/>
    <w:rsid w:val="0050651B"/>
    <w:rsid w:val="005441A2"/>
    <w:rsid w:val="0055007F"/>
    <w:rsid w:val="005A1DD3"/>
    <w:rsid w:val="005B6EA3"/>
    <w:rsid w:val="0061260D"/>
    <w:rsid w:val="006178DD"/>
    <w:rsid w:val="006313B2"/>
    <w:rsid w:val="006B05C1"/>
    <w:rsid w:val="006B1259"/>
    <w:rsid w:val="006C1625"/>
    <w:rsid w:val="006E00B2"/>
    <w:rsid w:val="006F1AE8"/>
    <w:rsid w:val="007702C9"/>
    <w:rsid w:val="007C3DBF"/>
    <w:rsid w:val="007D5EF8"/>
    <w:rsid w:val="007F3C6E"/>
    <w:rsid w:val="007F58E1"/>
    <w:rsid w:val="00876455"/>
    <w:rsid w:val="0089144E"/>
    <w:rsid w:val="008D0EE4"/>
    <w:rsid w:val="008D7257"/>
    <w:rsid w:val="00913913"/>
    <w:rsid w:val="009460CD"/>
    <w:rsid w:val="009A7FC7"/>
    <w:rsid w:val="009B0006"/>
    <w:rsid w:val="009C0BFB"/>
    <w:rsid w:val="009F1DD6"/>
    <w:rsid w:val="009F32C2"/>
    <w:rsid w:val="00A36566"/>
    <w:rsid w:val="00A45B79"/>
    <w:rsid w:val="00A47988"/>
    <w:rsid w:val="00AA1D8D"/>
    <w:rsid w:val="00AB0E8A"/>
    <w:rsid w:val="00AF3866"/>
    <w:rsid w:val="00B02AE6"/>
    <w:rsid w:val="00B16F59"/>
    <w:rsid w:val="00B47730"/>
    <w:rsid w:val="00B66E54"/>
    <w:rsid w:val="00BC3722"/>
    <w:rsid w:val="00C24E75"/>
    <w:rsid w:val="00C24F64"/>
    <w:rsid w:val="00C37F0D"/>
    <w:rsid w:val="00C7161C"/>
    <w:rsid w:val="00C8749A"/>
    <w:rsid w:val="00CA2BC2"/>
    <w:rsid w:val="00CA2CC2"/>
    <w:rsid w:val="00CB0664"/>
    <w:rsid w:val="00CB2968"/>
    <w:rsid w:val="00CC3C21"/>
    <w:rsid w:val="00CF63E7"/>
    <w:rsid w:val="00D51274"/>
    <w:rsid w:val="00D94FA9"/>
    <w:rsid w:val="00DA6BE7"/>
    <w:rsid w:val="00DB5F0D"/>
    <w:rsid w:val="00DE2D13"/>
    <w:rsid w:val="00E17C4E"/>
    <w:rsid w:val="00E21A18"/>
    <w:rsid w:val="00E420D8"/>
    <w:rsid w:val="00EB4D2F"/>
    <w:rsid w:val="00EB5A9C"/>
    <w:rsid w:val="00EB7D12"/>
    <w:rsid w:val="00EF3AC0"/>
    <w:rsid w:val="00EF58E4"/>
    <w:rsid w:val="00F05CAB"/>
    <w:rsid w:val="00F22614"/>
    <w:rsid w:val="00F51137"/>
    <w:rsid w:val="00F80E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54EA07"/>
  <w14:defaultImageDpi w14:val="300"/>
  <w15:docId w15:val="{3D890C13-122B-4EED-A160-0563F6AF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00206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FFFFF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0EE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0EE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3555E3EEE3564DAC8EFB3A4DAA1F2D" ma:contentTypeVersion="3" ma:contentTypeDescription="Create a new document." ma:contentTypeScope="" ma:versionID="567b674424f73399c5c6b41536ef3c4b">
  <xsd:schema xmlns:xsd="http://www.w3.org/2001/XMLSchema" xmlns:xs="http://www.w3.org/2001/XMLSchema" xmlns:p="http://schemas.microsoft.com/office/2006/metadata/properties" xmlns:ns1="http://schemas.microsoft.com/sharepoint/v3" xmlns:ns2="dd5a8dec-a2b4-4e76-a633-3e5d42e6a7b3" xmlns:ns3="9d98fa39-7fbd-4685-a488-797cac822720" targetNamespace="http://schemas.microsoft.com/office/2006/metadata/properties" ma:root="true" ma:fieldsID="b596cbbbf95b82fda91973572041eec7" ns1:_="" ns2:_="" ns3:_="">
    <xsd:import namespace="http://schemas.microsoft.com/sharepoint/v3"/>
    <xsd:import namespace="dd5a8dec-a2b4-4e76-a633-3e5d42e6a7b3"/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LhoDocTyp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a8dec-a2b4-4e76-a633-3e5d42e6a7b3" elementFormDefault="qualified">
    <xsd:import namespace="http://schemas.microsoft.com/office/2006/documentManagement/types"/>
    <xsd:import namespace="http://schemas.microsoft.com/office/infopath/2007/PartnerControls"/>
    <xsd:element name="LhoDocType" ma:index="10" nillable="true" ma:displayName="LhoDocType" ma:internalName="LhoDocTyp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hoDocType xmlns="dd5a8dec-a2b4-4e76-a633-3e5d42e6a7b3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F44C48-B356-40FA-BEA3-4D18069B3C0A}"/>
</file>

<file path=customXml/itemProps3.xml><?xml version="1.0" encoding="utf-8"?>
<ds:datastoreItem xmlns:ds="http://schemas.openxmlformats.org/officeDocument/2006/customXml" ds:itemID="{C9D787B0-9946-41E9-AD69-3B083B02D79C}"/>
</file>

<file path=customXml/itemProps4.xml><?xml version="1.0" encoding="utf-8"?>
<ds:datastoreItem xmlns:ds="http://schemas.openxmlformats.org/officeDocument/2006/customXml" ds:itemID="{26AC21E8-58FA-46CA-9EA4-FF847EB736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519</Words>
  <Characters>2964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2026–2027 Influenza Vaccine Administration Record</vt:lpstr>
    </vt:vector>
  </TitlesOfParts>
  <Manager/>
  <Company/>
  <LinksUpToDate>false</LinksUpToDate>
  <CharactersWithSpaces>3477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Influenza Vaccine Administration Record</dc:title>
  <dc:subject>Accessible one-page form for Kentucky local health departments</dc:subject>
  <dc:creator>Kentucky Department for Public Health</dc:creator>
  <cp:keywords>influenza, vaccine administration, local health department, accessible form</cp:keywords>
  <dc:description/>
  <cp:lastModifiedBy>Boling, Jason (CHFS DPH)</cp:lastModifiedBy>
  <cp:revision>2</cp:revision>
  <cp:lastPrinted>2026-09-15T17:50:00Z</cp:lastPrinted>
  <dcterms:created xsi:type="dcterms:W3CDTF">2026-10-01T15:39:00Z</dcterms:created>
  <dcterms:modified xsi:type="dcterms:W3CDTF">2026-10-01T15:39:00Z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0x010100A73555E3EEE3564DAC8EFB3A4DAA1F2D</vt:lpwstr>
  </property>
</Properties>
</file>