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94BDC" w14:textId="77777777" w:rsidR="005F7ABC" w:rsidRPr="007C07D7" w:rsidRDefault="003C65DF" w:rsidP="007C07D7">
      <w:pPr>
        <w:pStyle w:val="Title"/>
        <w:spacing w:before="0"/>
        <w:contextualSpacing w:val="0"/>
        <w:jc w:val="center"/>
        <w:rPr>
          <w:color w:val="365F91" w:themeColor="accent1" w:themeShade="BF"/>
        </w:rPr>
      </w:pPr>
      <w:r w:rsidRPr="007C07D7">
        <w:rPr>
          <w:color w:val="365F91" w:themeColor="accent1" w:themeShade="BF"/>
        </w:rPr>
        <w:t>iHOPE Project Report Form</w:t>
      </w:r>
    </w:p>
    <w:p w14:paraId="73D019C0" w14:textId="77777777" w:rsidR="005F7ABC" w:rsidRDefault="003C65DF" w:rsidP="007C07D7">
      <w:pPr>
        <w:pStyle w:val="Heading1"/>
      </w:pPr>
      <w:r>
        <w:t>Reporting Information</w:t>
      </w:r>
    </w:p>
    <w:p w14:paraId="1178CAFF" w14:textId="2F589887" w:rsidR="005F7ABC" w:rsidRDefault="003C65DF">
      <w:r>
        <w:rPr>
          <w:b/>
        </w:rPr>
        <w:t xml:space="preserve">Region/CMHC: </w:t>
      </w:r>
      <w:r w:rsidR="004A171C">
        <w:rPr>
          <w:b/>
        </w:rPr>
        <w:t xml:space="preserve"> </w:t>
      </w:r>
      <w:sdt>
        <w:sdtPr>
          <w:alias w:val="Region/CMHC:"/>
          <w:tag w:val="region_cmhc"/>
          <w:id w:val="1001"/>
          <w:showingPlcHdr/>
          <w:text/>
        </w:sdtPr>
        <w:sdtContent>
          <w:r w:rsidR="001963F1">
            <w:rPr>
              <w:color w:val="555555"/>
            </w:rPr>
            <w:t>[Enter region or CMHC]</w:t>
          </w:r>
        </w:sdtContent>
      </w:sdt>
    </w:p>
    <w:p w14:paraId="62105002" w14:textId="00A09BB9" w:rsidR="005F7ABC" w:rsidRDefault="003C65DF">
      <w:r>
        <w:rPr>
          <w:b/>
        </w:rPr>
        <w:t xml:space="preserve">Reporting Period: </w:t>
      </w:r>
      <w:r w:rsidR="004A171C">
        <w:rPr>
          <w:b/>
        </w:rPr>
        <w:t xml:space="preserve"> </w:t>
      </w:r>
      <w:sdt>
        <w:sdtPr>
          <w:alias w:val="Reporting Period:"/>
          <w:tag w:val="reporting_period"/>
          <w:id w:val="1002"/>
          <w:showingPlcHdr/>
          <w:text/>
        </w:sdtPr>
        <w:sdtContent>
          <w:r w:rsidR="001963F1">
            <w:rPr>
              <w:color w:val="555555"/>
            </w:rPr>
            <w:t>[Enter reporting period]</w:t>
          </w:r>
        </w:sdtContent>
      </w:sdt>
    </w:p>
    <w:p w14:paraId="26DA3F7C" w14:textId="261D429E" w:rsidR="005F7ABC" w:rsidRDefault="003C65DF">
      <w:r>
        <w:rPr>
          <w:b/>
        </w:rPr>
        <w:t xml:space="preserve">Submission Date: </w:t>
      </w:r>
      <w:r w:rsidR="004A171C">
        <w:rPr>
          <w:b/>
        </w:rPr>
        <w:t xml:space="preserve"> </w:t>
      </w:r>
      <w:sdt>
        <w:sdtPr>
          <w:alias w:val="Submission Date:"/>
          <w:tag w:val="submission_date"/>
          <w:id w:val="1003"/>
          <w:showingPlcHdr/>
          <w:text/>
        </w:sdtPr>
        <w:sdtContent>
          <w:r w:rsidR="00593C7E">
            <w:rPr>
              <w:color w:val="555555"/>
            </w:rPr>
            <w:t>[Enter submission date]</w:t>
          </w:r>
        </w:sdtContent>
      </w:sdt>
    </w:p>
    <w:p w14:paraId="1DC23AF6" w14:textId="77777777" w:rsidR="005F7ABC" w:rsidRDefault="003C65DF">
      <w:r>
        <w:rPr>
          <w:b/>
        </w:rPr>
        <w:t xml:space="preserve">Submitter Name: </w:t>
      </w:r>
      <w:sdt>
        <w:sdtPr>
          <w:alias w:val="Submitter Name:"/>
          <w:tag w:val="submitter_name"/>
          <w:id w:val="1004"/>
          <w:placeholder>
            <w:docPart w:val="4F47CA562DD04772B0142800D656941D"/>
          </w:placeholder>
          <w:showingPlcHdr/>
          <w:text/>
        </w:sdtPr>
        <w:sdtEndPr/>
        <w:sdtContent>
          <w:r>
            <w:rPr>
              <w:color w:val="555555"/>
            </w:rPr>
            <w:t>[Enter submitter name]</w:t>
          </w:r>
        </w:sdtContent>
      </w:sdt>
    </w:p>
    <w:p w14:paraId="3F5CAAB6" w14:textId="77777777" w:rsidR="005F7ABC" w:rsidRDefault="003C65DF">
      <w:r>
        <w:rPr>
          <w:b/>
        </w:rPr>
        <w:t xml:space="preserve">Submitter Title: </w:t>
      </w:r>
      <w:sdt>
        <w:sdtPr>
          <w:alias w:val="Submitter Title:"/>
          <w:tag w:val="submitter_title"/>
          <w:id w:val="1005"/>
          <w:placeholder>
            <w:docPart w:val="09186C4140894472B719FD7C58ACC92A"/>
          </w:placeholder>
          <w:showingPlcHdr/>
          <w:text/>
        </w:sdtPr>
        <w:sdtEndPr/>
        <w:sdtContent>
          <w:r>
            <w:rPr>
              <w:color w:val="555555"/>
            </w:rPr>
            <w:t>[Enter submitter title]</w:t>
          </w:r>
        </w:sdtContent>
      </w:sdt>
    </w:p>
    <w:p w14:paraId="610DDC8F" w14:textId="77777777" w:rsidR="005F7ABC" w:rsidRDefault="003C65DF">
      <w:r>
        <w:rPr>
          <w:b/>
        </w:rPr>
        <w:t xml:space="preserve">Submitter Email: </w:t>
      </w:r>
      <w:sdt>
        <w:sdtPr>
          <w:alias w:val="Submitter Email:"/>
          <w:tag w:val="submitter_email"/>
          <w:id w:val="1006"/>
          <w:placeholder>
            <w:docPart w:val="41E616A4D61A478A864EE4E8CF86AEE8"/>
          </w:placeholder>
          <w:showingPlcHdr/>
          <w:text/>
        </w:sdtPr>
        <w:sdtEndPr/>
        <w:sdtContent>
          <w:r>
            <w:rPr>
              <w:color w:val="555555"/>
            </w:rPr>
            <w:t>[Enter submitter email]</w:t>
          </w:r>
        </w:sdtContent>
      </w:sdt>
    </w:p>
    <w:p w14:paraId="6BD34EFC" w14:textId="77777777" w:rsidR="005F7ABC" w:rsidRDefault="003C65DF">
      <w:r>
        <w:rPr>
          <w:b/>
        </w:rPr>
        <w:t xml:space="preserve">Phone Number: </w:t>
      </w:r>
      <w:sdt>
        <w:sdtPr>
          <w:alias w:val="Phone Number:"/>
          <w:tag w:val="phone"/>
          <w:id w:val="1007"/>
          <w:placeholder>
            <w:docPart w:val="A821BFB9372C4BCDB8685962261A06E4"/>
          </w:placeholder>
          <w:showingPlcHdr/>
          <w:text/>
        </w:sdtPr>
        <w:sdtEndPr/>
        <w:sdtContent>
          <w:r>
            <w:rPr>
              <w:color w:val="555555"/>
            </w:rPr>
            <w:t>[Enter phone number]</w:t>
          </w:r>
        </w:sdtContent>
      </w:sdt>
    </w:p>
    <w:p w14:paraId="248A0F1D" w14:textId="77777777" w:rsidR="005F7ABC" w:rsidRDefault="003C65DF" w:rsidP="000D5184">
      <w:pPr>
        <w:pStyle w:val="Heading1"/>
        <w:spacing w:before="240"/>
      </w:pPr>
      <w:r>
        <w:t>Program Description</w:t>
      </w:r>
    </w:p>
    <w:p w14:paraId="5F727EDC" w14:textId="77777777" w:rsidR="005F7ABC" w:rsidRDefault="003C65DF" w:rsidP="000D5184">
      <w:pPr>
        <w:pStyle w:val="Heading2"/>
        <w:spacing w:before="120"/>
      </w:pPr>
      <w:r>
        <w:t>Early Interventions for First Episode Psychosis (iHOPE)</w:t>
      </w:r>
    </w:p>
    <w:p w14:paraId="4679A805" w14:textId="77777777" w:rsidR="005F7ABC" w:rsidRDefault="003C65DF">
      <w:r>
        <w:t>The Federal Mental Health Block Grant (MHBG) requires a 10% Set-Aside for this programming.  The ultimate goal is for all states to create programming that will significantly increase access to specialized evidence-based services and supports, including outreach services, to youth and young adults with or at risk of early signs of serious mental illness, including First Episode Psychosis in order to prevent or minimize full onset of illness of persons with clinical high risk and improve  long term outcomes for these youth and young adults who have experienced First Episode Psychosis.  This includes support to the young person’s family members.  First Episode Psychosis priority area:  Evidence-based services and supports that address the needs of youth and young adults (15-30 years of age) with or at risk of First Episode Psychosis.</w:t>
      </w:r>
    </w:p>
    <w:p w14:paraId="442FA973" w14:textId="77777777" w:rsidR="005F7ABC" w:rsidRDefault="003C65DF">
      <w:r>
        <w:t>All iHOPE Programs will provide outreach to youth, young adults, family members and community partners and utilize Coordinated Specialty Care (CSC) within the CMHC service area to prevent or minimize full onset of illness and/or improve long term outcomes for youth and young adults with or at risk of First Episode Psychosis. Programming shall be implemented utilizing the “iHOPE Practice Guidelines” which is based on the Early Assessment and Support Alliance (EASA) Coordinated Specialty Care best practice model.</w:t>
      </w:r>
    </w:p>
    <w:p w14:paraId="73846E40" w14:textId="77777777" w:rsidR="005F7ABC" w:rsidRDefault="003C65DF" w:rsidP="000D5184">
      <w:pPr>
        <w:pStyle w:val="Heading1"/>
        <w:spacing w:before="240"/>
      </w:pPr>
      <w:r>
        <w:t>Objective #1</w:t>
      </w:r>
    </w:p>
    <w:p w14:paraId="3A868669" w14:textId="77777777" w:rsidR="005F7ABC" w:rsidRDefault="003C65DF">
      <w:pPr>
        <w:pStyle w:val="Heading2"/>
      </w:pPr>
      <w:r>
        <w:t>Objective Statement #1:</w:t>
      </w:r>
    </w:p>
    <w:p w14:paraId="55DF390B" w14:textId="77777777" w:rsidR="005F7ABC" w:rsidRDefault="003C65DF">
      <w:r>
        <w:t>The iHOPE Team must include a 1.0 FTE team leader, a 1.0 FTE case manager, a .50 FTE peer specialist.  These required FTEs should be filled by only one person.  The iHOPE team shall also include additional staff to ensure these additional core components of Coordinated Specialty Care:  outreach, Supported Employment/Education, Medication Management, Family Psychoeducation, Occupational Therapy, and Therapy services.</w:t>
      </w:r>
    </w:p>
    <w:p w14:paraId="6F9C3F19" w14:textId="77777777" w:rsidR="005F7ABC" w:rsidRDefault="003C65DF">
      <w:pPr>
        <w:pStyle w:val="Heading2"/>
      </w:pPr>
      <w:r>
        <w:t>Measurement Method:</w:t>
      </w:r>
    </w:p>
    <w:p w14:paraId="582D95B2" w14:textId="77777777" w:rsidR="005F7ABC" w:rsidRDefault="003C65DF">
      <w:r>
        <w:t>Report iHOPE team members by name, role on team, and FTE status.</w:t>
      </w:r>
    </w:p>
    <w:p w14:paraId="67D4B1FE" w14:textId="77777777" w:rsidR="005F7ABC" w:rsidRDefault="003C65DF">
      <w:pPr>
        <w:pStyle w:val="Heading2"/>
      </w:pPr>
      <w:r>
        <w:t>Objective #1 Narrative:</w:t>
      </w:r>
    </w:p>
    <w:p w14:paraId="65BD3F6D" w14:textId="77777777" w:rsidR="005F7ABC" w:rsidRDefault="003C65DF">
      <w:r>
        <w:t>Please list present iHOPE Team Members by name, including FTE (Full Time Equivalent) status.  If a role is not filed, please indicate the date you anticipate filling this role and the FTE that will be assigned to the role.</w:t>
      </w:r>
    </w:p>
    <w:p w14:paraId="283736DB" w14:textId="77777777" w:rsidR="005F7ABC" w:rsidRDefault="003C65DF">
      <w:pPr>
        <w:pStyle w:val="Heading3"/>
      </w:pPr>
      <w:r>
        <w:lastRenderedPageBreak/>
        <w:t>iHOPE Team Members</w:t>
      </w:r>
    </w:p>
    <w:tbl>
      <w:tblPr>
        <w:tblStyle w:val="TableGrid"/>
        <w:tblW w:w="0" w:type="auto"/>
        <w:jc w:val="center"/>
        <w:tblLayout w:type="fixed"/>
        <w:tblLook w:val="04A0" w:firstRow="1" w:lastRow="0" w:firstColumn="1" w:lastColumn="0" w:noHBand="0" w:noVBand="1"/>
        <w:tblCaption w:val="iHOPE team members"/>
        <w:tblDescription w:val="Lists each iHOPE team role, team member names or anticipated fill date, and total full-time equivalent status."/>
      </w:tblPr>
      <w:tblGrid>
        <w:gridCol w:w="2880"/>
        <w:gridCol w:w="6623"/>
        <w:gridCol w:w="1440"/>
      </w:tblGrid>
      <w:tr w:rsidR="005F7ABC" w14:paraId="390E4978" w14:textId="77777777">
        <w:trPr>
          <w:cantSplit/>
          <w:tblHeader/>
          <w:jc w:val="center"/>
        </w:trPr>
        <w:tc>
          <w:tcPr>
            <w:tcW w:w="2880" w:type="dxa"/>
            <w:shd w:val="clear" w:color="auto" w:fill="E7E6C8"/>
            <w:vAlign w:val="center"/>
          </w:tcPr>
          <w:p w14:paraId="69402581" w14:textId="77777777" w:rsidR="005F7ABC" w:rsidRDefault="003C65DF">
            <w:r>
              <w:rPr>
                <w:b/>
                <w:sz w:val="19"/>
              </w:rPr>
              <w:t>Role on iHOPE Team</w:t>
            </w:r>
          </w:p>
        </w:tc>
        <w:tc>
          <w:tcPr>
            <w:tcW w:w="6623" w:type="dxa"/>
            <w:shd w:val="clear" w:color="auto" w:fill="E7E6C8"/>
            <w:vAlign w:val="center"/>
          </w:tcPr>
          <w:p w14:paraId="5CEBBDAC" w14:textId="77777777" w:rsidR="005F7ABC" w:rsidRDefault="003C65DF">
            <w:r>
              <w:rPr>
                <w:b/>
                <w:sz w:val="19"/>
              </w:rPr>
              <w:t>Name(s) or anticipated fill date</w:t>
            </w:r>
          </w:p>
        </w:tc>
        <w:tc>
          <w:tcPr>
            <w:tcW w:w="1440" w:type="dxa"/>
            <w:shd w:val="clear" w:color="auto" w:fill="E7E6C8"/>
            <w:vAlign w:val="center"/>
          </w:tcPr>
          <w:p w14:paraId="5AD85A55" w14:textId="77777777" w:rsidR="005F7ABC" w:rsidRDefault="003C65DF">
            <w:r>
              <w:rPr>
                <w:b/>
                <w:sz w:val="19"/>
              </w:rPr>
              <w:t>Total FTE</w:t>
            </w:r>
          </w:p>
        </w:tc>
      </w:tr>
      <w:tr w:rsidR="005F7ABC" w14:paraId="698AFE7A" w14:textId="77777777">
        <w:trPr>
          <w:cantSplit/>
          <w:jc w:val="center"/>
        </w:trPr>
        <w:tc>
          <w:tcPr>
            <w:tcW w:w="2880" w:type="dxa"/>
            <w:vAlign w:val="center"/>
          </w:tcPr>
          <w:p w14:paraId="74254B38" w14:textId="77777777" w:rsidR="005F7ABC" w:rsidRDefault="003C65DF">
            <w:r>
              <w:rPr>
                <w:sz w:val="19"/>
              </w:rPr>
              <w:t>Team Leader</w:t>
            </w:r>
          </w:p>
        </w:tc>
        <w:tc>
          <w:tcPr>
            <w:tcW w:w="6623" w:type="dxa"/>
          </w:tcPr>
          <w:p w14:paraId="55C3A040" w14:textId="77777777" w:rsidR="005F7ABC" w:rsidRDefault="00126465">
            <w:sdt>
              <w:sdtPr>
                <w:alias w:val="Team Leader names or anticipated fill date"/>
                <w:tag w:val="obj1_1_names"/>
                <w:id w:val="1008"/>
                <w:placeholder>
                  <w:docPart w:val="1D0231BFB2EE470A919C96DF11683798"/>
                </w:placeholder>
                <w:showingPlcHdr/>
                <w:text w:multiLine="1"/>
              </w:sdtPr>
              <w:sdtEndPr/>
              <w:sdtContent>
                <w:r w:rsidR="003C65DF">
                  <w:rPr>
                    <w:color w:val="555555"/>
                  </w:rPr>
                  <w:t>[Enter name(s) or anticipated fill date]</w:t>
                </w:r>
              </w:sdtContent>
            </w:sdt>
          </w:p>
        </w:tc>
        <w:tc>
          <w:tcPr>
            <w:tcW w:w="1440" w:type="dxa"/>
          </w:tcPr>
          <w:p w14:paraId="4CE7894C" w14:textId="77777777" w:rsidR="005F7ABC" w:rsidRDefault="00126465">
            <w:sdt>
              <w:sdtPr>
                <w:alias w:val="Team Leader total FTE"/>
                <w:tag w:val="obj1_1_fte"/>
                <w:id w:val="1009"/>
                <w:placeholder>
                  <w:docPart w:val="9202690D4B2A4C7A91E15EF33D652BD5"/>
                </w:placeholder>
                <w:showingPlcHdr/>
                <w:text/>
              </w:sdtPr>
              <w:sdtEndPr/>
              <w:sdtContent>
                <w:r w:rsidR="003C65DF">
                  <w:rPr>
                    <w:color w:val="555555"/>
                  </w:rPr>
                  <w:t>[Enter FTE]</w:t>
                </w:r>
              </w:sdtContent>
            </w:sdt>
          </w:p>
        </w:tc>
      </w:tr>
      <w:tr w:rsidR="005F7ABC" w14:paraId="2960FD08" w14:textId="77777777">
        <w:trPr>
          <w:cantSplit/>
          <w:jc w:val="center"/>
        </w:trPr>
        <w:tc>
          <w:tcPr>
            <w:tcW w:w="2880" w:type="dxa"/>
            <w:vAlign w:val="center"/>
          </w:tcPr>
          <w:p w14:paraId="14516E4E" w14:textId="77777777" w:rsidR="005F7ABC" w:rsidRDefault="003C65DF">
            <w:r>
              <w:rPr>
                <w:sz w:val="19"/>
              </w:rPr>
              <w:t>Outreach</w:t>
            </w:r>
          </w:p>
        </w:tc>
        <w:tc>
          <w:tcPr>
            <w:tcW w:w="6623" w:type="dxa"/>
          </w:tcPr>
          <w:p w14:paraId="130173F7" w14:textId="77777777" w:rsidR="005F7ABC" w:rsidRDefault="00126465">
            <w:sdt>
              <w:sdtPr>
                <w:alias w:val="Outreach names or anticipated fill date"/>
                <w:tag w:val="obj1_2_names"/>
                <w:id w:val="1010"/>
                <w:placeholder>
                  <w:docPart w:val="46CE9C1D6F5D450BB498584BF13ADFC6"/>
                </w:placeholder>
                <w:showingPlcHdr/>
                <w:text w:multiLine="1"/>
              </w:sdtPr>
              <w:sdtEndPr/>
              <w:sdtContent>
                <w:r w:rsidR="003C65DF">
                  <w:rPr>
                    <w:color w:val="555555"/>
                  </w:rPr>
                  <w:t>[Enter name(s) or anticipated fill date]</w:t>
                </w:r>
              </w:sdtContent>
            </w:sdt>
          </w:p>
        </w:tc>
        <w:tc>
          <w:tcPr>
            <w:tcW w:w="1440" w:type="dxa"/>
          </w:tcPr>
          <w:p w14:paraId="39CA851A" w14:textId="77777777" w:rsidR="005F7ABC" w:rsidRDefault="00126465">
            <w:sdt>
              <w:sdtPr>
                <w:alias w:val="Outreach total FTE"/>
                <w:tag w:val="obj1_2_fte"/>
                <w:id w:val="1011"/>
                <w:placeholder>
                  <w:docPart w:val="81A692927BF346DF8608551612490B32"/>
                </w:placeholder>
                <w:showingPlcHdr/>
                <w:text/>
              </w:sdtPr>
              <w:sdtEndPr/>
              <w:sdtContent>
                <w:r w:rsidR="003C65DF">
                  <w:rPr>
                    <w:color w:val="555555"/>
                  </w:rPr>
                  <w:t>[Enter FTE]</w:t>
                </w:r>
              </w:sdtContent>
            </w:sdt>
          </w:p>
        </w:tc>
      </w:tr>
      <w:tr w:rsidR="005F7ABC" w14:paraId="5447C376" w14:textId="77777777">
        <w:trPr>
          <w:cantSplit/>
          <w:jc w:val="center"/>
        </w:trPr>
        <w:tc>
          <w:tcPr>
            <w:tcW w:w="2880" w:type="dxa"/>
            <w:vAlign w:val="center"/>
          </w:tcPr>
          <w:p w14:paraId="08D7D36F" w14:textId="77777777" w:rsidR="005F7ABC" w:rsidRDefault="003C65DF">
            <w:r>
              <w:rPr>
                <w:sz w:val="19"/>
              </w:rPr>
              <w:t>Case Manager</w:t>
            </w:r>
          </w:p>
        </w:tc>
        <w:tc>
          <w:tcPr>
            <w:tcW w:w="6623" w:type="dxa"/>
          </w:tcPr>
          <w:p w14:paraId="5AD6ED4A" w14:textId="77777777" w:rsidR="005F7ABC" w:rsidRDefault="00126465">
            <w:sdt>
              <w:sdtPr>
                <w:alias w:val="Case Manager names or anticipated fill date"/>
                <w:tag w:val="obj1_3_names"/>
                <w:id w:val="1012"/>
                <w:placeholder>
                  <w:docPart w:val="BDCD334832C8414ABDCDF0ADC63283C6"/>
                </w:placeholder>
                <w:showingPlcHdr/>
                <w:text w:multiLine="1"/>
              </w:sdtPr>
              <w:sdtEndPr/>
              <w:sdtContent>
                <w:r w:rsidR="003C65DF">
                  <w:rPr>
                    <w:color w:val="555555"/>
                  </w:rPr>
                  <w:t>[Enter name(s) or anticipated fill date]</w:t>
                </w:r>
              </w:sdtContent>
            </w:sdt>
          </w:p>
        </w:tc>
        <w:tc>
          <w:tcPr>
            <w:tcW w:w="1440" w:type="dxa"/>
          </w:tcPr>
          <w:p w14:paraId="025A10EB" w14:textId="77777777" w:rsidR="005F7ABC" w:rsidRDefault="00126465">
            <w:sdt>
              <w:sdtPr>
                <w:alias w:val="Case Manager total FTE"/>
                <w:tag w:val="obj1_3_fte"/>
                <w:id w:val="1013"/>
                <w:placeholder>
                  <w:docPart w:val="D4A36FABE23843DFBDF98F7E39C72F3F"/>
                </w:placeholder>
                <w:showingPlcHdr/>
                <w:text/>
              </w:sdtPr>
              <w:sdtEndPr/>
              <w:sdtContent>
                <w:r w:rsidR="003C65DF">
                  <w:rPr>
                    <w:color w:val="555555"/>
                  </w:rPr>
                  <w:t>[Enter FTE]</w:t>
                </w:r>
              </w:sdtContent>
            </w:sdt>
          </w:p>
        </w:tc>
      </w:tr>
      <w:tr w:rsidR="005F7ABC" w14:paraId="2362E4BA" w14:textId="77777777">
        <w:trPr>
          <w:cantSplit/>
          <w:jc w:val="center"/>
        </w:trPr>
        <w:tc>
          <w:tcPr>
            <w:tcW w:w="2880" w:type="dxa"/>
            <w:vAlign w:val="center"/>
          </w:tcPr>
          <w:p w14:paraId="602279A2" w14:textId="77777777" w:rsidR="005F7ABC" w:rsidRDefault="003C65DF">
            <w:r>
              <w:rPr>
                <w:sz w:val="19"/>
              </w:rPr>
              <w:t>Peer Support Specialist</w:t>
            </w:r>
          </w:p>
        </w:tc>
        <w:tc>
          <w:tcPr>
            <w:tcW w:w="6623" w:type="dxa"/>
          </w:tcPr>
          <w:p w14:paraId="25A11EAF" w14:textId="77777777" w:rsidR="005F7ABC" w:rsidRDefault="00126465">
            <w:sdt>
              <w:sdtPr>
                <w:alias w:val="Peer Support Specialist names or anticipated fill date"/>
                <w:tag w:val="obj1_4_names"/>
                <w:id w:val="1014"/>
                <w:placeholder>
                  <w:docPart w:val="FEA06E2D8331420BB9658C4674217C8A"/>
                </w:placeholder>
                <w:showingPlcHdr/>
                <w:text w:multiLine="1"/>
              </w:sdtPr>
              <w:sdtEndPr/>
              <w:sdtContent>
                <w:r w:rsidR="003C65DF">
                  <w:rPr>
                    <w:color w:val="555555"/>
                  </w:rPr>
                  <w:t>[Enter name(s) or anticipated fill date]</w:t>
                </w:r>
              </w:sdtContent>
            </w:sdt>
          </w:p>
        </w:tc>
        <w:tc>
          <w:tcPr>
            <w:tcW w:w="1440" w:type="dxa"/>
          </w:tcPr>
          <w:p w14:paraId="3122E974" w14:textId="77777777" w:rsidR="005F7ABC" w:rsidRDefault="00126465">
            <w:sdt>
              <w:sdtPr>
                <w:alias w:val="Peer Support Specialist total FTE"/>
                <w:tag w:val="obj1_4_fte"/>
                <w:id w:val="1015"/>
                <w:placeholder>
                  <w:docPart w:val="9C4052D6C9EC4810BC2C8E56E8CDCD77"/>
                </w:placeholder>
                <w:showingPlcHdr/>
                <w:text/>
              </w:sdtPr>
              <w:sdtEndPr/>
              <w:sdtContent>
                <w:r w:rsidR="003C65DF">
                  <w:rPr>
                    <w:color w:val="555555"/>
                  </w:rPr>
                  <w:t>[Enter FTE]</w:t>
                </w:r>
              </w:sdtContent>
            </w:sdt>
          </w:p>
        </w:tc>
      </w:tr>
      <w:tr w:rsidR="005F7ABC" w14:paraId="3CDD0911" w14:textId="77777777">
        <w:trPr>
          <w:cantSplit/>
          <w:jc w:val="center"/>
        </w:trPr>
        <w:tc>
          <w:tcPr>
            <w:tcW w:w="2880" w:type="dxa"/>
            <w:vAlign w:val="center"/>
          </w:tcPr>
          <w:p w14:paraId="23ED8864" w14:textId="77777777" w:rsidR="005F7ABC" w:rsidRDefault="003C65DF">
            <w:r>
              <w:rPr>
                <w:sz w:val="19"/>
              </w:rPr>
              <w:t>Supported Employment/Education Specialist</w:t>
            </w:r>
          </w:p>
        </w:tc>
        <w:tc>
          <w:tcPr>
            <w:tcW w:w="6623" w:type="dxa"/>
          </w:tcPr>
          <w:p w14:paraId="6A962F7B" w14:textId="77777777" w:rsidR="005F7ABC" w:rsidRDefault="00126465">
            <w:sdt>
              <w:sdtPr>
                <w:alias w:val="Supported Employment/Education Specialist names or anticipated fill date"/>
                <w:tag w:val="obj1_5_names"/>
                <w:id w:val="1016"/>
                <w:placeholder>
                  <w:docPart w:val="E87B047B9E30488BB41CB2AFE1606951"/>
                </w:placeholder>
                <w:showingPlcHdr/>
                <w:text w:multiLine="1"/>
              </w:sdtPr>
              <w:sdtEndPr/>
              <w:sdtContent>
                <w:r w:rsidR="003C65DF">
                  <w:rPr>
                    <w:color w:val="555555"/>
                  </w:rPr>
                  <w:t>[Enter name(s) or anticipated fill date]</w:t>
                </w:r>
              </w:sdtContent>
            </w:sdt>
          </w:p>
        </w:tc>
        <w:tc>
          <w:tcPr>
            <w:tcW w:w="1440" w:type="dxa"/>
          </w:tcPr>
          <w:p w14:paraId="1EA862A5" w14:textId="77777777" w:rsidR="005F7ABC" w:rsidRDefault="00126465">
            <w:sdt>
              <w:sdtPr>
                <w:alias w:val="Supported Employment/Education Specialist total FTE"/>
                <w:tag w:val="obj1_5_fte"/>
                <w:id w:val="1017"/>
                <w:placeholder>
                  <w:docPart w:val="F58B6642F7C54FA69F30DD30B5D45257"/>
                </w:placeholder>
                <w:showingPlcHdr/>
                <w:text/>
              </w:sdtPr>
              <w:sdtEndPr/>
              <w:sdtContent>
                <w:r w:rsidR="003C65DF">
                  <w:rPr>
                    <w:color w:val="555555"/>
                  </w:rPr>
                  <w:t>[Enter FTE]</w:t>
                </w:r>
              </w:sdtContent>
            </w:sdt>
          </w:p>
        </w:tc>
      </w:tr>
      <w:tr w:rsidR="005F7ABC" w14:paraId="7B75EC2B" w14:textId="77777777">
        <w:trPr>
          <w:cantSplit/>
          <w:jc w:val="center"/>
        </w:trPr>
        <w:tc>
          <w:tcPr>
            <w:tcW w:w="2880" w:type="dxa"/>
            <w:vAlign w:val="center"/>
          </w:tcPr>
          <w:p w14:paraId="06B1A2B4" w14:textId="77777777" w:rsidR="005F7ABC" w:rsidRDefault="003C65DF">
            <w:r>
              <w:rPr>
                <w:sz w:val="19"/>
              </w:rPr>
              <w:t>Prescriber</w:t>
            </w:r>
          </w:p>
        </w:tc>
        <w:tc>
          <w:tcPr>
            <w:tcW w:w="6623" w:type="dxa"/>
          </w:tcPr>
          <w:p w14:paraId="67BB787A" w14:textId="77777777" w:rsidR="005F7ABC" w:rsidRDefault="00126465">
            <w:sdt>
              <w:sdtPr>
                <w:alias w:val="Prescriber names or anticipated fill date"/>
                <w:tag w:val="obj1_6_names"/>
                <w:id w:val="1018"/>
                <w:placeholder>
                  <w:docPart w:val="4C9A4F02B2CC4A8A933D24E2190CA1BF"/>
                </w:placeholder>
                <w:showingPlcHdr/>
                <w:text w:multiLine="1"/>
              </w:sdtPr>
              <w:sdtEndPr/>
              <w:sdtContent>
                <w:r w:rsidR="003C65DF">
                  <w:rPr>
                    <w:color w:val="555555"/>
                  </w:rPr>
                  <w:t>[Enter name(s) or anticipated fill date]</w:t>
                </w:r>
              </w:sdtContent>
            </w:sdt>
          </w:p>
        </w:tc>
        <w:tc>
          <w:tcPr>
            <w:tcW w:w="1440" w:type="dxa"/>
          </w:tcPr>
          <w:p w14:paraId="1E09DD27" w14:textId="77777777" w:rsidR="005F7ABC" w:rsidRDefault="00126465">
            <w:sdt>
              <w:sdtPr>
                <w:alias w:val="Prescriber total FTE"/>
                <w:tag w:val="obj1_6_fte"/>
                <w:id w:val="1019"/>
                <w:placeholder>
                  <w:docPart w:val="924ECA9C8AD54BBA9FBA911857B97446"/>
                </w:placeholder>
                <w:showingPlcHdr/>
                <w:text/>
              </w:sdtPr>
              <w:sdtEndPr/>
              <w:sdtContent>
                <w:r w:rsidR="003C65DF">
                  <w:rPr>
                    <w:color w:val="555555"/>
                  </w:rPr>
                  <w:t>[Enter FTE]</w:t>
                </w:r>
              </w:sdtContent>
            </w:sdt>
          </w:p>
        </w:tc>
      </w:tr>
      <w:tr w:rsidR="005F7ABC" w14:paraId="54805624" w14:textId="77777777">
        <w:trPr>
          <w:cantSplit/>
          <w:jc w:val="center"/>
        </w:trPr>
        <w:tc>
          <w:tcPr>
            <w:tcW w:w="2880" w:type="dxa"/>
            <w:vAlign w:val="center"/>
          </w:tcPr>
          <w:p w14:paraId="75F22701" w14:textId="77777777" w:rsidR="005F7ABC" w:rsidRDefault="003C65DF">
            <w:r>
              <w:rPr>
                <w:sz w:val="19"/>
              </w:rPr>
              <w:t>Occupational Therapist</w:t>
            </w:r>
          </w:p>
        </w:tc>
        <w:tc>
          <w:tcPr>
            <w:tcW w:w="6623" w:type="dxa"/>
          </w:tcPr>
          <w:p w14:paraId="65CF3517" w14:textId="77777777" w:rsidR="005F7ABC" w:rsidRDefault="00126465">
            <w:sdt>
              <w:sdtPr>
                <w:alias w:val="Occupational Therapist names or anticipated fill date"/>
                <w:tag w:val="obj1_7_names"/>
                <w:id w:val="1020"/>
                <w:placeholder>
                  <w:docPart w:val="CD6C84DDFBE143D998528DE56A44F937"/>
                </w:placeholder>
                <w:showingPlcHdr/>
                <w:text w:multiLine="1"/>
              </w:sdtPr>
              <w:sdtEndPr/>
              <w:sdtContent>
                <w:r w:rsidR="003C65DF">
                  <w:rPr>
                    <w:color w:val="555555"/>
                  </w:rPr>
                  <w:t>[Enter name(s) or anticipated fill date]</w:t>
                </w:r>
              </w:sdtContent>
            </w:sdt>
          </w:p>
        </w:tc>
        <w:tc>
          <w:tcPr>
            <w:tcW w:w="1440" w:type="dxa"/>
          </w:tcPr>
          <w:p w14:paraId="5934AA91" w14:textId="77777777" w:rsidR="005F7ABC" w:rsidRDefault="00126465">
            <w:sdt>
              <w:sdtPr>
                <w:alias w:val="Occupational Therapist total FTE"/>
                <w:tag w:val="obj1_7_fte"/>
                <w:id w:val="1021"/>
                <w:placeholder>
                  <w:docPart w:val="D706426EFA0346C2BFA861A03A1910BD"/>
                </w:placeholder>
                <w:showingPlcHdr/>
                <w:text/>
              </w:sdtPr>
              <w:sdtEndPr/>
              <w:sdtContent>
                <w:r w:rsidR="003C65DF">
                  <w:rPr>
                    <w:color w:val="555555"/>
                  </w:rPr>
                  <w:t>[Enter FTE]</w:t>
                </w:r>
              </w:sdtContent>
            </w:sdt>
          </w:p>
        </w:tc>
      </w:tr>
      <w:tr w:rsidR="005F7ABC" w14:paraId="1145D79F" w14:textId="77777777">
        <w:trPr>
          <w:cantSplit/>
          <w:jc w:val="center"/>
        </w:trPr>
        <w:tc>
          <w:tcPr>
            <w:tcW w:w="2880" w:type="dxa"/>
            <w:vAlign w:val="center"/>
          </w:tcPr>
          <w:p w14:paraId="5A757845" w14:textId="77777777" w:rsidR="005F7ABC" w:rsidRDefault="003C65DF">
            <w:r>
              <w:rPr>
                <w:sz w:val="19"/>
              </w:rPr>
              <w:t>Therapist</w:t>
            </w:r>
          </w:p>
        </w:tc>
        <w:tc>
          <w:tcPr>
            <w:tcW w:w="6623" w:type="dxa"/>
          </w:tcPr>
          <w:p w14:paraId="6793DD0F" w14:textId="77777777" w:rsidR="005F7ABC" w:rsidRDefault="00126465">
            <w:sdt>
              <w:sdtPr>
                <w:alias w:val="Therapist names or anticipated fill date"/>
                <w:tag w:val="obj1_8_names"/>
                <w:id w:val="1022"/>
                <w:placeholder>
                  <w:docPart w:val="D6C6FBABEB2149C49B7E61F4D42F0EF4"/>
                </w:placeholder>
                <w:showingPlcHdr/>
                <w:text w:multiLine="1"/>
              </w:sdtPr>
              <w:sdtEndPr/>
              <w:sdtContent>
                <w:r w:rsidR="003C65DF">
                  <w:rPr>
                    <w:color w:val="555555"/>
                  </w:rPr>
                  <w:t>[Enter name(s) or anticipated fill date]</w:t>
                </w:r>
              </w:sdtContent>
            </w:sdt>
          </w:p>
        </w:tc>
        <w:tc>
          <w:tcPr>
            <w:tcW w:w="1440" w:type="dxa"/>
          </w:tcPr>
          <w:p w14:paraId="2E947B2A" w14:textId="77777777" w:rsidR="005F7ABC" w:rsidRDefault="00126465">
            <w:sdt>
              <w:sdtPr>
                <w:alias w:val="Therapist total FTE"/>
                <w:tag w:val="obj1_8_fte"/>
                <w:id w:val="1023"/>
                <w:placeholder>
                  <w:docPart w:val="17F2A51885E34E6FB4BF007052E8EA74"/>
                </w:placeholder>
                <w:showingPlcHdr/>
                <w:text/>
              </w:sdtPr>
              <w:sdtEndPr/>
              <w:sdtContent>
                <w:r w:rsidR="003C65DF">
                  <w:rPr>
                    <w:color w:val="555555"/>
                  </w:rPr>
                  <w:t>[Enter FTE]</w:t>
                </w:r>
              </w:sdtContent>
            </w:sdt>
          </w:p>
        </w:tc>
      </w:tr>
      <w:tr w:rsidR="005F7ABC" w14:paraId="71D41086" w14:textId="77777777">
        <w:trPr>
          <w:cantSplit/>
          <w:jc w:val="center"/>
        </w:trPr>
        <w:tc>
          <w:tcPr>
            <w:tcW w:w="2880" w:type="dxa"/>
            <w:vAlign w:val="center"/>
          </w:tcPr>
          <w:p w14:paraId="3F6DAEAD" w14:textId="77777777" w:rsidR="005F7ABC" w:rsidRDefault="003C65DF">
            <w:r>
              <w:rPr>
                <w:sz w:val="19"/>
              </w:rPr>
              <w:t>Family Psychoeducation</w:t>
            </w:r>
          </w:p>
        </w:tc>
        <w:tc>
          <w:tcPr>
            <w:tcW w:w="6623" w:type="dxa"/>
          </w:tcPr>
          <w:p w14:paraId="6DD2FA5D" w14:textId="77777777" w:rsidR="005F7ABC" w:rsidRDefault="00126465">
            <w:sdt>
              <w:sdtPr>
                <w:alias w:val="Family Psychoeducation names or anticipated fill date"/>
                <w:tag w:val="obj1_9_names"/>
                <w:id w:val="1024"/>
                <w:placeholder>
                  <w:docPart w:val="461C529E81BE4C528A9F18BCC720EBF1"/>
                </w:placeholder>
                <w:showingPlcHdr/>
                <w:text w:multiLine="1"/>
              </w:sdtPr>
              <w:sdtEndPr/>
              <w:sdtContent>
                <w:r w:rsidR="003C65DF">
                  <w:rPr>
                    <w:color w:val="555555"/>
                  </w:rPr>
                  <w:t>[Enter name(s) or anticipated fill date]</w:t>
                </w:r>
              </w:sdtContent>
            </w:sdt>
          </w:p>
        </w:tc>
        <w:tc>
          <w:tcPr>
            <w:tcW w:w="1440" w:type="dxa"/>
          </w:tcPr>
          <w:p w14:paraId="51DBA19E" w14:textId="77777777" w:rsidR="005F7ABC" w:rsidRDefault="00126465">
            <w:sdt>
              <w:sdtPr>
                <w:alias w:val="Family Psychoeducation total FTE"/>
                <w:tag w:val="obj1_9_fte"/>
                <w:id w:val="1025"/>
                <w:placeholder>
                  <w:docPart w:val="0EBFED856F294E63B7E6AA77A49FA683"/>
                </w:placeholder>
                <w:showingPlcHdr/>
                <w:text/>
              </w:sdtPr>
              <w:sdtEndPr/>
              <w:sdtContent>
                <w:r w:rsidR="003C65DF">
                  <w:rPr>
                    <w:color w:val="555555"/>
                  </w:rPr>
                  <w:t>[Enter FTE]</w:t>
                </w:r>
              </w:sdtContent>
            </w:sdt>
          </w:p>
        </w:tc>
      </w:tr>
      <w:tr w:rsidR="005F7ABC" w14:paraId="55D9FBAA" w14:textId="77777777">
        <w:trPr>
          <w:cantSplit/>
          <w:jc w:val="center"/>
        </w:trPr>
        <w:tc>
          <w:tcPr>
            <w:tcW w:w="2880" w:type="dxa"/>
            <w:vAlign w:val="center"/>
          </w:tcPr>
          <w:p w14:paraId="6F8AD49F" w14:textId="77777777" w:rsidR="005F7ABC" w:rsidRDefault="003C65DF">
            <w:r>
              <w:rPr>
                <w:sz w:val="19"/>
              </w:rPr>
              <w:t>Other (please specify)</w:t>
            </w:r>
          </w:p>
        </w:tc>
        <w:tc>
          <w:tcPr>
            <w:tcW w:w="6623" w:type="dxa"/>
          </w:tcPr>
          <w:p w14:paraId="3C0BBFFD" w14:textId="77777777" w:rsidR="005F7ABC" w:rsidRDefault="00126465">
            <w:sdt>
              <w:sdtPr>
                <w:alias w:val="Other (please specify) names or anticipated fill date"/>
                <w:tag w:val="obj1_10_names"/>
                <w:id w:val="1026"/>
                <w:placeholder>
                  <w:docPart w:val="BA052A0D63DA4350858C4FD8246761C5"/>
                </w:placeholder>
                <w:showingPlcHdr/>
                <w:text w:multiLine="1"/>
              </w:sdtPr>
              <w:sdtEndPr/>
              <w:sdtContent>
                <w:r w:rsidR="003C65DF">
                  <w:rPr>
                    <w:color w:val="555555"/>
                  </w:rPr>
                  <w:t>[Enter name(s) or anticipated fill date]</w:t>
                </w:r>
              </w:sdtContent>
            </w:sdt>
          </w:p>
        </w:tc>
        <w:tc>
          <w:tcPr>
            <w:tcW w:w="1440" w:type="dxa"/>
          </w:tcPr>
          <w:p w14:paraId="29D119DD" w14:textId="77777777" w:rsidR="005F7ABC" w:rsidRDefault="00126465">
            <w:sdt>
              <w:sdtPr>
                <w:alias w:val="Other (please specify) total FTE"/>
                <w:tag w:val="obj1_10_fte"/>
                <w:id w:val="1027"/>
                <w:placeholder>
                  <w:docPart w:val="F7045EE06E7E4EFFAE5510FAB414AFA1"/>
                </w:placeholder>
                <w:showingPlcHdr/>
                <w:text/>
              </w:sdtPr>
              <w:sdtEndPr/>
              <w:sdtContent>
                <w:r w:rsidR="003C65DF">
                  <w:rPr>
                    <w:color w:val="555555"/>
                  </w:rPr>
                  <w:t>[Enter FTE]</w:t>
                </w:r>
              </w:sdtContent>
            </w:sdt>
          </w:p>
        </w:tc>
      </w:tr>
    </w:tbl>
    <w:p w14:paraId="2698946F" w14:textId="77777777" w:rsidR="005F7ABC" w:rsidRDefault="003C65DF" w:rsidP="000D5184">
      <w:pPr>
        <w:spacing w:before="80"/>
      </w:pPr>
      <w:r>
        <w:rPr>
          <w:b/>
        </w:rPr>
        <w:t xml:space="preserve">Grand Total FTE: </w:t>
      </w:r>
      <w:sdt>
        <w:sdtPr>
          <w:alias w:val="Grand Total FTE:"/>
          <w:tag w:val="obj1_total_fte"/>
          <w:id w:val="1028"/>
          <w:placeholder>
            <w:docPart w:val="5787D827614E449281718A7368F7A84C"/>
          </w:placeholder>
          <w:showingPlcHdr/>
          <w:text/>
        </w:sdtPr>
        <w:sdtEndPr/>
        <w:sdtContent>
          <w:r>
            <w:rPr>
              <w:color w:val="555555"/>
            </w:rPr>
            <w:t>[Enter grand total FTE]</w:t>
          </w:r>
        </w:sdtContent>
      </w:sdt>
    </w:p>
    <w:p w14:paraId="46831A79" w14:textId="77777777" w:rsidR="005F7ABC" w:rsidRDefault="003C65DF" w:rsidP="000D5184">
      <w:pPr>
        <w:pStyle w:val="Heading1"/>
        <w:spacing w:before="240"/>
      </w:pPr>
      <w:r>
        <w:t>Objective #2</w:t>
      </w:r>
    </w:p>
    <w:p w14:paraId="2E9B7DFB" w14:textId="77777777" w:rsidR="005F7ABC" w:rsidRDefault="003C65DF">
      <w:pPr>
        <w:pStyle w:val="Heading2"/>
      </w:pPr>
      <w:r>
        <w:t>Objective Statement #2:</w:t>
      </w:r>
    </w:p>
    <w:p w14:paraId="1E3CE0D9" w14:textId="77777777" w:rsidR="005F7ABC" w:rsidRDefault="003C65DF">
      <w:r>
        <w:t>All iHOPE Team Members must be trained in the Coordinated Specialty Care (CSC) Model.</w:t>
      </w:r>
    </w:p>
    <w:p w14:paraId="208AB66E" w14:textId="77777777" w:rsidR="005F7ABC" w:rsidRDefault="003C65DF">
      <w:pPr>
        <w:pStyle w:val="Heading2"/>
      </w:pPr>
      <w:r>
        <w:t>Measurement Method:</w:t>
      </w:r>
    </w:p>
    <w:p w14:paraId="04856C63" w14:textId="77777777" w:rsidR="005F7ABC" w:rsidRDefault="003C65DF">
      <w:r>
        <w:t>Report number of iHOPE Team Members trained in the Coordinated Specialty Care (CSC) Model.</w:t>
      </w:r>
    </w:p>
    <w:p w14:paraId="0D9BBDF3" w14:textId="77777777" w:rsidR="005F7ABC" w:rsidRDefault="003C65DF">
      <w:pPr>
        <w:pStyle w:val="Heading2"/>
      </w:pPr>
      <w:r>
        <w:t>Objective Narrative #2A – TRAINED:</w:t>
      </w:r>
    </w:p>
    <w:p w14:paraId="2AD2DEA8" w14:textId="77777777" w:rsidR="005F7ABC" w:rsidRDefault="003C65DF">
      <w:r>
        <w:t>For all iHOPE Team Members listed under Objective #1 who HAVE been trained in Coordinated Specialty Care (CSC), please list the date they were trained in the CSC Model, the mode of training (face to face, individual and/or group training, online modules, reading materials). as well as the number of hours trained.</w:t>
      </w:r>
    </w:p>
    <w:p w14:paraId="76B4A287" w14:textId="77777777" w:rsidR="005F7ABC" w:rsidRDefault="003C65DF">
      <w:pPr>
        <w:pStyle w:val="Heading3"/>
      </w:pPr>
      <w:r>
        <w:t>iHOPE Team Members TRAINED</w:t>
      </w:r>
    </w:p>
    <w:tbl>
      <w:tblPr>
        <w:tblStyle w:val="TableGrid"/>
        <w:tblW w:w="0" w:type="auto"/>
        <w:jc w:val="center"/>
        <w:tblLayout w:type="fixed"/>
        <w:tblLook w:val="04A0" w:firstRow="1" w:lastRow="0" w:firstColumn="1" w:lastColumn="0" w:noHBand="0" w:noVBand="1"/>
        <w:tblCaption w:val="iHOPE team members trained"/>
        <w:tblDescription w:val="Records the name, training date, mode of training, and Coordinated Specialty Care training hours for trained iHOPE team members."/>
      </w:tblPr>
      <w:tblGrid>
        <w:gridCol w:w="2880"/>
        <w:gridCol w:w="1872"/>
        <w:gridCol w:w="4896"/>
        <w:gridCol w:w="1728"/>
      </w:tblGrid>
      <w:tr w:rsidR="005F7ABC" w14:paraId="0905B272" w14:textId="77777777">
        <w:trPr>
          <w:cantSplit/>
          <w:tblHeader/>
          <w:jc w:val="center"/>
        </w:trPr>
        <w:tc>
          <w:tcPr>
            <w:tcW w:w="2880" w:type="dxa"/>
            <w:shd w:val="clear" w:color="auto" w:fill="E7E6C8"/>
            <w:vAlign w:val="center"/>
          </w:tcPr>
          <w:p w14:paraId="0ACC0A89" w14:textId="77777777" w:rsidR="005F7ABC" w:rsidRDefault="003C65DF">
            <w:r>
              <w:rPr>
                <w:b/>
                <w:sz w:val="19"/>
              </w:rPr>
              <w:t>Name</w:t>
            </w:r>
          </w:p>
        </w:tc>
        <w:tc>
          <w:tcPr>
            <w:tcW w:w="1872" w:type="dxa"/>
            <w:shd w:val="clear" w:color="auto" w:fill="E7E6C8"/>
            <w:vAlign w:val="center"/>
          </w:tcPr>
          <w:p w14:paraId="50BCD60D" w14:textId="77777777" w:rsidR="005F7ABC" w:rsidRDefault="003C65DF">
            <w:r>
              <w:rPr>
                <w:b/>
                <w:sz w:val="19"/>
              </w:rPr>
              <w:t>Date trained</w:t>
            </w:r>
          </w:p>
        </w:tc>
        <w:tc>
          <w:tcPr>
            <w:tcW w:w="4896" w:type="dxa"/>
            <w:shd w:val="clear" w:color="auto" w:fill="E7E6C8"/>
            <w:vAlign w:val="center"/>
          </w:tcPr>
          <w:p w14:paraId="776C97F9" w14:textId="77777777" w:rsidR="005F7ABC" w:rsidRDefault="003C65DF">
            <w:r>
              <w:rPr>
                <w:b/>
                <w:sz w:val="19"/>
              </w:rPr>
              <w:t>Mode of Training</w:t>
            </w:r>
          </w:p>
        </w:tc>
        <w:tc>
          <w:tcPr>
            <w:tcW w:w="1728" w:type="dxa"/>
            <w:shd w:val="clear" w:color="auto" w:fill="E7E6C8"/>
            <w:vAlign w:val="center"/>
          </w:tcPr>
          <w:p w14:paraId="1C0F10D6" w14:textId="77777777" w:rsidR="005F7ABC" w:rsidRDefault="003C65DF">
            <w:r>
              <w:rPr>
                <w:b/>
                <w:sz w:val="19"/>
              </w:rPr>
              <w:t># CSC Training Hours</w:t>
            </w:r>
          </w:p>
        </w:tc>
      </w:tr>
      <w:tr w:rsidR="005F7ABC" w14:paraId="40FBE71B" w14:textId="77777777">
        <w:trPr>
          <w:cantSplit/>
          <w:jc w:val="center"/>
        </w:trPr>
        <w:tc>
          <w:tcPr>
            <w:tcW w:w="2880" w:type="dxa"/>
          </w:tcPr>
          <w:p w14:paraId="3A9B6494" w14:textId="77777777" w:rsidR="005F7ABC" w:rsidRDefault="00126465">
            <w:sdt>
              <w:sdtPr>
                <w:alias w:val="Trained member 1 name"/>
                <w:tag w:val="obj2a_1_name"/>
                <w:id w:val="1029"/>
                <w:placeholder>
                  <w:docPart w:val="1B72E91557354593A38B287F119ABFEF"/>
                </w:placeholder>
                <w:showingPlcHdr/>
                <w:text/>
              </w:sdtPr>
              <w:sdtEndPr/>
              <w:sdtContent>
                <w:r w:rsidR="003C65DF">
                  <w:rPr>
                    <w:color w:val="555555"/>
                  </w:rPr>
                  <w:t>[Enter name]</w:t>
                </w:r>
              </w:sdtContent>
            </w:sdt>
          </w:p>
        </w:tc>
        <w:tc>
          <w:tcPr>
            <w:tcW w:w="1872" w:type="dxa"/>
          </w:tcPr>
          <w:p w14:paraId="766E5F33" w14:textId="77777777" w:rsidR="005F7ABC" w:rsidRDefault="00126465">
            <w:sdt>
              <w:sdtPr>
                <w:alias w:val="Trained member 1 date"/>
                <w:tag w:val="obj2a_1_date"/>
                <w:id w:val="1030"/>
                <w:placeholder>
                  <w:docPart w:val="151E344D2C5D4E47967C37493179B576"/>
                </w:placeholder>
                <w:showingPlcHdr/>
                <w:text/>
              </w:sdtPr>
              <w:sdtEndPr/>
              <w:sdtContent>
                <w:r w:rsidR="003C65DF">
                  <w:rPr>
                    <w:color w:val="555555"/>
                  </w:rPr>
                  <w:t>[Enter date]</w:t>
                </w:r>
              </w:sdtContent>
            </w:sdt>
          </w:p>
        </w:tc>
        <w:tc>
          <w:tcPr>
            <w:tcW w:w="4896" w:type="dxa"/>
          </w:tcPr>
          <w:p w14:paraId="034714C7" w14:textId="77777777" w:rsidR="005F7ABC" w:rsidRDefault="00126465">
            <w:sdt>
              <w:sdtPr>
                <w:alias w:val="Trained member 1 training mode"/>
                <w:tag w:val="obj2a_1_mode"/>
                <w:id w:val="1031"/>
                <w:placeholder>
                  <w:docPart w:val="7F717FA1CCFE45099D45E23ED833ABAB"/>
                </w:placeholder>
                <w:showingPlcHdr/>
                <w:text/>
              </w:sdtPr>
              <w:sdtEndPr/>
              <w:sdtContent>
                <w:r w:rsidR="003C65DF">
                  <w:rPr>
                    <w:color w:val="555555"/>
                  </w:rPr>
                  <w:t>[Enter mode]</w:t>
                </w:r>
              </w:sdtContent>
            </w:sdt>
          </w:p>
        </w:tc>
        <w:tc>
          <w:tcPr>
            <w:tcW w:w="1728" w:type="dxa"/>
          </w:tcPr>
          <w:p w14:paraId="58F4C379" w14:textId="77777777" w:rsidR="005F7ABC" w:rsidRDefault="00126465">
            <w:sdt>
              <w:sdtPr>
                <w:alias w:val="Trained member 1 hours"/>
                <w:tag w:val="obj2a_1_hours"/>
                <w:id w:val="1032"/>
                <w:placeholder>
                  <w:docPart w:val="8CDAE092D1F249998A6ADF33C5C8EDAC"/>
                </w:placeholder>
                <w:showingPlcHdr/>
                <w:text/>
              </w:sdtPr>
              <w:sdtEndPr/>
              <w:sdtContent>
                <w:r w:rsidR="003C65DF">
                  <w:rPr>
                    <w:color w:val="555555"/>
                  </w:rPr>
                  <w:t>[Enter hours]</w:t>
                </w:r>
              </w:sdtContent>
            </w:sdt>
          </w:p>
        </w:tc>
      </w:tr>
      <w:tr w:rsidR="005F7ABC" w14:paraId="1F1705CB" w14:textId="77777777">
        <w:trPr>
          <w:cantSplit/>
          <w:jc w:val="center"/>
        </w:trPr>
        <w:tc>
          <w:tcPr>
            <w:tcW w:w="2880" w:type="dxa"/>
          </w:tcPr>
          <w:p w14:paraId="1ADDC1BD" w14:textId="77777777" w:rsidR="005F7ABC" w:rsidRDefault="00126465">
            <w:sdt>
              <w:sdtPr>
                <w:alias w:val="Trained member 2 name"/>
                <w:tag w:val="obj2a_2_name"/>
                <w:id w:val="1033"/>
                <w:placeholder>
                  <w:docPart w:val="7210DCC84F314917A063330A12F8FAD4"/>
                </w:placeholder>
                <w:showingPlcHdr/>
                <w:text/>
              </w:sdtPr>
              <w:sdtEndPr/>
              <w:sdtContent>
                <w:r w:rsidR="003C65DF">
                  <w:rPr>
                    <w:color w:val="555555"/>
                  </w:rPr>
                  <w:t>[Enter name]</w:t>
                </w:r>
              </w:sdtContent>
            </w:sdt>
          </w:p>
        </w:tc>
        <w:tc>
          <w:tcPr>
            <w:tcW w:w="1872" w:type="dxa"/>
          </w:tcPr>
          <w:p w14:paraId="485E3BB6" w14:textId="77777777" w:rsidR="005F7ABC" w:rsidRDefault="00126465">
            <w:sdt>
              <w:sdtPr>
                <w:alias w:val="Trained member 2 date"/>
                <w:tag w:val="obj2a_2_date"/>
                <w:id w:val="1034"/>
                <w:placeholder>
                  <w:docPart w:val="682AF9168A8440F5B113EDF096A4B995"/>
                </w:placeholder>
                <w:showingPlcHdr/>
                <w:text/>
              </w:sdtPr>
              <w:sdtEndPr/>
              <w:sdtContent>
                <w:r w:rsidR="003C65DF">
                  <w:rPr>
                    <w:color w:val="555555"/>
                  </w:rPr>
                  <w:t>[Enter date]</w:t>
                </w:r>
              </w:sdtContent>
            </w:sdt>
          </w:p>
        </w:tc>
        <w:tc>
          <w:tcPr>
            <w:tcW w:w="4896" w:type="dxa"/>
          </w:tcPr>
          <w:p w14:paraId="62259CF7" w14:textId="77777777" w:rsidR="005F7ABC" w:rsidRDefault="00126465">
            <w:sdt>
              <w:sdtPr>
                <w:alias w:val="Trained member 2 training mode"/>
                <w:tag w:val="obj2a_2_mode"/>
                <w:id w:val="1035"/>
                <w:placeholder>
                  <w:docPart w:val="7E2FA2D1876F419D82390F1DAFC0C948"/>
                </w:placeholder>
                <w:showingPlcHdr/>
                <w:text/>
              </w:sdtPr>
              <w:sdtEndPr/>
              <w:sdtContent>
                <w:r w:rsidR="003C65DF">
                  <w:rPr>
                    <w:color w:val="555555"/>
                  </w:rPr>
                  <w:t>[Enter mode]</w:t>
                </w:r>
              </w:sdtContent>
            </w:sdt>
          </w:p>
        </w:tc>
        <w:tc>
          <w:tcPr>
            <w:tcW w:w="1728" w:type="dxa"/>
          </w:tcPr>
          <w:p w14:paraId="5803A67E" w14:textId="77777777" w:rsidR="005F7ABC" w:rsidRDefault="00126465">
            <w:sdt>
              <w:sdtPr>
                <w:alias w:val="Trained member 2 hours"/>
                <w:tag w:val="obj2a_2_hours"/>
                <w:id w:val="1036"/>
                <w:placeholder>
                  <w:docPart w:val="45AB33195B2D412AB33185E3143788A4"/>
                </w:placeholder>
                <w:showingPlcHdr/>
                <w:text/>
              </w:sdtPr>
              <w:sdtEndPr/>
              <w:sdtContent>
                <w:r w:rsidR="003C65DF">
                  <w:rPr>
                    <w:color w:val="555555"/>
                  </w:rPr>
                  <w:t>[Enter hours]</w:t>
                </w:r>
              </w:sdtContent>
            </w:sdt>
          </w:p>
        </w:tc>
      </w:tr>
      <w:tr w:rsidR="005F7ABC" w14:paraId="0A15D321" w14:textId="77777777">
        <w:trPr>
          <w:cantSplit/>
          <w:jc w:val="center"/>
        </w:trPr>
        <w:tc>
          <w:tcPr>
            <w:tcW w:w="2880" w:type="dxa"/>
          </w:tcPr>
          <w:p w14:paraId="5146044D" w14:textId="77777777" w:rsidR="005F7ABC" w:rsidRDefault="00126465">
            <w:sdt>
              <w:sdtPr>
                <w:alias w:val="Trained member 3 name"/>
                <w:tag w:val="obj2a_3_name"/>
                <w:id w:val="1037"/>
                <w:placeholder>
                  <w:docPart w:val="859AFFB32DE64C24A096F883EBDB17E8"/>
                </w:placeholder>
                <w:showingPlcHdr/>
                <w:text/>
              </w:sdtPr>
              <w:sdtEndPr/>
              <w:sdtContent>
                <w:r w:rsidR="003C65DF">
                  <w:rPr>
                    <w:color w:val="555555"/>
                  </w:rPr>
                  <w:t>[Enter name]</w:t>
                </w:r>
              </w:sdtContent>
            </w:sdt>
          </w:p>
        </w:tc>
        <w:tc>
          <w:tcPr>
            <w:tcW w:w="1872" w:type="dxa"/>
          </w:tcPr>
          <w:p w14:paraId="061FE9B9" w14:textId="77777777" w:rsidR="005F7ABC" w:rsidRDefault="00126465">
            <w:sdt>
              <w:sdtPr>
                <w:alias w:val="Trained member 3 date"/>
                <w:tag w:val="obj2a_3_date"/>
                <w:id w:val="1038"/>
                <w:placeholder>
                  <w:docPart w:val="DC30356D4F5E4A0D949D6D5DE5778EFA"/>
                </w:placeholder>
                <w:showingPlcHdr/>
                <w:text/>
              </w:sdtPr>
              <w:sdtEndPr/>
              <w:sdtContent>
                <w:r w:rsidR="003C65DF">
                  <w:rPr>
                    <w:color w:val="555555"/>
                  </w:rPr>
                  <w:t>[Enter date]</w:t>
                </w:r>
              </w:sdtContent>
            </w:sdt>
          </w:p>
        </w:tc>
        <w:tc>
          <w:tcPr>
            <w:tcW w:w="4896" w:type="dxa"/>
          </w:tcPr>
          <w:p w14:paraId="11561954" w14:textId="77777777" w:rsidR="005F7ABC" w:rsidRDefault="00126465">
            <w:sdt>
              <w:sdtPr>
                <w:alias w:val="Trained member 3 training mode"/>
                <w:tag w:val="obj2a_3_mode"/>
                <w:id w:val="1039"/>
                <w:placeholder>
                  <w:docPart w:val="D464AE6316EB41CA8D3A45755D096D06"/>
                </w:placeholder>
                <w:showingPlcHdr/>
                <w:text/>
              </w:sdtPr>
              <w:sdtEndPr/>
              <w:sdtContent>
                <w:r w:rsidR="003C65DF">
                  <w:rPr>
                    <w:color w:val="555555"/>
                  </w:rPr>
                  <w:t>[Enter mode]</w:t>
                </w:r>
              </w:sdtContent>
            </w:sdt>
          </w:p>
        </w:tc>
        <w:tc>
          <w:tcPr>
            <w:tcW w:w="1728" w:type="dxa"/>
          </w:tcPr>
          <w:p w14:paraId="2F166B0E" w14:textId="77777777" w:rsidR="005F7ABC" w:rsidRDefault="00126465">
            <w:sdt>
              <w:sdtPr>
                <w:alias w:val="Trained member 3 hours"/>
                <w:tag w:val="obj2a_3_hours"/>
                <w:id w:val="1040"/>
                <w:placeholder>
                  <w:docPart w:val="94AA5C41AC5E46B38ECB68BD497F8A18"/>
                </w:placeholder>
                <w:showingPlcHdr/>
                <w:text/>
              </w:sdtPr>
              <w:sdtEndPr/>
              <w:sdtContent>
                <w:r w:rsidR="003C65DF">
                  <w:rPr>
                    <w:color w:val="555555"/>
                  </w:rPr>
                  <w:t>[Enter hours]</w:t>
                </w:r>
              </w:sdtContent>
            </w:sdt>
          </w:p>
        </w:tc>
      </w:tr>
      <w:tr w:rsidR="005F7ABC" w14:paraId="1FA5D25C" w14:textId="77777777">
        <w:trPr>
          <w:cantSplit/>
          <w:jc w:val="center"/>
        </w:trPr>
        <w:tc>
          <w:tcPr>
            <w:tcW w:w="2880" w:type="dxa"/>
          </w:tcPr>
          <w:p w14:paraId="025140B4" w14:textId="77777777" w:rsidR="005F7ABC" w:rsidRDefault="00126465">
            <w:sdt>
              <w:sdtPr>
                <w:alias w:val="Trained member 4 name"/>
                <w:tag w:val="obj2a_4_name"/>
                <w:id w:val="1041"/>
                <w:placeholder>
                  <w:docPart w:val="F954C4E28CEA405F993E0BD1FF7BD3BA"/>
                </w:placeholder>
                <w:showingPlcHdr/>
                <w:text/>
              </w:sdtPr>
              <w:sdtEndPr/>
              <w:sdtContent>
                <w:r w:rsidR="003C65DF">
                  <w:rPr>
                    <w:color w:val="555555"/>
                  </w:rPr>
                  <w:t>[Enter name]</w:t>
                </w:r>
              </w:sdtContent>
            </w:sdt>
          </w:p>
        </w:tc>
        <w:tc>
          <w:tcPr>
            <w:tcW w:w="1872" w:type="dxa"/>
          </w:tcPr>
          <w:p w14:paraId="022BF736" w14:textId="77777777" w:rsidR="005F7ABC" w:rsidRDefault="00126465">
            <w:sdt>
              <w:sdtPr>
                <w:alias w:val="Trained member 4 date"/>
                <w:tag w:val="obj2a_4_date"/>
                <w:id w:val="1042"/>
                <w:placeholder>
                  <w:docPart w:val="F611156EBB9E470E8BEDC26C51CADB4F"/>
                </w:placeholder>
                <w:showingPlcHdr/>
                <w:text/>
              </w:sdtPr>
              <w:sdtEndPr/>
              <w:sdtContent>
                <w:r w:rsidR="003C65DF">
                  <w:rPr>
                    <w:color w:val="555555"/>
                  </w:rPr>
                  <w:t>[Enter date]</w:t>
                </w:r>
              </w:sdtContent>
            </w:sdt>
          </w:p>
        </w:tc>
        <w:tc>
          <w:tcPr>
            <w:tcW w:w="4896" w:type="dxa"/>
          </w:tcPr>
          <w:p w14:paraId="6BB78079" w14:textId="77777777" w:rsidR="005F7ABC" w:rsidRDefault="00126465">
            <w:sdt>
              <w:sdtPr>
                <w:alias w:val="Trained member 4 training mode"/>
                <w:tag w:val="obj2a_4_mode"/>
                <w:id w:val="1043"/>
                <w:placeholder>
                  <w:docPart w:val="86EE29ACAECE426AA1A62F25FFF3FEE1"/>
                </w:placeholder>
                <w:showingPlcHdr/>
                <w:text/>
              </w:sdtPr>
              <w:sdtEndPr/>
              <w:sdtContent>
                <w:r w:rsidR="003C65DF">
                  <w:rPr>
                    <w:color w:val="555555"/>
                  </w:rPr>
                  <w:t>[Enter mode]</w:t>
                </w:r>
              </w:sdtContent>
            </w:sdt>
          </w:p>
        </w:tc>
        <w:tc>
          <w:tcPr>
            <w:tcW w:w="1728" w:type="dxa"/>
          </w:tcPr>
          <w:p w14:paraId="79C89916" w14:textId="77777777" w:rsidR="005F7ABC" w:rsidRDefault="00126465">
            <w:sdt>
              <w:sdtPr>
                <w:alias w:val="Trained member 4 hours"/>
                <w:tag w:val="obj2a_4_hours"/>
                <w:id w:val="1044"/>
                <w:placeholder>
                  <w:docPart w:val="2C72F6A481A344859EF27F1BC4E1B277"/>
                </w:placeholder>
                <w:showingPlcHdr/>
                <w:text/>
              </w:sdtPr>
              <w:sdtEndPr/>
              <w:sdtContent>
                <w:r w:rsidR="003C65DF">
                  <w:rPr>
                    <w:color w:val="555555"/>
                  </w:rPr>
                  <w:t>[Enter hours]</w:t>
                </w:r>
              </w:sdtContent>
            </w:sdt>
          </w:p>
        </w:tc>
      </w:tr>
      <w:tr w:rsidR="005F7ABC" w14:paraId="44D34030" w14:textId="77777777">
        <w:trPr>
          <w:cantSplit/>
          <w:jc w:val="center"/>
        </w:trPr>
        <w:tc>
          <w:tcPr>
            <w:tcW w:w="2880" w:type="dxa"/>
          </w:tcPr>
          <w:p w14:paraId="3783E685" w14:textId="77777777" w:rsidR="005F7ABC" w:rsidRDefault="00126465">
            <w:sdt>
              <w:sdtPr>
                <w:alias w:val="Trained member 5 name"/>
                <w:tag w:val="obj2a_5_name"/>
                <w:id w:val="1045"/>
                <w:placeholder>
                  <w:docPart w:val="FE8285BF1769475E9DE346392FFEEAC2"/>
                </w:placeholder>
                <w:showingPlcHdr/>
                <w:text/>
              </w:sdtPr>
              <w:sdtEndPr/>
              <w:sdtContent>
                <w:r w:rsidR="003C65DF">
                  <w:rPr>
                    <w:color w:val="555555"/>
                  </w:rPr>
                  <w:t>[Enter name]</w:t>
                </w:r>
              </w:sdtContent>
            </w:sdt>
          </w:p>
        </w:tc>
        <w:tc>
          <w:tcPr>
            <w:tcW w:w="1872" w:type="dxa"/>
          </w:tcPr>
          <w:p w14:paraId="5A2F40A6" w14:textId="77777777" w:rsidR="005F7ABC" w:rsidRDefault="00126465">
            <w:sdt>
              <w:sdtPr>
                <w:alias w:val="Trained member 5 date"/>
                <w:tag w:val="obj2a_5_date"/>
                <w:id w:val="1046"/>
                <w:placeholder>
                  <w:docPart w:val="84A6D65BA0214D76AE281CB2AA9D72F2"/>
                </w:placeholder>
                <w:showingPlcHdr/>
                <w:text/>
              </w:sdtPr>
              <w:sdtEndPr/>
              <w:sdtContent>
                <w:r w:rsidR="003C65DF">
                  <w:rPr>
                    <w:color w:val="555555"/>
                  </w:rPr>
                  <w:t>[Enter date]</w:t>
                </w:r>
              </w:sdtContent>
            </w:sdt>
          </w:p>
        </w:tc>
        <w:tc>
          <w:tcPr>
            <w:tcW w:w="4896" w:type="dxa"/>
          </w:tcPr>
          <w:p w14:paraId="61D01351" w14:textId="77777777" w:rsidR="005F7ABC" w:rsidRDefault="00126465">
            <w:sdt>
              <w:sdtPr>
                <w:alias w:val="Trained member 5 training mode"/>
                <w:tag w:val="obj2a_5_mode"/>
                <w:id w:val="1047"/>
                <w:placeholder>
                  <w:docPart w:val="19F9AEC059A743838F148072A38CD519"/>
                </w:placeholder>
                <w:showingPlcHdr/>
                <w:text/>
              </w:sdtPr>
              <w:sdtEndPr/>
              <w:sdtContent>
                <w:r w:rsidR="003C65DF">
                  <w:rPr>
                    <w:color w:val="555555"/>
                  </w:rPr>
                  <w:t>[Enter mode]</w:t>
                </w:r>
              </w:sdtContent>
            </w:sdt>
          </w:p>
        </w:tc>
        <w:tc>
          <w:tcPr>
            <w:tcW w:w="1728" w:type="dxa"/>
          </w:tcPr>
          <w:p w14:paraId="068203AA" w14:textId="77777777" w:rsidR="005F7ABC" w:rsidRDefault="00126465">
            <w:sdt>
              <w:sdtPr>
                <w:alias w:val="Trained member 5 hours"/>
                <w:tag w:val="obj2a_5_hours"/>
                <w:id w:val="1048"/>
                <w:placeholder>
                  <w:docPart w:val="281A93A765104DDD8ACB0103C3104026"/>
                </w:placeholder>
                <w:showingPlcHdr/>
                <w:text/>
              </w:sdtPr>
              <w:sdtEndPr/>
              <w:sdtContent>
                <w:r w:rsidR="003C65DF">
                  <w:rPr>
                    <w:color w:val="555555"/>
                  </w:rPr>
                  <w:t>[Enter hours]</w:t>
                </w:r>
              </w:sdtContent>
            </w:sdt>
          </w:p>
        </w:tc>
      </w:tr>
      <w:tr w:rsidR="005F7ABC" w14:paraId="008A7D80" w14:textId="77777777">
        <w:trPr>
          <w:cantSplit/>
          <w:jc w:val="center"/>
        </w:trPr>
        <w:tc>
          <w:tcPr>
            <w:tcW w:w="2880" w:type="dxa"/>
          </w:tcPr>
          <w:p w14:paraId="77524A73" w14:textId="77777777" w:rsidR="005F7ABC" w:rsidRDefault="00126465">
            <w:sdt>
              <w:sdtPr>
                <w:alias w:val="Trained member 6 name"/>
                <w:tag w:val="obj2a_6_name"/>
                <w:id w:val="1049"/>
                <w:placeholder>
                  <w:docPart w:val="942137F795F14E61859990729E9B6D07"/>
                </w:placeholder>
                <w:showingPlcHdr/>
                <w:text/>
              </w:sdtPr>
              <w:sdtEndPr/>
              <w:sdtContent>
                <w:r w:rsidR="003C65DF">
                  <w:rPr>
                    <w:color w:val="555555"/>
                  </w:rPr>
                  <w:t>[Enter name]</w:t>
                </w:r>
              </w:sdtContent>
            </w:sdt>
          </w:p>
        </w:tc>
        <w:tc>
          <w:tcPr>
            <w:tcW w:w="1872" w:type="dxa"/>
          </w:tcPr>
          <w:p w14:paraId="2AFF15E4" w14:textId="77777777" w:rsidR="005F7ABC" w:rsidRDefault="00126465">
            <w:sdt>
              <w:sdtPr>
                <w:alias w:val="Trained member 6 date"/>
                <w:tag w:val="obj2a_6_date"/>
                <w:id w:val="1050"/>
                <w:placeholder>
                  <w:docPart w:val="BB9A7929981A4CA99ED5AF8CB15514E5"/>
                </w:placeholder>
                <w:showingPlcHdr/>
                <w:text/>
              </w:sdtPr>
              <w:sdtEndPr/>
              <w:sdtContent>
                <w:r w:rsidR="003C65DF">
                  <w:rPr>
                    <w:color w:val="555555"/>
                  </w:rPr>
                  <w:t>[Enter date]</w:t>
                </w:r>
              </w:sdtContent>
            </w:sdt>
          </w:p>
        </w:tc>
        <w:tc>
          <w:tcPr>
            <w:tcW w:w="4896" w:type="dxa"/>
          </w:tcPr>
          <w:p w14:paraId="16F785E6" w14:textId="77777777" w:rsidR="005F7ABC" w:rsidRDefault="00126465">
            <w:sdt>
              <w:sdtPr>
                <w:alias w:val="Trained member 6 training mode"/>
                <w:tag w:val="obj2a_6_mode"/>
                <w:id w:val="1051"/>
                <w:placeholder>
                  <w:docPart w:val="4599A650B28C471185A99EED0F3F0465"/>
                </w:placeholder>
                <w:showingPlcHdr/>
                <w:text/>
              </w:sdtPr>
              <w:sdtEndPr/>
              <w:sdtContent>
                <w:r w:rsidR="003C65DF">
                  <w:rPr>
                    <w:color w:val="555555"/>
                  </w:rPr>
                  <w:t>[Enter mode]</w:t>
                </w:r>
              </w:sdtContent>
            </w:sdt>
          </w:p>
        </w:tc>
        <w:tc>
          <w:tcPr>
            <w:tcW w:w="1728" w:type="dxa"/>
          </w:tcPr>
          <w:p w14:paraId="30D899A1" w14:textId="77777777" w:rsidR="005F7ABC" w:rsidRDefault="00126465">
            <w:sdt>
              <w:sdtPr>
                <w:alias w:val="Trained member 6 hours"/>
                <w:tag w:val="obj2a_6_hours"/>
                <w:id w:val="1052"/>
                <w:placeholder>
                  <w:docPart w:val="E3EB88669FA643769E4794DCD32FF290"/>
                </w:placeholder>
                <w:showingPlcHdr/>
                <w:text/>
              </w:sdtPr>
              <w:sdtEndPr/>
              <w:sdtContent>
                <w:r w:rsidR="003C65DF">
                  <w:rPr>
                    <w:color w:val="555555"/>
                  </w:rPr>
                  <w:t>[Enter hours]</w:t>
                </w:r>
              </w:sdtContent>
            </w:sdt>
          </w:p>
        </w:tc>
      </w:tr>
      <w:tr w:rsidR="005F7ABC" w14:paraId="76FF6B4E" w14:textId="77777777">
        <w:trPr>
          <w:cantSplit/>
          <w:jc w:val="center"/>
        </w:trPr>
        <w:tc>
          <w:tcPr>
            <w:tcW w:w="2880" w:type="dxa"/>
          </w:tcPr>
          <w:p w14:paraId="5BFD39F7" w14:textId="77777777" w:rsidR="005F7ABC" w:rsidRDefault="00126465">
            <w:sdt>
              <w:sdtPr>
                <w:alias w:val="Trained member 7 name"/>
                <w:tag w:val="obj2a_7_name"/>
                <w:id w:val="1053"/>
                <w:placeholder>
                  <w:docPart w:val="37805827C4BE4FDDB79869FD5C602D79"/>
                </w:placeholder>
                <w:showingPlcHdr/>
                <w:text/>
              </w:sdtPr>
              <w:sdtEndPr/>
              <w:sdtContent>
                <w:r w:rsidR="003C65DF">
                  <w:rPr>
                    <w:color w:val="555555"/>
                  </w:rPr>
                  <w:t>[Enter name]</w:t>
                </w:r>
              </w:sdtContent>
            </w:sdt>
          </w:p>
        </w:tc>
        <w:tc>
          <w:tcPr>
            <w:tcW w:w="1872" w:type="dxa"/>
          </w:tcPr>
          <w:p w14:paraId="1CA5A7DA" w14:textId="77777777" w:rsidR="005F7ABC" w:rsidRDefault="00126465">
            <w:sdt>
              <w:sdtPr>
                <w:alias w:val="Trained member 7 date"/>
                <w:tag w:val="obj2a_7_date"/>
                <w:id w:val="1054"/>
                <w:placeholder>
                  <w:docPart w:val="75971F83776E44AFBC6DB8D61BDF3253"/>
                </w:placeholder>
                <w:showingPlcHdr/>
                <w:text/>
              </w:sdtPr>
              <w:sdtEndPr/>
              <w:sdtContent>
                <w:r w:rsidR="003C65DF">
                  <w:rPr>
                    <w:color w:val="555555"/>
                  </w:rPr>
                  <w:t>[Enter date]</w:t>
                </w:r>
              </w:sdtContent>
            </w:sdt>
          </w:p>
        </w:tc>
        <w:tc>
          <w:tcPr>
            <w:tcW w:w="4896" w:type="dxa"/>
          </w:tcPr>
          <w:p w14:paraId="1A252373" w14:textId="77777777" w:rsidR="005F7ABC" w:rsidRDefault="00126465">
            <w:sdt>
              <w:sdtPr>
                <w:alias w:val="Trained member 7 training mode"/>
                <w:tag w:val="obj2a_7_mode"/>
                <w:id w:val="1055"/>
                <w:placeholder>
                  <w:docPart w:val="C08C7412F7CA4278BBA4DB0E4915B8E9"/>
                </w:placeholder>
                <w:showingPlcHdr/>
                <w:text/>
              </w:sdtPr>
              <w:sdtEndPr/>
              <w:sdtContent>
                <w:r w:rsidR="003C65DF">
                  <w:rPr>
                    <w:color w:val="555555"/>
                  </w:rPr>
                  <w:t>[Enter mode]</w:t>
                </w:r>
              </w:sdtContent>
            </w:sdt>
          </w:p>
        </w:tc>
        <w:tc>
          <w:tcPr>
            <w:tcW w:w="1728" w:type="dxa"/>
          </w:tcPr>
          <w:p w14:paraId="1DCDB0AC" w14:textId="77777777" w:rsidR="005F7ABC" w:rsidRDefault="00126465">
            <w:sdt>
              <w:sdtPr>
                <w:alias w:val="Trained member 7 hours"/>
                <w:tag w:val="obj2a_7_hours"/>
                <w:id w:val="1056"/>
                <w:placeholder>
                  <w:docPart w:val="C6A9C1AE387D4C4786DE147B8478B71D"/>
                </w:placeholder>
                <w:showingPlcHdr/>
                <w:text/>
              </w:sdtPr>
              <w:sdtEndPr/>
              <w:sdtContent>
                <w:r w:rsidR="003C65DF">
                  <w:rPr>
                    <w:color w:val="555555"/>
                  </w:rPr>
                  <w:t>[Enter hours]</w:t>
                </w:r>
              </w:sdtContent>
            </w:sdt>
          </w:p>
        </w:tc>
      </w:tr>
      <w:tr w:rsidR="005F7ABC" w14:paraId="2C0C29CE" w14:textId="77777777">
        <w:trPr>
          <w:cantSplit/>
          <w:jc w:val="center"/>
        </w:trPr>
        <w:tc>
          <w:tcPr>
            <w:tcW w:w="2880" w:type="dxa"/>
          </w:tcPr>
          <w:p w14:paraId="3FC491B6" w14:textId="77777777" w:rsidR="005F7ABC" w:rsidRDefault="00126465">
            <w:sdt>
              <w:sdtPr>
                <w:alias w:val="Trained member 8 name"/>
                <w:tag w:val="obj2a_8_name"/>
                <w:id w:val="1057"/>
                <w:placeholder>
                  <w:docPart w:val="BA73E8529DD742EBA29DEB014F82E7EF"/>
                </w:placeholder>
                <w:showingPlcHdr/>
                <w:text/>
              </w:sdtPr>
              <w:sdtEndPr/>
              <w:sdtContent>
                <w:r w:rsidR="003C65DF">
                  <w:rPr>
                    <w:color w:val="555555"/>
                  </w:rPr>
                  <w:t>[Enter name]</w:t>
                </w:r>
              </w:sdtContent>
            </w:sdt>
          </w:p>
        </w:tc>
        <w:tc>
          <w:tcPr>
            <w:tcW w:w="1872" w:type="dxa"/>
          </w:tcPr>
          <w:p w14:paraId="7316CF0D" w14:textId="77777777" w:rsidR="005F7ABC" w:rsidRDefault="00126465">
            <w:sdt>
              <w:sdtPr>
                <w:alias w:val="Trained member 8 date"/>
                <w:tag w:val="obj2a_8_date"/>
                <w:id w:val="1058"/>
                <w:placeholder>
                  <w:docPart w:val="661F1A11495B4D1485E02C60B624B7B2"/>
                </w:placeholder>
                <w:showingPlcHdr/>
                <w:text/>
              </w:sdtPr>
              <w:sdtEndPr/>
              <w:sdtContent>
                <w:r w:rsidR="003C65DF">
                  <w:rPr>
                    <w:color w:val="555555"/>
                  </w:rPr>
                  <w:t>[Enter date]</w:t>
                </w:r>
              </w:sdtContent>
            </w:sdt>
          </w:p>
        </w:tc>
        <w:tc>
          <w:tcPr>
            <w:tcW w:w="4896" w:type="dxa"/>
          </w:tcPr>
          <w:p w14:paraId="4D12210E" w14:textId="77777777" w:rsidR="005F7ABC" w:rsidRDefault="00126465">
            <w:sdt>
              <w:sdtPr>
                <w:alias w:val="Trained member 8 training mode"/>
                <w:tag w:val="obj2a_8_mode"/>
                <w:id w:val="1059"/>
                <w:placeholder>
                  <w:docPart w:val="3E7CB2428B4C45DA80646C2D8AD2847E"/>
                </w:placeholder>
                <w:showingPlcHdr/>
                <w:text/>
              </w:sdtPr>
              <w:sdtEndPr/>
              <w:sdtContent>
                <w:r w:rsidR="003C65DF">
                  <w:rPr>
                    <w:color w:val="555555"/>
                  </w:rPr>
                  <w:t>[Enter mode]</w:t>
                </w:r>
              </w:sdtContent>
            </w:sdt>
          </w:p>
        </w:tc>
        <w:tc>
          <w:tcPr>
            <w:tcW w:w="1728" w:type="dxa"/>
          </w:tcPr>
          <w:p w14:paraId="4B8AEF53" w14:textId="77777777" w:rsidR="005F7ABC" w:rsidRDefault="00126465">
            <w:sdt>
              <w:sdtPr>
                <w:alias w:val="Trained member 8 hours"/>
                <w:tag w:val="obj2a_8_hours"/>
                <w:id w:val="1060"/>
                <w:placeholder>
                  <w:docPart w:val="1873C6987FCB4BA4B66C5D182A214394"/>
                </w:placeholder>
                <w:showingPlcHdr/>
                <w:text/>
              </w:sdtPr>
              <w:sdtEndPr/>
              <w:sdtContent>
                <w:r w:rsidR="003C65DF">
                  <w:rPr>
                    <w:color w:val="555555"/>
                  </w:rPr>
                  <w:t>[Enter hours]</w:t>
                </w:r>
              </w:sdtContent>
            </w:sdt>
          </w:p>
        </w:tc>
      </w:tr>
      <w:tr w:rsidR="005F7ABC" w14:paraId="18D00528" w14:textId="77777777">
        <w:trPr>
          <w:cantSplit/>
          <w:jc w:val="center"/>
        </w:trPr>
        <w:tc>
          <w:tcPr>
            <w:tcW w:w="2880" w:type="dxa"/>
          </w:tcPr>
          <w:p w14:paraId="69AC97D4" w14:textId="77777777" w:rsidR="005F7ABC" w:rsidRDefault="00126465">
            <w:sdt>
              <w:sdtPr>
                <w:alias w:val="Trained member 9 name"/>
                <w:tag w:val="obj2a_9_name"/>
                <w:id w:val="1061"/>
                <w:placeholder>
                  <w:docPart w:val="004EB7D50C4F4F779DCDFBAD8691AD61"/>
                </w:placeholder>
                <w:showingPlcHdr/>
                <w:text/>
              </w:sdtPr>
              <w:sdtEndPr/>
              <w:sdtContent>
                <w:r w:rsidR="003C65DF">
                  <w:rPr>
                    <w:color w:val="555555"/>
                  </w:rPr>
                  <w:t>[Enter name]</w:t>
                </w:r>
              </w:sdtContent>
            </w:sdt>
          </w:p>
        </w:tc>
        <w:tc>
          <w:tcPr>
            <w:tcW w:w="1872" w:type="dxa"/>
          </w:tcPr>
          <w:p w14:paraId="1D49919C" w14:textId="77777777" w:rsidR="005F7ABC" w:rsidRDefault="00126465">
            <w:sdt>
              <w:sdtPr>
                <w:alias w:val="Trained member 9 date"/>
                <w:tag w:val="obj2a_9_date"/>
                <w:id w:val="1062"/>
                <w:placeholder>
                  <w:docPart w:val="6E780D6EBEC049E8A6F235AF2FE1D6A1"/>
                </w:placeholder>
                <w:showingPlcHdr/>
                <w:text/>
              </w:sdtPr>
              <w:sdtEndPr/>
              <w:sdtContent>
                <w:r w:rsidR="003C65DF">
                  <w:rPr>
                    <w:color w:val="555555"/>
                  </w:rPr>
                  <w:t>[Enter date]</w:t>
                </w:r>
              </w:sdtContent>
            </w:sdt>
          </w:p>
        </w:tc>
        <w:tc>
          <w:tcPr>
            <w:tcW w:w="4896" w:type="dxa"/>
          </w:tcPr>
          <w:p w14:paraId="2A63CF3C" w14:textId="77777777" w:rsidR="005F7ABC" w:rsidRDefault="00126465">
            <w:sdt>
              <w:sdtPr>
                <w:alias w:val="Trained member 9 training mode"/>
                <w:tag w:val="obj2a_9_mode"/>
                <w:id w:val="1063"/>
                <w:placeholder>
                  <w:docPart w:val="F01357EA07A24C879C2ACC0F5476B8DB"/>
                </w:placeholder>
                <w:showingPlcHdr/>
                <w:text/>
              </w:sdtPr>
              <w:sdtEndPr/>
              <w:sdtContent>
                <w:r w:rsidR="003C65DF">
                  <w:rPr>
                    <w:color w:val="555555"/>
                  </w:rPr>
                  <w:t>[Enter mode]</w:t>
                </w:r>
              </w:sdtContent>
            </w:sdt>
          </w:p>
        </w:tc>
        <w:tc>
          <w:tcPr>
            <w:tcW w:w="1728" w:type="dxa"/>
          </w:tcPr>
          <w:p w14:paraId="5212082A" w14:textId="77777777" w:rsidR="005F7ABC" w:rsidRDefault="00126465">
            <w:sdt>
              <w:sdtPr>
                <w:alias w:val="Trained member 9 hours"/>
                <w:tag w:val="obj2a_9_hours"/>
                <w:id w:val="1064"/>
                <w:placeholder>
                  <w:docPart w:val="8C14250D048B4DBABED658C1D716A320"/>
                </w:placeholder>
                <w:showingPlcHdr/>
                <w:text/>
              </w:sdtPr>
              <w:sdtEndPr/>
              <w:sdtContent>
                <w:r w:rsidR="003C65DF">
                  <w:rPr>
                    <w:color w:val="555555"/>
                  </w:rPr>
                  <w:t>[Enter hours]</w:t>
                </w:r>
              </w:sdtContent>
            </w:sdt>
          </w:p>
        </w:tc>
      </w:tr>
      <w:tr w:rsidR="005F7ABC" w14:paraId="5383271B" w14:textId="77777777">
        <w:trPr>
          <w:cantSplit/>
          <w:jc w:val="center"/>
        </w:trPr>
        <w:tc>
          <w:tcPr>
            <w:tcW w:w="2880" w:type="dxa"/>
          </w:tcPr>
          <w:p w14:paraId="7F629775" w14:textId="77777777" w:rsidR="005F7ABC" w:rsidRDefault="00126465">
            <w:sdt>
              <w:sdtPr>
                <w:alias w:val="Trained member 10 name"/>
                <w:tag w:val="obj2a_10_name"/>
                <w:id w:val="1065"/>
                <w:placeholder>
                  <w:docPart w:val="6D00FC5E20B84D5E9ACF64C67686A81E"/>
                </w:placeholder>
                <w:showingPlcHdr/>
                <w:text/>
              </w:sdtPr>
              <w:sdtEndPr/>
              <w:sdtContent>
                <w:r w:rsidR="003C65DF">
                  <w:rPr>
                    <w:color w:val="555555"/>
                  </w:rPr>
                  <w:t>[Enter name]</w:t>
                </w:r>
              </w:sdtContent>
            </w:sdt>
          </w:p>
        </w:tc>
        <w:tc>
          <w:tcPr>
            <w:tcW w:w="1872" w:type="dxa"/>
          </w:tcPr>
          <w:p w14:paraId="04597219" w14:textId="77777777" w:rsidR="005F7ABC" w:rsidRDefault="00126465">
            <w:sdt>
              <w:sdtPr>
                <w:alias w:val="Trained member 10 date"/>
                <w:tag w:val="obj2a_10_date"/>
                <w:id w:val="1066"/>
                <w:placeholder>
                  <w:docPart w:val="577712DBF7224FC696E35806152AE689"/>
                </w:placeholder>
                <w:showingPlcHdr/>
                <w:text/>
              </w:sdtPr>
              <w:sdtEndPr/>
              <w:sdtContent>
                <w:r w:rsidR="003C65DF">
                  <w:rPr>
                    <w:color w:val="555555"/>
                  </w:rPr>
                  <w:t>[Enter date]</w:t>
                </w:r>
              </w:sdtContent>
            </w:sdt>
          </w:p>
        </w:tc>
        <w:tc>
          <w:tcPr>
            <w:tcW w:w="4896" w:type="dxa"/>
          </w:tcPr>
          <w:p w14:paraId="767ACFAB" w14:textId="77777777" w:rsidR="005F7ABC" w:rsidRDefault="00126465">
            <w:sdt>
              <w:sdtPr>
                <w:alias w:val="Trained member 10 training mode"/>
                <w:tag w:val="obj2a_10_mode"/>
                <w:id w:val="1067"/>
                <w:placeholder>
                  <w:docPart w:val="7332DD1FEFAA43E49DC35894345F25AE"/>
                </w:placeholder>
                <w:showingPlcHdr/>
                <w:text/>
              </w:sdtPr>
              <w:sdtEndPr/>
              <w:sdtContent>
                <w:r w:rsidR="003C65DF">
                  <w:rPr>
                    <w:color w:val="555555"/>
                  </w:rPr>
                  <w:t>[Enter mode]</w:t>
                </w:r>
              </w:sdtContent>
            </w:sdt>
          </w:p>
        </w:tc>
        <w:tc>
          <w:tcPr>
            <w:tcW w:w="1728" w:type="dxa"/>
          </w:tcPr>
          <w:p w14:paraId="607DC1DD" w14:textId="77777777" w:rsidR="005F7ABC" w:rsidRDefault="00126465">
            <w:sdt>
              <w:sdtPr>
                <w:alias w:val="Trained member 10 hours"/>
                <w:tag w:val="obj2a_10_hours"/>
                <w:id w:val="1068"/>
                <w:placeholder>
                  <w:docPart w:val="0EEE4785527943F59FE7DC26E0AF6175"/>
                </w:placeholder>
                <w:showingPlcHdr/>
                <w:text/>
              </w:sdtPr>
              <w:sdtEndPr/>
              <w:sdtContent>
                <w:r w:rsidR="003C65DF">
                  <w:rPr>
                    <w:color w:val="555555"/>
                  </w:rPr>
                  <w:t>[Enter hours]</w:t>
                </w:r>
              </w:sdtContent>
            </w:sdt>
          </w:p>
        </w:tc>
      </w:tr>
      <w:tr w:rsidR="005F7ABC" w14:paraId="4CD8BD2D" w14:textId="77777777">
        <w:trPr>
          <w:cantSplit/>
          <w:jc w:val="center"/>
        </w:trPr>
        <w:tc>
          <w:tcPr>
            <w:tcW w:w="2880" w:type="dxa"/>
          </w:tcPr>
          <w:p w14:paraId="69801F42" w14:textId="77777777" w:rsidR="005F7ABC" w:rsidRDefault="00126465">
            <w:sdt>
              <w:sdtPr>
                <w:alias w:val="Trained member 11 name"/>
                <w:tag w:val="obj2a_11_name"/>
                <w:id w:val="1069"/>
                <w:placeholder>
                  <w:docPart w:val="87FE0F19C7474583B98EB55EAFE524E9"/>
                </w:placeholder>
                <w:showingPlcHdr/>
                <w:text/>
              </w:sdtPr>
              <w:sdtEndPr/>
              <w:sdtContent>
                <w:r w:rsidR="003C65DF">
                  <w:rPr>
                    <w:color w:val="555555"/>
                  </w:rPr>
                  <w:t>[Enter name]</w:t>
                </w:r>
              </w:sdtContent>
            </w:sdt>
          </w:p>
        </w:tc>
        <w:tc>
          <w:tcPr>
            <w:tcW w:w="1872" w:type="dxa"/>
          </w:tcPr>
          <w:p w14:paraId="733C08C1" w14:textId="77777777" w:rsidR="005F7ABC" w:rsidRDefault="00126465">
            <w:sdt>
              <w:sdtPr>
                <w:alias w:val="Trained member 11 date"/>
                <w:tag w:val="obj2a_11_date"/>
                <w:id w:val="1070"/>
                <w:placeholder>
                  <w:docPart w:val="0CCF7238B5394012BAD5C5C0E22944B0"/>
                </w:placeholder>
                <w:showingPlcHdr/>
                <w:text/>
              </w:sdtPr>
              <w:sdtEndPr/>
              <w:sdtContent>
                <w:r w:rsidR="003C65DF">
                  <w:rPr>
                    <w:color w:val="555555"/>
                  </w:rPr>
                  <w:t>[Enter date]</w:t>
                </w:r>
              </w:sdtContent>
            </w:sdt>
          </w:p>
        </w:tc>
        <w:tc>
          <w:tcPr>
            <w:tcW w:w="4896" w:type="dxa"/>
          </w:tcPr>
          <w:p w14:paraId="6128D5E3" w14:textId="77777777" w:rsidR="005F7ABC" w:rsidRDefault="00126465">
            <w:sdt>
              <w:sdtPr>
                <w:alias w:val="Trained member 11 training mode"/>
                <w:tag w:val="obj2a_11_mode"/>
                <w:id w:val="1071"/>
                <w:placeholder>
                  <w:docPart w:val="68D515E2145E4B819F09BDB7370D65EF"/>
                </w:placeholder>
                <w:showingPlcHdr/>
                <w:text/>
              </w:sdtPr>
              <w:sdtEndPr/>
              <w:sdtContent>
                <w:r w:rsidR="003C65DF">
                  <w:rPr>
                    <w:color w:val="555555"/>
                  </w:rPr>
                  <w:t>[Enter mode]</w:t>
                </w:r>
              </w:sdtContent>
            </w:sdt>
          </w:p>
        </w:tc>
        <w:tc>
          <w:tcPr>
            <w:tcW w:w="1728" w:type="dxa"/>
          </w:tcPr>
          <w:p w14:paraId="76A25661" w14:textId="77777777" w:rsidR="005F7ABC" w:rsidRDefault="00126465">
            <w:sdt>
              <w:sdtPr>
                <w:alias w:val="Trained member 11 hours"/>
                <w:tag w:val="obj2a_11_hours"/>
                <w:id w:val="1072"/>
                <w:placeholder>
                  <w:docPart w:val="1CAEFAED6B8F4E22B186A9CC98182394"/>
                </w:placeholder>
                <w:showingPlcHdr/>
                <w:text/>
              </w:sdtPr>
              <w:sdtEndPr/>
              <w:sdtContent>
                <w:r w:rsidR="003C65DF">
                  <w:rPr>
                    <w:color w:val="555555"/>
                  </w:rPr>
                  <w:t>[Enter hours]</w:t>
                </w:r>
              </w:sdtContent>
            </w:sdt>
          </w:p>
        </w:tc>
      </w:tr>
      <w:tr w:rsidR="005F7ABC" w14:paraId="42D9752C" w14:textId="77777777">
        <w:trPr>
          <w:cantSplit/>
          <w:jc w:val="center"/>
        </w:trPr>
        <w:tc>
          <w:tcPr>
            <w:tcW w:w="2880" w:type="dxa"/>
          </w:tcPr>
          <w:p w14:paraId="31DE3D97" w14:textId="77777777" w:rsidR="005F7ABC" w:rsidRDefault="00126465">
            <w:sdt>
              <w:sdtPr>
                <w:alias w:val="Trained member 12 name"/>
                <w:tag w:val="obj2a_12_name"/>
                <w:id w:val="1073"/>
                <w:placeholder>
                  <w:docPart w:val="364B084B729C415C99090C9FB362E0D3"/>
                </w:placeholder>
                <w:showingPlcHdr/>
                <w:text/>
              </w:sdtPr>
              <w:sdtEndPr/>
              <w:sdtContent>
                <w:r w:rsidR="003C65DF">
                  <w:rPr>
                    <w:color w:val="555555"/>
                  </w:rPr>
                  <w:t>[Enter name]</w:t>
                </w:r>
              </w:sdtContent>
            </w:sdt>
          </w:p>
        </w:tc>
        <w:tc>
          <w:tcPr>
            <w:tcW w:w="1872" w:type="dxa"/>
          </w:tcPr>
          <w:p w14:paraId="35EDA651" w14:textId="77777777" w:rsidR="005F7ABC" w:rsidRDefault="00126465">
            <w:sdt>
              <w:sdtPr>
                <w:alias w:val="Trained member 12 date"/>
                <w:tag w:val="obj2a_12_date"/>
                <w:id w:val="1074"/>
                <w:placeholder>
                  <w:docPart w:val="01A60F4BA9264405B60ED49238C2AF6C"/>
                </w:placeholder>
                <w:showingPlcHdr/>
                <w:text/>
              </w:sdtPr>
              <w:sdtEndPr/>
              <w:sdtContent>
                <w:r w:rsidR="003C65DF">
                  <w:rPr>
                    <w:color w:val="555555"/>
                  </w:rPr>
                  <w:t>[Enter date]</w:t>
                </w:r>
              </w:sdtContent>
            </w:sdt>
          </w:p>
        </w:tc>
        <w:tc>
          <w:tcPr>
            <w:tcW w:w="4896" w:type="dxa"/>
          </w:tcPr>
          <w:p w14:paraId="791250CE" w14:textId="77777777" w:rsidR="005F7ABC" w:rsidRDefault="00126465">
            <w:sdt>
              <w:sdtPr>
                <w:alias w:val="Trained member 12 training mode"/>
                <w:tag w:val="obj2a_12_mode"/>
                <w:id w:val="1075"/>
                <w:placeholder>
                  <w:docPart w:val="6014543BA5C24AD0B48BFCD7ED177669"/>
                </w:placeholder>
                <w:showingPlcHdr/>
                <w:text/>
              </w:sdtPr>
              <w:sdtEndPr/>
              <w:sdtContent>
                <w:r w:rsidR="003C65DF">
                  <w:rPr>
                    <w:color w:val="555555"/>
                  </w:rPr>
                  <w:t>[Enter mode]</w:t>
                </w:r>
              </w:sdtContent>
            </w:sdt>
          </w:p>
        </w:tc>
        <w:tc>
          <w:tcPr>
            <w:tcW w:w="1728" w:type="dxa"/>
          </w:tcPr>
          <w:p w14:paraId="4EB2F7CE" w14:textId="77777777" w:rsidR="005F7ABC" w:rsidRDefault="00126465">
            <w:sdt>
              <w:sdtPr>
                <w:alias w:val="Trained member 12 hours"/>
                <w:tag w:val="obj2a_12_hours"/>
                <w:id w:val="1076"/>
                <w:placeholder>
                  <w:docPart w:val="69248120E92F499B8FC8D9348E4CBCAE"/>
                </w:placeholder>
                <w:showingPlcHdr/>
                <w:text/>
              </w:sdtPr>
              <w:sdtEndPr/>
              <w:sdtContent>
                <w:r w:rsidR="003C65DF">
                  <w:rPr>
                    <w:color w:val="555555"/>
                  </w:rPr>
                  <w:t>[Enter hours]</w:t>
                </w:r>
              </w:sdtContent>
            </w:sdt>
          </w:p>
        </w:tc>
      </w:tr>
      <w:tr w:rsidR="005F7ABC" w14:paraId="2632524C" w14:textId="77777777">
        <w:trPr>
          <w:cantSplit/>
          <w:jc w:val="center"/>
        </w:trPr>
        <w:tc>
          <w:tcPr>
            <w:tcW w:w="2880" w:type="dxa"/>
          </w:tcPr>
          <w:p w14:paraId="2B7102EF" w14:textId="77777777" w:rsidR="005F7ABC" w:rsidRDefault="00126465">
            <w:sdt>
              <w:sdtPr>
                <w:alias w:val="Trained member 13 name"/>
                <w:tag w:val="obj2a_13_name"/>
                <w:id w:val="1077"/>
                <w:placeholder>
                  <w:docPart w:val="7C3B9F67859948D8B573C39A7CA12C8A"/>
                </w:placeholder>
                <w:showingPlcHdr/>
                <w:text/>
              </w:sdtPr>
              <w:sdtEndPr/>
              <w:sdtContent>
                <w:r w:rsidR="003C65DF">
                  <w:rPr>
                    <w:color w:val="555555"/>
                  </w:rPr>
                  <w:t>[Enter name]</w:t>
                </w:r>
              </w:sdtContent>
            </w:sdt>
          </w:p>
        </w:tc>
        <w:tc>
          <w:tcPr>
            <w:tcW w:w="1872" w:type="dxa"/>
          </w:tcPr>
          <w:p w14:paraId="298A5E85" w14:textId="77777777" w:rsidR="005F7ABC" w:rsidRDefault="00126465">
            <w:sdt>
              <w:sdtPr>
                <w:alias w:val="Trained member 13 date"/>
                <w:tag w:val="obj2a_13_date"/>
                <w:id w:val="1078"/>
                <w:placeholder>
                  <w:docPart w:val="8C0407F1A4D9472D81A3339E162AF8B2"/>
                </w:placeholder>
                <w:showingPlcHdr/>
                <w:text/>
              </w:sdtPr>
              <w:sdtEndPr/>
              <w:sdtContent>
                <w:r w:rsidR="003C65DF">
                  <w:rPr>
                    <w:color w:val="555555"/>
                  </w:rPr>
                  <w:t>[Enter date]</w:t>
                </w:r>
              </w:sdtContent>
            </w:sdt>
          </w:p>
        </w:tc>
        <w:tc>
          <w:tcPr>
            <w:tcW w:w="4896" w:type="dxa"/>
          </w:tcPr>
          <w:p w14:paraId="3C58EA09" w14:textId="77777777" w:rsidR="005F7ABC" w:rsidRDefault="00126465">
            <w:sdt>
              <w:sdtPr>
                <w:alias w:val="Trained member 13 training mode"/>
                <w:tag w:val="obj2a_13_mode"/>
                <w:id w:val="1079"/>
                <w:placeholder>
                  <w:docPart w:val="19D1E7D0C653474F861FE4EA82872E19"/>
                </w:placeholder>
                <w:showingPlcHdr/>
                <w:text/>
              </w:sdtPr>
              <w:sdtEndPr/>
              <w:sdtContent>
                <w:r w:rsidR="003C65DF">
                  <w:rPr>
                    <w:color w:val="555555"/>
                  </w:rPr>
                  <w:t>[Enter mode]</w:t>
                </w:r>
              </w:sdtContent>
            </w:sdt>
          </w:p>
        </w:tc>
        <w:tc>
          <w:tcPr>
            <w:tcW w:w="1728" w:type="dxa"/>
          </w:tcPr>
          <w:p w14:paraId="3A172D51" w14:textId="77777777" w:rsidR="005F7ABC" w:rsidRDefault="00126465">
            <w:sdt>
              <w:sdtPr>
                <w:alias w:val="Trained member 13 hours"/>
                <w:tag w:val="obj2a_13_hours"/>
                <w:id w:val="1080"/>
                <w:placeholder>
                  <w:docPart w:val="CF707267027042F187C07B41724B7B7B"/>
                </w:placeholder>
                <w:showingPlcHdr/>
                <w:text/>
              </w:sdtPr>
              <w:sdtEndPr/>
              <w:sdtContent>
                <w:r w:rsidR="003C65DF">
                  <w:rPr>
                    <w:color w:val="555555"/>
                  </w:rPr>
                  <w:t>[Enter hours]</w:t>
                </w:r>
              </w:sdtContent>
            </w:sdt>
          </w:p>
        </w:tc>
      </w:tr>
      <w:tr w:rsidR="005F7ABC" w14:paraId="1A5BE7EB" w14:textId="77777777">
        <w:trPr>
          <w:cantSplit/>
          <w:jc w:val="center"/>
        </w:trPr>
        <w:tc>
          <w:tcPr>
            <w:tcW w:w="2880" w:type="dxa"/>
          </w:tcPr>
          <w:p w14:paraId="738BE73A" w14:textId="77777777" w:rsidR="005F7ABC" w:rsidRDefault="00126465">
            <w:sdt>
              <w:sdtPr>
                <w:alias w:val="Trained member 14 name"/>
                <w:tag w:val="obj2a_14_name"/>
                <w:id w:val="1081"/>
                <w:placeholder>
                  <w:docPart w:val="AC13A91D863C4B42B3B4D46B007C954E"/>
                </w:placeholder>
                <w:showingPlcHdr/>
                <w:text/>
              </w:sdtPr>
              <w:sdtEndPr/>
              <w:sdtContent>
                <w:r w:rsidR="003C65DF">
                  <w:rPr>
                    <w:color w:val="555555"/>
                  </w:rPr>
                  <w:t>[Enter name]</w:t>
                </w:r>
              </w:sdtContent>
            </w:sdt>
          </w:p>
        </w:tc>
        <w:tc>
          <w:tcPr>
            <w:tcW w:w="1872" w:type="dxa"/>
          </w:tcPr>
          <w:p w14:paraId="5932900F" w14:textId="77777777" w:rsidR="005F7ABC" w:rsidRDefault="00126465">
            <w:sdt>
              <w:sdtPr>
                <w:alias w:val="Trained member 14 date"/>
                <w:tag w:val="obj2a_14_date"/>
                <w:id w:val="1082"/>
                <w:placeholder>
                  <w:docPart w:val="02A6506CE81B4044895A77A4A8A7CBE4"/>
                </w:placeholder>
                <w:showingPlcHdr/>
                <w:text/>
              </w:sdtPr>
              <w:sdtEndPr/>
              <w:sdtContent>
                <w:r w:rsidR="003C65DF">
                  <w:rPr>
                    <w:color w:val="555555"/>
                  </w:rPr>
                  <w:t>[Enter date]</w:t>
                </w:r>
              </w:sdtContent>
            </w:sdt>
          </w:p>
        </w:tc>
        <w:tc>
          <w:tcPr>
            <w:tcW w:w="4896" w:type="dxa"/>
          </w:tcPr>
          <w:p w14:paraId="03CD7030" w14:textId="77777777" w:rsidR="005F7ABC" w:rsidRDefault="00126465">
            <w:sdt>
              <w:sdtPr>
                <w:alias w:val="Trained member 14 training mode"/>
                <w:tag w:val="obj2a_14_mode"/>
                <w:id w:val="1083"/>
                <w:placeholder>
                  <w:docPart w:val="7F353F9C23BB4E818959FF0A6A6E9AD9"/>
                </w:placeholder>
                <w:showingPlcHdr/>
                <w:text/>
              </w:sdtPr>
              <w:sdtEndPr/>
              <w:sdtContent>
                <w:r w:rsidR="003C65DF">
                  <w:rPr>
                    <w:color w:val="555555"/>
                  </w:rPr>
                  <w:t>[Enter mode]</w:t>
                </w:r>
              </w:sdtContent>
            </w:sdt>
          </w:p>
        </w:tc>
        <w:tc>
          <w:tcPr>
            <w:tcW w:w="1728" w:type="dxa"/>
          </w:tcPr>
          <w:p w14:paraId="7B5581A7" w14:textId="77777777" w:rsidR="005F7ABC" w:rsidRDefault="00126465">
            <w:sdt>
              <w:sdtPr>
                <w:alias w:val="Trained member 14 hours"/>
                <w:tag w:val="obj2a_14_hours"/>
                <w:id w:val="1084"/>
                <w:placeholder>
                  <w:docPart w:val="24A12B405E72491DAF3473F16167A6D6"/>
                </w:placeholder>
                <w:showingPlcHdr/>
                <w:text/>
              </w:sdtPr>
              <w:sdtEndPr/>
              <w:sdtContent>
                <w:r w:rsidR="003C65DF">
                  <w:rPr>
                    <w:color w:val="555555"/>
                  </w:rPr>
                  <w:t>[Enter hours]</w:t>
                </w:r>
              </w:sdtContent>
            </w:sdt>
          </w:p>
        </w:tc>
      </w:tr>
      <w:tr w:rsidR="005F7ABC" w14:paraId="0C8AAE47" w14:textId="77777777">
        <w:trPr>
          <w:cantSplit/>
          <w:jc w:val="center"/>
        </w:trPr>
        <w:tc>
          <w:tcPr>
            <w:tcW w:w="2880" w:type="dxa"/>
          </w:tcPr>
          <w:p w14:paraId="52DCECC6" w14:textId="77777777" w:rsidR="005F7ABC" w:rsidRDefault="00126465">
            <w:sdt>
              <w:sdtPr>
                <w:alias w:val="Trained member 15 name"/>
                <w:tag w:val="obj2a_15_name"/>
                <w:id w:val="1085"/>
                <w:placeholder>
                  <w:docPart w:val="953C0276FF36498E828CE76D65E2C9C9"/>
                </w:placeholder>
                <w:showingPlcHdr/>
                <w:text/>
              </w:sdtPr>
              <w:sdtEndPr/>
              <w:sdtContent>
                <w:r w:rsidR="003C65DF">
                  <w:rPr>
                    <w:color w:val="555555"/>
                  </w:rPr>
                  <w:t>[Enter name]</w:t>
                </w:r>
              </w:sdtContent>
            </w:sdt>
          </w:p>
        </w:tc>
        <w:tc>
          <w:tcPr>
            <w:tcW w:w="1872" w:type="dxa"/>
          </w:tcPr>
          <w:p w14:paraId="00744FEF" w14:textId="77777777" w:rsidR="005F7ABC" w:rsidRDefault="00126465">
            <w:sdt>
              <w:sdtPr>
                <w:alias w:val="Trained member 15 date"/>
                <w:tag w:val="obj2a_15_date"/>
                <w:id w:val="1086"/>
                <w:placeholder>
                  <w:docPart w:val="A7EE0843F4B5427A956FD7C5F1665F04"/>
                </w:placeholder>
                <w:showingPlcHdr/>
                <w:text/>
              </w:sdtPr>
              <w:sdtEndPr/>
              <w:sdtContent>
                <w:r w:rsidR="003C65DF">
                  <w:rPr>
                    <w:color w:val="555555"/>
                  </w:rPr>
                  <w:t>[Enter date]</w:t>
                </w:r>
              </w:sdtContent>
            </w:sdt>
          </w:p>
        </w:tc>
        <w:tc>
          <w:tcPr>
            <w:tcW w:w="4896" w:type="dxa"/>
          </w:tcPr>
          <w:p w14:paraId="092B3BCD" w14:textId="77777777" w:rsidR="005F7ABC" w:rsidRDefault="00126465">
            <w:sdt>
              <w:sdtPr>
                <w:alias w:val="Trained member 15 training mode"/>
                <w:tag w:val="obj2a_15_mode"/>
                <w:id w:val="1087"/>
                <w:placeholder>
                  <w:docPart w:val="42FCE92F706248F79436911088F55055"/>
                </w:placeholder>
                <w:showingPlcHdr/>
                <w:text/>
              </w:sdtPr>
              <w:sdtEndPr/>
              <w:sdtContent>
                <w:r w:rsidR="003C65DF">
                  <w:rPr>
                    <w:color w:val="555555"/>
                  </w:rPr>
                  <w:t>[Enter mode]</w:t>
                </w:r>
              </w:sdtContent>
            </w:sdt>
          </w:p>
        </w:tc>
        <w:tc>
          <w:tcPr>
            <w:tcW w:w="1728" w:type="dxa"/>
          </w:tcPr>
          <w:p w14:paraId="5AA1CEE3" w14:textId="77777777" w:rsidR="005F7ABC" w:rsidRDefault="00126465">
            <w:sdt>
              <w:sdtPr>
                <w:alias w:val="Trained member 15 hours"/>
                <w:tag w:val="obj2a_15_hours"/>
                <w:id w:val="1088"/>
                <w:placeholder>
                  <w:docPart w:val="AEFD50506350463F84981753845F0FBD"/>
                </w:placeholder>
                <w:showingPlcHdr/>
                <w:text/>
              </w:sdtPr>
              <w:sdtEndPr/>
              <w:sdtContent>
                <w:r w:rsidR="003C65DF">
                  <w:rPr>
                    <w:color w:val="555555"/>
                  </w:rPr>
                  <w:t>[Enter hours]</w:t>
                </w:r>
              </w:sdtContent>
            </w:sdt>
          </w:p>
        </w:tc>
      </w:tr>
      <w:tr w:rsidR="005F7ABC" w14:paraId="70604AAC" w14:textId="77777777">
        <w:trPr>
          <w:cantSplit/>
          <w:jc w:val="center"/>
        </w:trPr>
        <w:tc>
          <w:tcPr>
            <w:tcW w:w="2880" w:type="dxa"/>
          </w:tcPr>
          <w:p w14:paraId="3F4C8075" w14:textId="77777777" w:rsidR="005F7ABC" w:rsidRDefault="00126465">
            <w:sdt>
              <w:sdtPr>
                <w:alias w:val="Trained member 16 name"/>
                <w:tag w:val="obj2a_16_name"/>
                <w:id w:val="1089"/>
                <w:placeholder>
                  <w:docPart w:val="999E6C6D56D94BA8AB6DC3C2D6B3475A"/>
                </w:placeholder>
                <w:showingPlcHdr/>
                <w:text/>
              </w:sdtPr>
              <w:sdtEndPr/>
              <w:sdtContent>
                <w:r w:rsidR="003C65DF">
                  <w:rPr>
                    <w:color w:val="555555"/>
                  </w:rPr>
                  <w:t>[Enter name]</w:t>
                </w:r>
              </w:sdtContent>
            </w:sdt>
          </w:p>
        </w:tc>
        <w:tc>
          <w:tcPr>
            <w:tcW w:w="1872" w:type="dxa"/>
          </w:tcPr>
          <w:p w14:paraId="74E8D7DA" w14:textId="77777777" w:rsidR="005F7ABC" w:rsidRDefault="00126465">
            <w:sdt>
              <w:sdtPr>
                <w:alias w:val="Trained member 16 date"/>
                <w:tag w:val="obj2a_16_date"/>
                <w:id w:val="1090"/>
                <w:placeholder>
                  <w:docPart w:val="1649552104E543F381133902FF15B13D"/>
                </w:placeholder>
                <w:showingPlcHdr/>
                <w:text/>
              </w:sdtPr>
              <w:sdtEndPr/>
              <w:sdtContent>
                <w:r w:rsidR="003C65DF">
                  <w:rPr>
                    <w:color w:val="555555"/>
                  </w:rPr>
                  <w:t>[Enter date]</w:t>
                </w:r>
              </w:sdtContent>
            </w:sdt>
          </w:p>
        </w:tc>
        <w:tc>
          <w:tcPr>
            <w:tcW w:w="4896" w:type="dxa"/>
          </w:tcPr>
          <w:p w14:paraId="23ADADC0" w14:textId="77777777" w:rsidR="005F7ABC" w:rsidRDefault="00126465">
            <w:sdt>
              <w:sdtPr>
                <w:alias w:val="Trained member 16 training mode"/>
                <w:tag w:val="obj2a_16_mode"/>
                <w:id w:val="1091"/>
                <w:placeholder>
                  <w:docPart w:val="3682BD08CD4A4CFEAEFE207C1991B017"/>
                </w:placeholder>
                <w:showingPlcHdr/>
                <w:text/>
              </w:sdtPr>
              <w:sdtEndPr/>
              <w:sdtContent>
                <w:r w:rsidR="003C65DF">
                  <w:rPr>
                    <w:color w:val="555555"/>
                  </w:rPr>
                  <w:t>[Enter mode]</w:t>
                </w:r>
              </w:sdtContent>
            </w:sdt>
          </w:p>
        </w:tc>
        <w:tc>
          <w:tcPr>
            <w:tcW w:w="1728" w:type="dxa"/>
          </w:tcPr>
          <w:p w14:paraId="58EF536C" w14:textId="77777777" w:rsidR="005F7ABC" w:rsidRDefault="00126465">
            <w:sdt>
              <w:sdtPr>
                <w:alias w:val="Trained member 16 hours"/>
                <w:tag w:val="obj2a_16_hours"/>
                <w:id w:val="1092"/>
                <w:placeholder>
                  <w:docPart w:val="3009D32CC1C845A986B45DAB32B7F53C"/>
                </w:placeholder>
                <w:showingPlcHdr/>
                <w:text/>
              </w:sdtPr>
              <w:sdtEndPr/>
              <w:sdtContent>
                <w:r w:rsidR="003C65DF">
                  <w:rPr>
                    <w:color w:val="555555"/>
                  </w:rPr>
                  <w:t>[Enter hours]</w:t>
                </w:r>
              </w:sdtContent>
            </w:sdt>
          </w:p>
        </w:tc>
      </w:tr>
      <w:tr w:rsidR="005F7ABC" w14:paraId="72BB8295" w14:textId="77777777">
        <w:trPr>
          <w:cantSplit/>
          <w:jc w:val="center"/>
        </w:trPr>
        <w:tc>
          <w:tcPr>
            <w:tcW w:w="2880" w:type="dxa"/>
          </w:tcPr>
          <w:p w14:paraId="391D8CAA" w14:textId="77777777" w:rsidR="005F7ABC" w:rsidRDefault="00126465">
            <w:sdt>
              <w:sdtPr>
                <w:alias w:val="Trained member 17 name"/>
                <w:tag w:val="obj2a_17_name"/>
                <w:id w:val="1093"/>
                <w:placeholder>
                  <w:docPart w:val="5254A52A2E5D432FA3C443EFC42D1566"/>
                </w:placeholder>
                <w:showingPlcHdr/>
                <w:text/>
              </w:sdtPr>
              <w:sdtEndPr/>
              <w:sdtContent>
                <w:r w:rsidR="003C65DF">
                  <w:rPr>
                    <w:color w:val="555555"/>
                  </w:rPr>
                  <w:t>[Enter name]</w:t>
                </w:r>
              </w:sdtContent>
            </w:sdt>
          </w:p>
        </w:tc>
        <w:tc>
          <w:tcPr>
            <w:tcW w:w="1872" w:type="dxa"/>
          </w:tcPr>
          <w:p w14:paraId="3DAA2A0D" w14:textId="77777777" w:rsidR="005F7ABC" w:rsidRDefault="00126465">
            <w:sdt>
              <w:sdtPr>
                <w:alias w:val="Trained member 17 date"/>
                <w:tag w:val="obj2a_17_date"/>
                <w:id w:val="1094"/>
                <w:placeholder>
                  <w:docPart w:val="08E1FBC172234AC4AE926B77265F8E2C"/>
                </w:placeholder>
                <w:showingPlcHdr/>
                <w:text/>
              </w:sdtPr>
              <w:sdtEndPr/>
              <w:sdtContent>
                <w:r w:rsidR="003C65DF">
                  <w:rPr>
                    <w:color w:val="555555"/>
                  </w:rPr>
                  <w:t>[Enter date]</w:t>
                </w:r>
              </w:sdtContent>
            </w:sdt>
          </w:p>
        </w:tc>
        <w:tc>
          <w:tcPr>
            <w:tcW w:w="4896" w:type="dxa"/>
          </w:tcPr>
          <w:p w14:paraId="441C1BD3" w14:textId="77777777" w:rsidR="005F7ABC" w:rsidRDefault="00126465">
            <w:sdt>
              <w:sdtPr>
                <w:alias w:val="Trained member 17 training mode"/>
                <w:tag w:val="obj2a_17_mode"/>
                <w:id w:val="1095"/>
                <w:placeholder>
                  <w:docPart w:val="70F33680650C4E35A9F0E509BC4CFC5F"/>
                </w:placeholder>
                <w:showingPlcHdr/>
                <w:text/>
              </w:sdtPr>
              <w:sdtEndPr/>
              <w:sdtContent>
                <w:r w:rsidR="003C65DF">
                  <w:rPr>
                    <w:color w:val="555555"/>
                  </w:rPr>
                  <w:t>[Enter mode]</w:t>
                </w:r>
              </w:sdtContent>
            </w:sdt>
          </w:p>
        </w:tc>
        <w:tc>
          <w:tcPr>
            <w:tcW w:w="1728" w:type="dxa"/>
          </w:tcPr>
          <w:p w14:paraId="05644519" w14:textId="77777777" w:rsidR="005F7ABC" w:rsidRDefault="00126465">
            <w:sdt>
              <w:sdtPr>
                <w:alias w:val="Trained member 17 hours"/>
                <w:tag w:val="obj2a_17_hours"/>
                <w:id w:val="1096"/>
                <w:placeholder>
                  <w:docPart w:val="8EFFFC8C5AE34B5590CD6484C4CAD569"/>
                </w:placeholder>
                <w:showingPlcHdr/>
                <w:text/>
              </w:sdtPr>
              <w:sdtEndPr/>
              <w:sdtContent>
                <w:r w:rsidR="003C65DF">
                  <w:rPr>
                    <w:color w:val="555555"/>
                  </w:rPr>
                  <w:t>[Enter hours]</w:t>
                </w:r>
              </w:sdtContent>
            </w:sdt>
          </w:p>
        </w:tc>
      </w:tr>
      <w:tr w:rsidR="005F7ABC" w14:paraId="59DEAECF" w14:textId="77777777">
        <w:trPr>
          <w:cantSplit/>
          <w:jc w:val="center"/>
        </w:trPr>
        <w:tc>
          <w:tcPr>
            <w:tcW w:w="2880" w:type="dxa"/>
          </w:tcPr>
          <w:p w14:paraId="1E8D784E" w14:textId="77777777" w:rsidR="005F7ABC" w:rsidRDefault="00126465">
            <w:sdt>
              <w:sdtPr>
                <w:alias w:val="Trained member 18 name"/>
                <w:tag w:val="obj2a_18_name"/>
                <w:id w:val="1097"/>
                <w:placeholder>
                  <w:docPart w:val="120F4E2B92C94EC68B05811D94635BAF"/>
                </w:placeholder>
                <w:showingPlcHdr/>
                <w:text/>
              </w:sdtPr>
              <w:sdtEndPr/>
              <w:sdtContent>
                <w:r w:rsidR="003C65DF">
                  <w:rPr>
                    <w:color w:val="555555"/>
                  </w:rPr>
                  <w:t>[Enter name]</w:t>
                </w:r>
              </w:sdtContent>
            </w:sdt>
          </w:p>
        </w:tc>
        <w:tc>
          <w:tcPr>
            <w:tcW w:w="1872" w:type="dxa"/>
          </w:tcPr>
          <w:p w14:paraId="344D0AA6" w14:textId="77777777" w:rsidR="005F7ABC" w:rsidRDefault="00126465">
            <w:sdt>
              <w:sdtPr>
                <w:alias w:val="Trained member 18 date"/>
                <w:tag w:val="obj2a_18_date"/>
                <w:id w:val="1098"/>
                <w:placeholder>
                  <w:docPart w:val="22A67A10F09A4C848147C5A59E65D6BF"/>
                </w:placeholder>
                <w:showingPlcHdr/>
                <w:text/>
              </w:sdtPr>
              <w:sdtEndPr/>
              <w:sdtContent>
                <w:r w:rsidR="003C65DF">
                  <w:rPr>
                    <w:color w:val="555555"/>
                  </w:rPr>
                  <w:t>[Enter date]</w:t>
                </w:r>
              </w:sdtContent>
            </w:sdt>
          </w:p>
        </w:tc>
        <w:tc>
          <w:tcPr>
            <w:tcW w:w="4896" w:type="dxa"/>
          </w:tcPr>
          <w:p w14:paraId="0A9E52A2" w14:textId="77777777" w:rsidR="005F7ABC" w:rsidRDefault="00126465">
            <w:sdt>
              <w:sdtPr>
                <w:alias w:val="Trained member 18 training mode"/>
                <w:tag w:val="obj2a_18_mode"/>
                <w:id w:val="1099"/>
                <w:placeholder>
                  <w:docPart w:val="A95975165E254563829EC6940910E057"/>
                </w:placeholder>
                <w:showingPlcHdr/>
                <w:text/>
              </w:sdtPr>
              <w:sdtEndPr/>
              <w:sdtContent>
                <w:r w:rsidR="003C65DF">
                  <w:rPr>
                    <w:color w:val="555555"/>
                  </w:rPr>
                  <w:t>[Enter mode]</w:t>
                </w:r>
              </w:sdtContent>
            </w:sdt>
          </w:p>
        </w:tc>
        <w:tc>
          <w:tcPr>
            <w:tcW w:w="1728" w:type="dxa"/>
          </w:tcPr>
          <w:p w14:paraId="76D4B989" w14:textId="77777777" w:rsidR="005F7ABC" w:rsidRDefault="00126465">
            <w:sdt>
              <w:sdtPr>
                <w:alias w:val="Trained member 18 hours"/>
                <w:tag w:val="obj2a_18_hours"/>
                <w:id w:val="1100"/>
                <w:placeholder>
                  <w:docPart w:val="DD474C2E30714296A7BA6DC1C79E7DD9"/>
                </w:placeholder>
                <w:showingPlcHdr/>
                <w:text/>
              </w:sdtPr>
              <w:sdtEndPr/>
              <w:sdtContent>
                <w:r w:rsidR="003C65DF">
                  <w:rPr>
                    <w:color w:val="555555"/>
                  </w:rPr>
                  <w:t>[Enter hours]</w:t>
                </w:r>
              </w:sdtContent>
            </w:sdt>
          </w:p>
        </w:tc>
      </w:tr>
      <w:tr w:rsidR="005F7ABC" w14:paraId="67580CF1" w14:textId="77777777">
        <w:trPr>
          <w:cantSplit/>
          <w:jc w:val="center"/>
        </w:trPr>
        <w:tc>
          <w:tcPr>
            <w:tcW w:w="2880" w:type="dxa"/>
          </w:tcPr>
          <w:p w14:paraId="4EE526B9" w14:textId="77777777" w:rsidR="005F7ABC" w:rsidRDefault="00126465">
            <w:sdt>
              <w:sdtPr>
                <w:alias w:val="Trained member 19 name"/>
                <w:tag w:val="obj2a_19_name"/>
                <w:id w:val="1101"/>
                <w:placeholder>
                  <w:docPart w:val="528E3F3C08284BAEB07E21ACFDE3B849"/>
                </w:placeholder>
                <w:showingPlcHdr/>
                <w:text/>
              </w:sdtPr>
              <w:sdtEndPr/>
              <w:sdtContent>
                <w:r w:rsidR="003C65DF">
                  <w:rPr>
                    <w:color w:val="555555"/>
                  </w:rPr>
                  <w:t>[Enter name]</w:t>
                </w:r>
              </w:sdtContent>
            </w:sdt>
          </w:p>
        </w:tc>
        <w:tc>
          <w:tcPr>
            <w:tcW w:w="1872" w:type="dxa"/>
          </w:tcPr>
          <w:p w14:paraId="480B53C9" w14:textId="77777777" w:rsidR="005F7ABC" w:rsidRDefault="00126465">
            <w:sdt>
              <w:sdtPr>
                <w:alias w:val="Trained member 19 date"/>
                <w:tag w:val="obj2a_19_date"/>
                <w:id w:val="1102"/>
                <w:placeholder>
                  <w:docPart w:val="F440F650E7FD48C982F976C5173D20D5"/>
                </w:placeholder>
                <w:showingPlcHdr/>
                <w:text/>
              </w:sdtPr>
              <w:sdtEndPr/>
              <w:sdtContent>
                <w:r w:rsidR="003C65DF">
                  <w:rPr>
                    <w:color w:val="555555"/>
                  </w:rPr>
                  <w:t>[Enter date]</w:t>
                </w:r>
              </w:sdtContent>
            </w:sdt>
          </w:p>
        </w:tc>
        <w:tc>
          <w:tcPr>
            <w:tcW w:w="4896" w:type="dxa"/>
          </w:tcPr>
          <w:p w14:paraId="759A11EB" w14:textId="77777777" w:rsidR="005F7ABC" w:rsidRDefault="00126465">
            <w:sdt>
              <w:sdtPr>
                <w:alias w:val="Trained member 19 training mode"/>
                <w:tag w:val="obj2a_19_mode"/>
                <w:id w:val="1103"/>
                <w:placeholder>
                  <w:docPart w:val="BAC7B55AE3914481AD0A8452E389ED7E"/>
                </w:placeholder>
                <w:showingPlcHdr/>
                <w:text/>
              </w:sdtPr>
              <w:sdtEndPr/>
              <w:sdtContent>
                <w:r w:rsidR="003C65DF">
                  <w:rPr>
                    <w:color w:val="555555"/>
                  </w:rPr>
                  <w:t>[Enter mode]</w:t>
                </w:r>
              </w:sdtContent>
            </w:sdt>
          </w:p>
        </w:tc>
        <w:tc>
          <w:tcPr>
            <w:tcW w:w="1728" w:type="dxa"/>
          </w:tcPr>
          <w:p w14:paraId="32AE64A6" w14:textId="77777777" w:rsidR="005F7ABC" w:rsidRDefault="00126465">
            <w:sdt>
              <w:sdtPr>
                <w:alias w:val="Trained member 19 hours"/>
                <w:tag w:val="obj2a_19_hours"/>
                <w:id w:val="1104"/>
                <w:placeholder>
                  <w:docPart w:val="F257C31BEB964C70BB4906B49770AB44"/>
                </w:placeholder>
                <w:showingPlcHdr/>
                <w:text/>
              </w:sdtPr>
              <w:sdtEndPr/>
              <w:sdtContent>
                <w:r w:rsidR="003C65DF">
                  <w:rPr>
                    <w:color w:val="555555"/>
                  </w:rPr>
                  <w:t>[Enter hours]</w:t>
                </w:r>
              </w:sdtContent>
            </w:sdt>
          </w:p>
        </w:tc>
      </w:tr>
      <w:tr w:rsidR="005F7ABC" w14:paraId="30060AC2" w14:textId="77777777">
        <w:trPr>
          <w:cantSplit/>
          <w:jc w:val="center"/>
        </w:trPr>
        <w:tc>
          <w:tcPr>
            <w:tcW w:w="2880" w:type="dxa"/>
          </w:tcPr>
          <w:p w14:paraId="37F5752F" w14:textId="77777777" w:rsidR="005F7ABC" w:rsidRDefault="00126465">
            <w:sdt>
              <w:sdtPr>
                <w:alias w:val="Trained member 20 name"/>
                <w:tag w:val="obj2a_20_name"/>
                <w:id w:val="1105"/>
                <w:placeholder>
                  <w:docPart w:val="483EB945D32A4120993E5D8AFBB7A577"/>
                </w:placeholder>
                <w:showingPlcHdr/>
                <w:text/>
              </w:sdtPr>
              <w:sdtEndPr/>
              <w:sdtContent>
                <w:r w:rsidR="003C65DF">
                  <w:rPr>
                    <w:color w:val="555555"/>
                  </w:rPr>
                  <w:t>[Enter name]</w:t>
                </w:r>
              </w:sdtContent>
            </w:sdt>
          </w:p>
        </w:tc>
        <w:tc>
          <w:tcPr>
            <w:tcW w:w="1872" w:type="dxa"/>
          </w:tcPr>
          <w:p w14:paraId="5E9D5AAC" w14:textId="77777777" w:rsidR="005F7ABC" w:rsidRDefault="00126465">
            <w:sdt>
              <w:sdtPr>
                <w:alias w:val="Trained member 20 date"/>
                <w:tag w:val="obj2a_20_date"/>
                <w:id w:val="1106"/>
                <w:placeholder>
                  <w:docPart w:val="9C88FA5D684B4B2EAAE5F44B2523E824"/>
                </w:placeholder>
                <w:showingPlcHdr/>
                <w:text/>
              </w:sdtPr>
              <w:sdtEndPr/>
              <w:sdtContent>
                <w:r w:rsidR="003C65DF">
                  <w:rPr>
                    <w:color w:val="555555"/>
                  </w:rPr>
                  <w:t>[Enter date]</w:t>
                </w:r>
              </w:sdtContent>
            </w:sdt>
          </w:p>
        </w:tc>
        <w:tc>
          <w:tcPr>
            <w:tcW w:w="4896" w:type="dxa"/>
          </w:tcPr>
          <w:p w14:paraId="55AC6714" w14:textId="77777777" w:rsidR="005F7ABC" w:rsidRDefault="00126465">
            <w:sdt>
              <w:sdtPr>
                <w:alias w:val="Trained member 20 training mode"/>
                <w:tag w:val="obj2a_20_mode"/>
                <w:id w:val="1107"/>
                <w:placeholder>
                  <w:docPart w:val="BA39CA825F5C440591BAE71298DEE450"/>
                </w:placeholder>
                <w:showingPlcHdr/>
                <w:text/>
              </w:sdtPr>
              <w:sdtEndPr/>
              <w:sdtContent>
                <w:r w:rsidR="003C65DF">
                  <w:rPr>
                    <w:color w:val="555555"/>
                  </w:rPr>
                  <w:t>[Enter mode]</w:t>
                </w:r>
              </w:sdtContent>
            </w:sdt>
          </w:p>
        </w:tc>
        <w:tc>
          <w:tcPr>
            <w:tcW w:w="1728" w:type="dxa"/>
          </w:tcPr>
          <w:p w14:paraId="51FB4800" w14:textId="77777777" w:rsidR="005F7ABC" w:rsidRDefault="00126465">
            <w:sdt>
              <w:sdtPr>
                <w:alias w:val="Trained member 20 hours"/>
                <w:tag w:val="obj2a_20_hours"/>
                <w:id w:val="1108"/>
                <w:placeholder>
                  <w:docPart w:val="C08EDD038F21487A95360A69283A6EB3"/>
                </w:placeholder>
                <w:showingPlcHdr/>
                <w:text/>
              </w:sdtPr>
              <w:sdtEndPr/>
              <w:sdtContent>
                <w:r w:rsidR="003C65DF">
                  <w:rPr>
                    <w:color w:val="555555"/>
                  </w:rPr>
                  <w:t>[Enter hours]</w:t>
                </w:r>
              </w:sdtContent>
            </w:sdt>
          </w:p>
        </w:tc>
      </w:tr>
    </w:tbl>
    <w:p w14:paraId="72D77762" w14:textId="77777777" w:rsidR="005F7ABC" w:rsidRDefault="003C65DF">
      <w:pPr>
        <w:pStyle w:val="Heading2"/>
      </w:pPr>
      <w:r>
        <w:t>Objective Narrative #2B – NOT YET TRAINED:</w:t>
      </w:r>
    </w:p>
    <w:p w14:paraId="4F0BF2AC" w14:textId="77777777" w:rsidR="005F7ABC" w:rsidRDefault="003C65DF">
      <w:r>
        <w:t>For all iHOPE Team Members listed under Objective #1 who HAVE NOT yet been trained in Coordinated Specialty Care (CSC), please list the date that they will be trained in the CSC Model, the mode of training (face to face, individual and/or group training, online modules, reading materials), as well as the number of hours you expect them to be trained.</w:t>
      </w:r>
    </w:p>
    <w:p w14:paraId="186984EE" w14:textId="77777777" w:rsidR="005F7ABC" w:rsidRDefault="003C65DF">
      <w:pPr>
        <w:pStyle w:val="Heading3"/>
      </w:pPr>
      <w:r>
        <w:t>iHOPE Team Members NOT YET TRAINED</w:t>
      </w:r>
    </w:p>
    <w:tbl>
      <w:tblPr>
        <w:tblStyle w:val="TableGrid"/>
        <w:tblW w:w="0" w:type="auto"/>
        <w:jc w:val="center"/>
        <w:tblLayout w:type="fixed"/>
        <w:tblLook w:val="04A0" w:firstRow="1" w:lastRow="0" w:firstColumn="1" w:lastColumn="0" w:noHBand="0" w:noVBand="1"/>
        <w:tblCaption w:val="iHOPE team members not yet trained"/>
        <w:tblDescription w:val="Records planned training date, training mode, and expected Coordinated Specialty Care training hours for iHOPE team members not yet trained."/>
      </w:tblPr>
      <w:tblGrid>
        <w:gridCol w:w="2880"/>
        <w:gridCol w:w="2160"/>
        <w:gridCol w:w="4608"/>
        <w:gridCol w:w="2015"/>
      </w:tblGrid>
      <w:tr w:rsidR="005F7ABC" w14:paraId="334D2695" w14:textId="77777777">
        <w:trPr>
          <w:cantSplit/>
          <w:tblHeader/>
          <w:jc w:val="center"/>
        </w:trPr>
        <w:tc>
          <w:tcPr>
            <w:tcW w:w="2880" w:type="dxa"/>
            <w:shd w:val="clear" w:color="auto" w:fill="E7E6C8"/>
            <w:vAlign w:val="center"/>
          </w:tcPr>
          <w:p w14:paraId="231D6D23" w14:textId="77777777" w:rsidR="005F7ABC" w:rsidRDefault="003C65DF">
            <w:r>
              <w:rPr>
                <w:b/>
                <w:sz w:val="19"/>
              </w:rPr>
              <w:t>Name</w:t>
            </w:r>
          </w:p>
        </w:tc>
        <w:tc>
          <w:tcPr>
            <w:tcW w:w="2160" w:type="dxa"/>
            <w:shd w:val="clear" w:color="auto" w:fill="E7E6C8"/>
            <w:vAlign w:val="center"/>
          </w:tcPr>
          <w:p w14:paraId="3AF0A6EA" w14:textId="77777777" w:rsidR="005F7ABC" w:rsidRDefault="003C65DF">
            <w:r>
              <w:rPr>
                <w:b/>
                <w:sz w:val="19"/>
              </w:rPr>
              <w:t>Planned training date</w:t>
            </w:r>
          </w:p>
        </w:tc>
        <w:tc>
          <w:tcPr>
            <w:tcW w:w="4608" w:type="dxa"/>
            <w:shd w:val="clear" w:color="auto" w:fill="E7E6C8"/>
            <w:vAlign w:val="center"/>
          </w:tcPr>
          <w:p w14:paraId="3D40389F" w14:textId="77777777" w:rsidR="005F7ABC" w:rsidRDefault="003C65DF">
            <w:r>
              <w:rPr>
                <w:b/>
                <w:sz w:val="19"/>
              </w:rPr>
              <w:t>Mode of Training</w:t>
            </w:r>
          </w:p>
        </w:tc>
        <w:tc>
          <w:tcPr>
            <w:tcW w:w="2015" w:type="dxa"/>
            <w:shd w:val="clear" w:color="auto" w:fill="E7E6C8"/>
            <w:vAlign w:val="center"/>
          </w:tcPr>
          <w:p w14:paraId="63C90EE4" w14:textId="77777777" w:rsidR="005F7ABC" w:rsidRDefault="003C65DF">
            <w:r>
              <w:rPr>
                <w:b/>
                <w:sz w:val="19"/>
              </w:rPr>
              <w:t># CSC Training Hours to Occur</w:t>
            </w:r>
          </w:p>
        </w:tc>
      </w:tr>
      <w:tr w:rsidR="005F7ABC" w14:paraId="7E10C76F" w14:textId="77777777">
        <w:trPr>
          <w:cantSplit/>
          <w:jc w:val="center"/>
        </w:trPr>
        <w:tc>
          <w:tcPr>
            <w:tcW w:w="2880" w:type="dxa"/>
          </w:tcPr>
          <w:p w14:paraId="31CDEF3B" w14:textId="77777777" w:rsidR="005F7ABC" w:rsidRDefault="00126465">
            <w:sdt>
              <w:sdtPr>
                <w:alias w:val="Not-yet-trained member 1 name"/>
                <w:tag w:val="obj2b_1_name"/>
                <w:id w:val="1109"/>
                <w:placeholder>
                  <w:docPart w:val="9F4D893864794179AE86B5419B5F8098"/>
                </w:placeholder>
                <w:showingPlcHdr/>
                <w:text/>
              </w:sdtPr>
              <w:sdtEndPr/>
              <w:sdtContent>
                <w:r w:rsidR="003C65DF">
                  <w:rPr>
                    <w:color w:val="555555"/>
                  </w:rPr>
                  <w:t>[Enter name]</w:t>
                </w:r>
              </w:sdtContent>
            </w:sdt>
          </w:p>
        </w:tc>
        <w:tc>
          <w:tcPr>
            <w:tcW w:w="2160" w:type="dxa"/>
          </w:tcPr>
          <w:p w14:paraId="445F80C0" w14:textId="77777777" w:rsidR="005F7ABC" w:rsidRDefault="00126465">
            <w:sdt>
              <w:sdtPr>
                <w:alias w:val="Not-yet-trained member 1 date"/>
                <w:tag w:val="obj2b_1_date"/>
                <w:id w:val="1110"/>
                <w:placeholder>
                  <w:docPart w:val="0A53DAED3B43416EB5305A3F143DCB98"/>
                </w:placeholder>
                <w:showingPlcHdr/>
                <w:text/>
              </w:sdtPr>
              <w:sdtEndPr/>
              <w:sdtContent>
                <w:r w:rsidR="003C65DF">
                  <w:rPr>
                    <w:color w:val="555555"/>
                  </w:rPr>
                  <w:t>[Enter date]</w:t>
                </w:r>
              </w:sdtContent>
            </w:sdt>
          </w:p>
        </w:tc>
        <w:tc>
          <w:tcPr>
            <w:tcW w:w="4608" w:type="dxa"/>
          </w:tcPr>
          <w:p w14:paraId="1EDB292F" w14:textId="77777777" w:rsidR="005F7ABC" w:rsidRDefault="00126465">
            <w:sdt>
              <w:sdtPr>
                <w:alias w:val="Not-yet-trained member 1 mode"/>
                <w:tag w:val="obj2b_1_mode"/>
                <w:id w:val="1111"/>
                <w:placeholder>
                  <w:docPart w:val="A994BB18CFBF479390A707FB964C3471"/>
                </w:placeholder>
                <w:showingPlcHdr/>
                <w:text/>
              </w:sdtPr>
              <w:sdtEndPr/>
              <w:sdtContent>
                <w:r w:rsidR="003C65DF">
                  <w:rPr>
                    <w:color w:val="555555"/>
                  </w:rPr>
                  <w:t>[Enter mode]</w:t>
                </w:r>
              </w:sdtContent>
            </w:sdt>
          </w:p>
        </w:tc>
        <w:tc>
          <w:tcPr>
            <w:tcW w:w="2015" w:type="dxa"/>
          </w:tcPr>
          <w:p w14:paraId="58C7A4F9" w14:textId="77777777" w:rsidR="005F7ABC" w:rsidRDefault="00126465">
            <w:sdt>
              <w:sdtPr>
                <w:alias w:val="Not-yet-trained member 1 hours"/>
                <w:tag w:val="obj2b_1_hours"/>
                <w:id w:val="1112"/>
                <w:placeholder>
                  <w:docPart w:val="6020C2FC40B84647A407DDA76F5C0412"/>
                </w:placeholder>
                <w:showingPlcHdr/>
                <w:text/>
              </w:sdtPr>
              <w:sdtEndPr/>
              <w:sdtContent>
                <w:r w:rsidR="003C65DF">
                  <w:rPr>
                    <w:color w:val="555555"/>
                  </w:rPr>
                  <w:t>[Enter hours]</w:t>
                </w:r>
              </w:sdtContent>
            </w:sdt>
          </w:p>
        </w:tc>
      </w:tr>
      <w:tr w:rsidR="005F7ABC" w14:paraId="02FFD3F4" w14:textId="77777777">
        <w:trPr>
          <w:cantSplit/>
          <w:jc w:val="center"/>
        </w:trPr>
        <w:tc>
          <w:tcPr>
            <w:tcW w:w="2880" w:type="dxa"/>
          </w:tcPr>
          <w:p w14:paraId="64BFEB80" w14:textId="77777777" w:rsidR="005F7ABC" w:rsidRDefault="00126465">
            <w:sdt>
              <w:sdtPr>
                <w:alias w:val="Not-yet-trained member 2 name"/>
                <w:tag w:val="obj2b_2_name"/>
                <w:id w:val="1113"/>
                <w:placeholder>
                  <w:docPart w:val="56DC585DB884483384A0CB71FB47AA7D"/>
                </w:placeholder>
                <w:showingPlcHdr/>
                <w:text/>
              </w:sdtPr>
              <w:sdtEndPr/>
              <w:sdtContent>
                <w:r w:rsidR="003C65DF">
                  <w:rPr>
                    <w:color w:val="555555"/>
                  </w:rPr>
                  <w:t>[Enter name]</w:t>
                </w:r>
              </w:sdtContent>
            </w:sdt>
          </w:p>
        </w:tc>
        <w:tc>
          <w:tcPr>
            <w:tcW w:w="2160" w:type="dxa"/>
          </w:tcPr>
          <w:p w14:paraId="31BA8935" w14:textId="77777777" w:rsidR="005F7ABC" w:rsidRDefault="00126465">
            <w:sdt>
              <w:sdtPr>
                <w:alias w:val="Not-yet-trained member 2 date"/>
                <w:tag w:val="obj2b_2_date"/>
                <w:id w:val="1114"/>
                <w:placeholder>
                  <w:docPart w:val="9EE76C738DEA4040AC3ECEB731E49D30"/>
                </w:placeholder>
                <w:showingPlcHdr/>
                <w:text/>
              </w:sdtPr>
              <w:sdtEndPr/>
              <w:sdtContent>
                <w:r w:rsidR="003C65DF">
                  <w:rPr>
                    <w:color w:val="555555"/>
                  </w:rPr>
                  <w:t>[Enter date]</w:t>
                </w:r>
              </w:sdtContent>
            </w:sdt>
          </w:p>
        </w:tc>
        <w:tc>
          <w:tcPr>
            <w:tcW w:w="4608" w:type="dxa"/>
          </w:tcPr>
          <w:p w14:paraId="5C2E8BD2" w14:textId="77777777" w:rsidR="005F7ABC" w:rsidRDefault="00126465">
            <w:sdt>
              <w:sdtPr>
                <w:alias w:val="Not-yet-trained member 2 mode"/>
                <w:tag w:val="obj2b_2_mode"/>
                <w:id w:val="1115"/>
                <w:placeholder>
                  <w:docPart w:val="0D5A80B347D64ABEA1ED30385CF28166"/>
                </w:placeholder>
                <w:showingPlcHdr/>
                <w:text/>
              </w:sdtPr>
              <w:sdtEndPr/>
              <w:sdtContent>
                <w:r w:rsidR="003C65DF">
                  <w:rPr>
                    <w:color w:val="555555"/>
                  </w:rPr>
                  <w:t>[Enter mode]</w:t>
                </w:r>
              </w:sdtContent>
            </w:sdt>
          </w:p>
        </w:tc>
        <w:tc>
          <w:tcPr>
            <w:tcW w:w="2015" w:type="dxa"/>
          </w:tcPr>
          <w:p w14:paraId="00B6E1C4" w14:textId="77777777" w:rsidR="005F7ABC" w:rsidRDefault="00126465">
            <w:sdt>
              <w:sdtPr>
                <w:alias w:val="Not-yet-trained member 2 hours"/>
                <w:tag w:val="obj2b_2_hours"/>
                <w:id w:val="1116"/>
                <w:placeholder>
                  <w:docPart w:val="1D756B101E344D109ECD82984A137EF9"/>
                </w:placeholder>
                <w:showingPlcHdr/>
                <w:text/>
              </w:sdtPr>
              <w:sdtEndPr/>
              <w:sdtContent>
                <w:r w:rsidR="003C65DF">
                  <w:rPr>
                    <w:color w:val="555555"/>
                  </w:rPr>
                  <w:t>[Enter hours]</w:t>
                </w:r>
              </w:sdtContent>
            </w:sdt>
          </w:p>
        </w:tc>
      </w:tr>
      <w:tr w:rsidR="005F7ABC" w14:paraId="718E7162" w14:textId="77777777">
        <w:trPr>
          <w:cantSplit/>
          <w:jc w:val="center"/>
        </w:trPr>
        <w:tc>
          <w:tcPr>
            <w:tcW w:w="2880" w:type="dxa"/>
          </w:tcPr>
          <w:p w14:paraId="2B72F084" w14:textId="77777777" w:rsidR="005F7ABC" w:rsidRDefault="00126465">
            <w:sdt>
              <w:sdtPr>
                <w:alias w:val="Not-yet-trained member 3 name"/>
                <w:tag w:val="obj2b_3_name"/>
                <w:id w:val="1117"/>
                <w:placeholder>
                  <w:docPart w:val="266563BF0F5A4E66A5126B32DF0C0D43"/>
                </w:placeholder>
                <w:showingPlcHdr/>
                <w:text/>
              </w:sdtPr>
              <w:sdtEndPr/>
              <w:sdtContent>
                <w:r w:rsidR="003C65DF">
                  <w:rPr>
                    <w:color w:val="555555"/>
                  </w:rPr>
                  <w:t>[Enter name]</w:t>
                </w:r>
              </w:sdtContent>
            </w:sdt>
          </w:p>
        </w:tc>
        <w:tc>
          <w:tcPr>
            <w:tcW w:w="2160" w:type="dxa"/>
          </w:tcPr>
          <w:p w14:paraId="7381B1C1" w14:textId="77777777" w:rsidR="005F7ABC" w:rsidRDefault="00126465">
            <w:sdt>
              <w:sdtPr>
                <w:alias w:val="Not-yet-trained member 3 date"/>
                <w:tag w:val="obj2b_3_date"/>
                <w:id w:val="1118"/>
                <w:placeholder>
                  <w:docPart w:val="B157D580733B4807B4E554D9CDE697ED"/>
                </w:placeholder>
                <w:showingPlcHdr/>
                <w:text/>
              </w:sdtPr>
              <w:sdtEndPr/>
              <w:sdtContent>
                <w:r w:rsidR="003C65DF">
                  <w:rPr>
                    <w:color w:val="555555"/>
                  </w:rPr>
                  <w:t>[Enter date]</w:t>
                </w:r>
              </w:sdtContent>
            </w:sdt>
          </w:p>
        </w:tc>
        <w:tc>
          <w:tcPr>
            <w:tcW w:w="4608" w:type="dxa"/>
          </w:tcPr>
          <w:p w14:paraId="518D3AB3" w14:textId="77777777" w:rsidR="005F7ABC" w:rsidRDefault="00126465">
            <w:sdt>
              <w:sdtPr>
                <w:alias w:val="Not-yet-trained member 3 mode"/>
                <w:tag w:val="obj2b_3_mode"/>
                <w:id w:val="1119"/>
                <w:placeholder>
                  <w:docPart w:val="04F0F310E14943BEA59594197E161F0D"/>
                </w:placeholder>
                <w:showingPlcHdr/>
                <w:text/>
              </w:sdtPr>
              <w:sdtEndPr/>
              <w:sdtContent>
                <w:r w:rsidR="003C65DF">
                  <w:rPr>
                    <w:color w:val="555555"/>
                  </w:rPr>
                  <w:t>[Enter mode]</w:t>
                </w:r>
              </w:sdtContent>
            </w:sdt>
          </w:p>
        </w:tc>
        <w:tc>
          <w:tcPr>
            <w:tcW w:w="2015" w:type="dxa"/>
          </w:tcPr>
          <w:p w14:paraId="3211D7BE" w14:textId="77777777" w:rsidR="005F7ABC" w:rsidRDefault="00126465">
            <w:sdt>
              <w:sdtPr>
                <w:alias w:val="Not-yet-trained member 3 hours"/>
                <w:tag w:val="obj2b_3_hours"/>
                <w:id w:val="1120"/>
                <w:placeholder>
                  <w:docPart w:val="47BE81EE3B0246A8AE1BCC41F483DE57"/>
                </w:placeholder>
                <w:showingPlcHdr/>
                <w:text/>
              </w:sdtPr>
              <w:sdtEndPr/>
              <w:sdtContent>
                <w:r w:rsidR="003C65DF">
                  <w:rPr>
                    <w:color w:val="555555"/>
                  </w:rPr>
                  <w:t>[Enter hours]</w:t>
                </w:r>
              </w:sdtContent>
            </w:sdt>
          </w:p>
        </w:tc>
      </w:tr>
      <w:tr w:rsidR="005F7ABC" w14:paraId="2FE7CB98" w14:textId="77777777">
        <w:trPr>
          <w:cantSplit/>
          <w:jc w:val="center"/>
        </w:trPr>
        <w:tc>
          <w:tcPr>
            <w:tcW w:w="2880" w:type="dxa"/>
          </w:tcPr>
          <w:p w14:paraId="00A0A2E2" w14:textId="77777777" w:rsidR="005F7ABC" w:rsidRDefault="00126465">
            <w:sdt>
              <w:sdtPr>
                <w:alias w:val="Not-yet-trained member 4 name"/>
                <w:tag w:val="obj2b_4_name"/>
                <w:id w:val="1121"/>
                <w:placeholder>
                  <w:docPart w:val="DA2446573280494AAB82AE84F8075BAC"/>
                </w:placeholder>
                <w:showingPlcHdr/>
                <w:text/>
              </w:sdtPr>
              <w:sdtEndPr/>
              <w:sdtContent>
                <w:r w:rsidR="003C65DF">
                  <w:rPr>
                    <w:color w:val="555555"/>
                  </w:rPr>
                  <w:t>[Enter name]</w:t>
                </w:r>
              </w:sdtContent>
            </w:sdt>
          </w:p>
        </w:tc>
        <w:tc>
          <w:tcPr>
            <w:tcW w:w="2160" w:type="dxa"/>
          </w:tcPr>
          <w:p w14:paraId="2D956955" w14:textId="77777777" w:rsidR="005F7ABC" w:rsidRDefault="00126465">
            <w:sdt>
              <w:sdtPr>
                <w:alias w:val="Not-yet-trained member 4 date"/>
                <w:tag w:val="obj2b_4_date"/>
                <w:id w:val="1122"/>
                <w:placeholder>
                  <w:docPart w:val="F6C0B48BB7BA4767B43C5F5B65AEAD3B"/>
                </w:placeholder>
                <w:showingPlcHdr/>
                <w:text/>
              </w:sdtPr>
              <w:sdtEndPr/>
              <w:sdtContent>
                <w:r w:rsidR="003C65DF">
                  <w:rPr>
                    <w:color w:val="555555"/>
                  </w:rPr>
                  <w:t>[Enter date]</w:t>
                </w:r>
              </w:sdtContent>
            </w:sdt>
          </w:p>
        </w:tc>
        <w:tc>
          <w:tcPr>
            <w:tcW w:w="4608" w:type="dxa"/>
          </w:tcPr>
          <w:p w14:paraId="57F6A251" w14:textId="77777777" w:rsidR="005F7ABC" w:rsidRDefault="00126465">
            <w:sdt>
              <w:sdtPr>
                <w:alias w:val="Not-yet-trained member 4 mode"/>
                <w:tag w:val="obj2b_4_mode"/>
                <w:id w:val="1123"/>
                <w:placeholder>
                  <w:docPart w:val="AE5823F4C5F74DAF8E88718158479B97"/>
                </w:placeholder>
                <w:showingPlcHdr/>
                <w:text/>
              </w:sdtPr>
              <w:sdtEndPr/>
              <w:sdtContent>
                <w:r w:rsidR="003C65DF">
                  <w:rPr>
                    <w:color w:val="555555"/>
                  </w:rPr>
                  <w:t>[Enter mode]</w:t>
                </w:r>
              </w:sdtContent>
            </w:sdt>
          </w:p>
        </w:tc>
        <w:tc>
          <w:tcPr>
            <w:tcW w:w="2015" w:type="dxa"/>
          </w:tcPr>
          <w:p w14:paraId="2BBDEADC" w14:textId="77777777" w:rsidR="005F7ABC" w:rsidRDefault="00126465">
            <w:sdt>
              <w:sdtPr>
                <w:alias w:val="Not-yet-trained member 4 hours"/>
                <w:tag w:val="obj2b_4_hours"/>
                <w:id w:val="1124"/>
                <w:placeholder>
                  <w:docPart w:val="54E813BEF3FE44938096C55D9522A49B"/>
                </w:placeholder>
                <w:showingPlcHdr/>
                <w:text/>
              </w:sdtPr>
              <w:sdtEndPr/>
              <w:sdtContent>
                <w:r w:rsidR="003C65DF">
                  <w:rPr>
                    <w:color w:val="555555"/>
                  </w:rPr>
                  <w:t>[Enter hours]</w:t>
                </w:r>
              </w:sdtContent>
            </w:sdt>
          </w:p>
        </w:tc>
      </w:tr>
      <w:tr w:rsidR="005F7ABC" w14:paraId="1480979B" w14:textId="77777777">
        <w:trPr>
          <w:cantSplit/>
          <w:jc w:val="center"/>
        </w:trPr>
        <w:tc>
          <w:tcPr>
            <w:tcW w:w="2880" w:type="dxa"/>
          </w:tcPr>
          <w:p w14:paraId="6A7A5F9B" w14:textId="77777777" w:rsidR="005F7ABC" w:rsidRDefault="00126465">
            <w:sdt>
              <w:sdtPr>
                <w:alias w:val="Not-yet-trained member 5 name"/>
                <w:tag w:val="obj2b_5_name"/>
                <w:id w:val="1125"/>
                <w:placeholder>
                  <w:docPart w:val="77198004CBC04365B2A46F38E1212762"/>
                </w:placeholder>
                <w:showingPlcHdr/>
                <w:text/>
              </w:sdtPr>
              <w:sdtEndPr/>
              <w:sdtContent>
                <w:r w:rsidR="003C65DF">
                  <w:rPr>
                    <w:color w:val="555555"/>
                  </w:rPr>
                  <w:t>[Enter name]</w:t>
                </w:r>
              </w:sdtContent>
            </w:sdt>
          </w:p>
        </w:tc>
        <w:tc>
          <w:tcPr>
            <w:tcW w:w="2160" w:type="dxa"/>
          </w:tcPr>
          <w:p w14:paraId="73B2B1E5" w14:textId="77777777" w:rsidR="005F7ABC" w:rsidRDefault="00126465">
            <w:sdt>
              <w:sdtPr>
                <w:alias w:val="Not-yet-trained member 5 date"/>
                <w:tag w:val="obj2b_5_date"/>
                <w:id w:val="1126"/>
                <w:placeholder>
                  <w:docPart w:val="79B3FFEEDA874F458E4095C1187CF781"/>
                </w:placeholder>
                <w:showingPlcHdr/>
                <w:text/>
              </w:sdtPr>
              <w:sdtEndPr/>
              <w:sdtContent>
                <w:r w:rsidR="003C65DF">
                  <w:rPr>
                    <w:color w:val="555555"/>
                  </w:rPr>
                  <w:t>[Enter date]</w:t>
                </w:r>
              </w:sdtContent>
            </w:sdt>
          </w:p>
        </w:tc>
        <w:tc>
          <w:tcPr>
            <w:tcW w:w="4608" w:type="dxa"/>
          </w:tcPr>
          <w:p w14:paraId="295F904F" w14:textId="77777777" w:rsidR="005F7ABC" w:rsidRDefault="00126465">
            <w:sdt>
              <w:sdtPr>
                <w:alias w:val="Not-yet-trained member 5 mode"/>
                <w:tag w:val="obj2b_5_mode"/>
                <w:id w:val="1127"/>
                <w:placeholder>
                  <w:docPart w:val="BD125C09E1904D9ABF7740ED70AE5122"/>
                </w:placeholder>
                <w:showingPlcHdr/>
                <w:text/>
              </w:sdtPr>
              <w:sdtEndPr/>
              <w:sdtContent>
                <w:r w:rsidR="003C65DF">
                  <w:rPr>
                    <w:color w:val="555555"/>
                  </w:rPr>
                  <w:t>[Enter mode]</w:t>
                </w:r>
              </w:sdtContent>
            </w:sdt>
          </w:p>
        </w:tc>
        <w:tc>
          <w:tcPr>
            <w:tcW w:w="2015" w:type="dxa"/>
          </w:tcPr>
          <w:p w14:paraId="522FF2C0" w14:textId="77777777" w:rsidR="005F7ABC" w:rsidRDefault="00126465">
            <w:sdt>
              <w:sdtPr>
                <w:alias w:val="Not-yet-trained member 5 hours"/>
                <w:tag w:val="obj2b_5_hours"/>
                <w:id w:val="1128"/>
                <w:placeholder>
                  <w:docPart w:val="AE5ADFC7D23641C8A13E40624AAB4E9F"/>
                </w:placeholder>
                <w:showingPlcHdr/>
                <w:text/>
              </w:sdtPr>
              <w:sdtEndPr/>
              <w:sdtContent>
                <w:r w:rsidR="003C65DF">
                  <w:rPr>
                    <w:color w:val="555555"/>
                  </w:rPr>
                  <w:t>[Enter hours]</w:t>
                </w:r>
              </w:sdtContent>
            </w:sdt>
          </w:p>
        </w:tc>
      </w:tr>
      <w:tr w:rsidR="005F7ABC" w14:paraId="7BBDF92B" w14:textId="77777777">
        <w:trPr>
          <w:cantSplit/>
          <w:jc w:val="center"/>
        </w:trPr>
        <w:tc>
          <w:tcPr>
            <w:tcW w:w="2880" w:type="dxa"/>
          </w:tcPr>
          <w:p w14:paraId="2444BF58" w14:textId="77777777" w:rsidR="005F7ABC" w:rsidRDefault="00126465">
            <w:sdt>
              <w:sdtPr>
                <w:alias w:val="Not-yet-trained member 6 name"/>
                <w:tag w:val="obj2b_6_name"/>
                <w:id w:val="1129"/>
                <w:placeholder>
                  <w:docPart w:val="ACE93D36C01C436CAF6A2396844DE7B8"/>
                </w:placeholder>
                <w:showingPlcHdr/>
                <w:text/>
              </w:sdtPr>
              <w:sdtEndPr/>
              <w:sdtContent>
                <w:r w:rsidR="003C65DF">
                  <w:rPr>
                    <w:color w:val="555555"/>
                  </w:rPr>
                  <w:t>[Enter name]</w:t>
                </w:r>
              </w:sdtContent>
            </w:sdt>
          </w:p>
        </w:tc>
        <w:tc>
          <w:tcPr>
            <w:tcW w:w="2160" w:type="dxa"/>
          </w:tcPr>
          <w:p w14:paraId="7C6D68FC" w14:textId="77777777" w:rsidR="005F7ABC" w:rsidRDefault="00126465">
            <w:sdt>
              <w:sdtPr>
                <w:alias w:val="Not-yet-trained member 6 date"/>
                <w:tag w:val="obj2b_6_date"/>
                <w:id w:val="1130"/>
                <w:placeholder>
                  <w:docPart w:val="4E3F8ACAA8A84B8180523E73E41297D3"/>
                </w:placeholder>
                <w:showingPlcHdr/>
                <w:text/>
              </w:sdtPr>
              <w:sdtEndPr/>
              <w:sdtContent>
                <w:r w:rsidR="003C65DF">
                  <w:rPr>
                    <w:color w:val="555555"/>
                  </w:rPr>
                  <w:t>[Enter date]</w:t>
                </w:r>
              </w:sdtContent>
            </w:sdt>
          </w:p>
        </w:tc>
        <w:tc>
          <w:tcPr>
            <w:tcW w:w="4608" w:type="dxa"/>
          </w:tcPr>
          <w:p w14:paraId="0C617978" w14:textId="77777777" w:rsidR="005F7ABC" w:rsidRDefault="00126465">
            <w:sdt>
              <w:sdtPr>
                <w:alias w:val="Not-yet-trained member 6 mode"/>
                <w:tag w:val="obj2b_6_mode"/>
                <w:id w:val="1131"/>
                <w:placeholder>
                  <w:docPart w:val="21EF2470AC344F2EB9870DDC462A86DA"/>
                </w:placeholder>
                <w:showingPlcHdr/>
                <w:text/>
              </w:sdtPr>
              <w:sdtEndPr/>
              <w:sdtContent>
                <w:r w:rsidR="003C65DF">
                  <w:rPr>
                    <w:color w:val="555555"/>
                  </w:rPr>
                  <w:t>[Enter mode]</w:t>
                </w:r>
              </w:sdtContent>
            </w:sdt>
          </w:p>
        </w:tc>
        <w:tc>
          <w:tcPr>
            <w:tcW w:w="2015" w:type="dxa"/>
          </w:tcPr>
          <w:p w14:paraId="127DB60E" w14:textId="77777777" w:rsidR="005F7ABC" w:rsidRDefault="00126465">
            <w:sdt>
              <w:sdtPr>
                <w:alias w:val="Not-yet-trained member 6 hours"/>
                <w:tag w:val="obj2b_6_hours"/>
                <w:id w:val="1132"/>
                <w:placeholder>
                  <w:docPart w:val="BC842486A42B49D5940F606C6AAE1B26"/>
                </w:placeholder>
                <w:showingPlcHdr/>
                <w:text/>
              </w:sdtPr>
              <w:sdtEndPr/>
              <w:sdtContent>
                <w:r w:rsidR="003C65DF">
                  <w:rPr>
                    <w:color w:val="555555"/>
                  </w:rPr>
                  <w:t>[Enter hours]</w:t>
                </w:r>
              </w:sdtContent>
            </w:sdt>
          </w:p>
        </w:tc>
      </w:tr>
      <w:tr w:rsidR="005F7ABC" w14:paraId="0B812348" w14:textId="77777777">
        <w:trPr>
          <w:cantSplit/>
          <w:jc w:val="center"/>
        </w:trPr>
        <w:tc>
          <w:tcPr>
            <w:tcW w:w="2880" w:type="dxa"/>
          </w:tcPr>
          <w:p w14:paraId="420CEEC4" w14:textId="77777777" w:rsidR="005F7ABC" w:rsidRDefault="00126465">
            <w:sdt>
              <w:sdtPr>
                <w:alias w:val="Not-yet-trained member 7 name"/>
                <w:tag w:val="obj2b_7_name"/>
                <w:id w:val="1133"/>
                <w:placeholder>
                  <w:docPart w:val="A6E6780C816747518A83C8BA1FCAD984"/>
                </w:placeholder>
                <w:showingPlcHdr/>
                <w:text/>
              </w:sdtPr>
              <w:sdtEndPr/>
              <w:sdtContent>
                <w:r w:rsidR="003C65DF">
                  <w:rPr>
                    <w:color w:val="555555"/>
                  </w:rPr>
                  <w:t>[Enter name]</w:t>
                </w:r>
              </w:sdtContent>
            </w:sdt>
          </w:p>
        </w:tc>
        <w:tc>
          <w:tcPr>
            <w:tcW w:w="2160" w:type="dxa"/>
          </w:tcPr>
          <w:p w14:paraId="0530B0B2" w14:textId="77777777" w:rsidR="005F7ABC" w:rsidRDefault="00126465">
            <w:sdt>
              <w:sdtPr>
                <w:alias w:val="Not-yet-trained member 7 date"/>
                <w:tag w:val="obj2b_7_date"/>
                <w:id w:val="1134"/>
                <w:placeholder>
                  <w:docPart w:val="ABE7D71540534773A172FC6634F8E9D5"/>
                </w:placeholder>
                <w:showingPlcHdr/>
                <w:text/>
              </w:sdtPr>
              <w:sdtEndPr/>
              <w:sdtContent>
                <w:r w:rsidR="003C65DF">
                  <w:rPr>
                    <w:color w:val="555555"/>
                  </w:rPr>
                  <w:t>[Enter date]</w:t>
                </w:r>
              </w:sdtContent>
            </w:sdt>
          </w:p>
        </w:tc>
        <w:tc>
          <w:tcPr>
            <w:tcW w:w="4608" w:type="dxa"/>
          </w:tcPr>
          <w:p w14:paraId="37F747D3" w14:textId="77777777" w:rsidR="005F7ABC" w:rsidRDefault="00126465">
            <w:sdt>
              <w:sdtPr>
                <w:alias w:val="Not-yet-trained member 7 mode"/>
                <w:tag w:val="obj2b_7_mode"/>
                <w:id w:val="1135"/>
                <w:placeholder>
                  <w:docPart w:val="8890E0E6125C4F5BB8A73665645787DC"/>
                </w:placeholder>
                <w:showingPlcHdr/>
                <w:text/>
              </w:sdtPr>
              <w:sdtEndPr/>
              <w:sdtContent>
                <w:r w:rsidR="003C65DF">
                  <w:rPr>
                    <w:color w:val="555555"/>
                  </w:rPr>
                  <w:t>[Enter mode]</w:t>
                </w:r>
              </w:sdtContent>
            </w:sdt>
          </w:p>
        </w:tc>
        <w:tc>
          <w:tcPr>
            <w:tcW w:w="2015" w:type="dxa"/>
          </w:tcPr>
          <w:p w14:paraId="248B351B" w14:textId="77777777" w:rsidR="005F7ABC" w:rsidRDefault="00126465">
            <w:sdt>
              <w:sdtPr>
                <w:alias w:val="Not-yet-trained member 7 hours"/>
                <w:tag w:val="obj2b_7_hours"/>
                <w:id w:val="1136"/>
                <w:placeholder>
                  <w:docPart w:val="BE4A45942DF74EF69443ABDAC675E964"/>
                </w:placeholder>
                <w:showingPlcHdr/>
                <w:text/>
              </w:sdtPr>
              <w:sdtEndPr/>
              <w:sdtContent>
                <w:r w:rsidR="003C65DF">
                  <w:rPr>
                    <w:color w:val="555555"/>
                  </w:rPr>
                  <w:t>[Enter hours]</w:t>
                </w:r>
              </w:sdtContent>
            </w:sdt>
          </w:p>
        </w:tc>
      </w:tr>
      <w:tr w:rsidR="005F7ABC" w14:paraId="0D28E1E6" w14:textId="77777777">
        <w:trPr>
          <w:cantSplit/>
          <w:jc w:val="center"/>
        </w:trPr>
        <w:tc>
          <w:tcPr>
            <w:tcW w:w="2880" w:type="dxa"/>
          </w:tcPr>
          <w:p w14:paraId="743325CB" w14:textId="77777777" w:rsidR="005F7ABC" w:rsidRDefault="00126465">
            <w:sdt>
              <w:sdtPr>
                <w:alias w:val="Not-yet-trained member 8 name"/>
                <w:tag w:val="obj2b_8_name"/>
                <w:id w:val="1137"/>
                <w:placeholder>
                  <w:docPart w:val="55156C3AC00D419DB236E2A6A497C74A"/>
                </w:placeholder>
                <w:showingPlcHdr/>
                <w:text/>
              </w:sdtPr>
              <w:sdtEndPr/>
              <w:sdtContent>
                <w:r w:rsidR="003C65DF">
                  <w:rPr>
                    <w:color w:val="555555"/>
                  </w:rPr>
                  <w:t>[Enter name]</w:t>
                </w:r>
              </w:sdtContent>
            </w:sdt>
          </w:p>
        </w:tc>
        <w:tc>
          <w:tcPr>
            <w:tcW w:w="2160" w:type="dxa"/>
          </w:tcPr>
          <w:p w14:paraId="693DD621" w14:textId="77777777" w:rsidR="005F7ABC" w:rsidRDefault="00126465">
            <w:sdt>
              <w:sdtPr>
                <w:alias w:val="Not-yet-trained member 8 date"/>
                <w:tag w:val="obj2b_8_date"/>
                <w:id w:val="1138"/>
                <w:placeholder>
                  <w:docPart w:val="2B69A5F385BE461D9C6818B63939F923"/>
                </w:placeholder>
                <w:showingPlcHdr/>
                <w:text/>
              </w:sdtPr>
              <w:sdtEndPr/>
              <w:sdtContent>
                <w:r w:rsidR="003C65DF">
                  <w:rPr>
                    <w:color w:val="555555"/>
                  </w:rPr>
                  <w:t>[Enter date]</w:t>
                </w:r>
              </w:sdtContent>
            </w:sdt>
          </w:p>
        </w:tc>
        <w:tc>
          <w:tcPr>
            <w:tcW w:w="4608" w:type="dxa"/>
          </w:tcPr>
          <w:p w14:paraId="044C93B9" w14:textId="77777777" w:rsidR="005F7ABC" w:rsidRDefault="00126465">
            <w:sdt>
              <w:sdtPr>
                <w:alias w:val="Not-yet-trained member 8 mode"/>
                <w:tag w:val="obj2b_8_mode"/>
                <w:id w:val="1139"/>
                <w:placeholder>
                  <w:docPart w:val="B31646E4AD824944B3ACA32BCBD4DB97"/>
                </w:placeholder>
                <w:showingPlcHdr/>
                <w:text/>
              </w:sdtPr>
              <w:sdtEndPr/>
              <w:sdtContent>
                <w:r w:rsidR="003C65DF">
                  <w:rPr>
                    <w:color w:val="555555"/>
                  </w:rPr>
                  <w:t>[Enter mode]</w:t>
                </w:r>
              </w:sdtContent>
            </w:sdt>
          </w:p>
        </w:tc>
        <w:tc>
          <w:tcPr>
            <w:tcW w:w="2015" w:type="dxa"/>
          </w:tcPr>
          <w:p w14:paraId="08CBCA9F" w14:textId="77777777" w:rsidR="005F7ABC" w:rsidRDefault="00126465">
            <w:sdt>
              <w:sdtPr>
                <w:alias w:val="Not-yet-trained member 8 hours"/>
                <w:tag w:val="obj2b_8_hours"/>
                <w:id w:val="1140"/>
                <w:placeholder>
                  <w:docPart w:val="4E66EDF7FCCB4751B36E05D97E4ADD33"/>
                </w:placeholder>
                <w:showingPlcHdr/>
                <w:text/>
              </w:sdtPr>
              <w:sdtEndPr/>
              <w:sdtContent>
                <w:r w:rsidR="003C65DF">
                  <w:rPr>
                    <w:color w:val="555555"/>
                  </w:rPr>
                  <w:t>[Enter hours]</w:t>
                </w:r>
              </w:sdtContent>
            </w:sdt>
          </w:p>
        </w:tc>
      </w:tr>
      <w:tr w:rsidR="005F7ABC" w14:paraId="531B7B89" w14:textId="77777777">
        <w:trPr>
          <w:cantSplit/>
          <w:jc w:val="center"/>
        </w:trPr>
        <w:tc>
          <w:tcPr>
            <w:tcW w:w="2880" w:type="dxa"/>
          </w:tcPr>
          <w:p w14:paraId="746EE781" w14:textId="77777777" w:rsidR="005F7ABC" w:rsidRDefault="00126465">
            <w:sdt>
              <w:sdtPr>
                <w:alias w:val="Not-yet-trained member 9 name"/>
                <w:tag w:val="obj2b_9_name"/>
                <w:id w:val="1141"/>
                <w:placeholder>
                  <w:docPart w:val="C3D219FCBAD6448D84FCB00C38DD8977"/>
                </w:placeholder>
                <w:showingPlcHdr/>
                <w:text/>
              </w:sdtPr>
              <w:sdtEndPr/>
              <w:sdtContent>
                <w:r w:rsidR="003C65DF">
                  <w:rPr>
                    <w:color w:val="555555"/>
                  </w:rPr>
                  <w:t>[Enter name]</w:t>
                </w:r>
              </w:sdtContent>
            </w:sdt>
          </w:p>
        </w:tc>
        <w:tc>
          <w:tcPr>
            <w:tcW w:w="2160" w:type="dxa"/>
          </w:tcPr>
          <w:p w14:paraId="5DB42D7B" w14:textId="77777777" w:rsidR="005F7ABC" w:rsidRDefault="00126465">
            <w:sdt>
              <w:sdtPr>
                <w:alias w:val="Not-yet-trained member 9 date"/>
                <w:tag w:val="obj2b_9_date"/>
                <w:id w:val="1142"/>
                <w:placeholder>
                  <w:docPart w:val="A52EA849AB344198A7FA3E6C3B7A5C9F"/>
                </w:placeholder>
                <w:showingPlcHdr/>
                <w:text/>
              </w:sdtPr>
              <w:sdtEndPr/>
              <w:sdtContent>
                <w:r w:rsidR="003C65DF">
                  <w:rPr>
                    <w:color w:val="555555"/>
                  </w:rPr>
                  <w:t>[Enter date]</w:t>
                </w:r>
              </w:sdtContent>
            </w:sdt>
          </w:p>
        </w:tc>
        <w:tc>
          <w:tcPr>
            <w:tcW w:w="4608" w:type="dxa"/>
          </w:tcPr>
          <w:p w14:paraId="6441BDFE" w14:textId="77777777" w:rsidR="005F7ABC" w:rsidRDefault="00126465">
            <w:sdt>
              <w:sdtPr>
                <w:alias w:val="Not-yet-trained member 9 mode"/>
                <w:tag w:val="obj2b_9_mode"/>
                <w:id w:val="1143"/>
                <w:placeholder>
                  <w:docPart w:val="30636AB1674E481F838344CAD3C7C083"/>
                </w:placeholder>
                <w:showingPlcHdr/>
                <w:text/>
              </w:sdtPr>
              <w:sdtEndPr/>
              <w:sdtContent>
                <w:r w:rsidR="003C65DF">
                  <w:rPr>
                    <w:color w:val="555555"/>
                  </w:rPr>
                  <w:t>[Enter mode]</w:t>
                </w:r>
              </w:sdtContent>
            </w:sdt>
          </w:p>
        </w:tc>
        <w:tc>
          <w:tcPr>
            <w:tcW w:w="2015" w:type="dxa"/>
          </w:tcPr>
          <w:p w14:paraId="4922B235" w14:textId="77777777" w:rsidR="005F7ABC" w:rsidRDefault="00126465">
            <w:sdt>
              <w:sdtPr>
                <w:alias w:val="Not-yet-trained member 9 hours"/>
                <w:tag w:val="obj2b_9_hours"/>
                <w:id w:val="1144"/>
                <w:placeholder>
                  <w:docPart w:val="82737AD75EDA40AEAB43D68953098763"/>
                </w:placeholder>
                <w:showingPlcHdr/>
                <w:text/>
              </w:sdtPr>
              <w:sdtEndPr/>
              <w:sdtContent>
                <w:r w:rsidR="003C65DF">
                  <w:rPr>
                    <w:color w:val="555555"/>
                  </w:rPr>
                  <w:t>[Enter hours]</w:t>
                </w:r>
              </w:sdtContent>
            </w:sdt>
          </w:p>
        </w:tc>
      </w:tr>
      <w:tr w:rsidR="005F7ABC" w14:paraId="786F762D" w14:textId="77777777">
        <w:trPr>
          <w:cantSplit/>
          <w:jc w:val="center"/>
        </w:trPr>
        <w:tc>
          <w:tcPr>
            <w:tcW w:w="2880" w:type="dxa"/>
          </w:tcPr>
          <w:p w14:paraId="605F2044" w14:textId="77777777" w:rsidR="005F7ABC" w:rsidRDefault="00126465">
            <w:sdt>
              <w:sdtPr>
                <w:alias w:val="Not-yet-trained member 10 name"/>
                <w:tag w:val="obj2b_10_name"/>
                <w:id w:val="1145"/>
                <w:placeholder>
                  <w:docPart w:val="3134FBE7A8A04F958E030257C6BDA346"/>
                </w:placeholder>
                <w:showingPlcHdr/>
                <w:text/>
              </w:sdtPr>
              <w:sdtEndPr/>
              <w:sdtContent>
                <w:r w:rsidR="003C65DF">
                  <w:rPr>
                    <w:color w:val="555555"/>
                  </w:rPr>
                  <w:t>[Enter name]</w:t>
                </w:r>
              </w:sdtContent>
            </w:sdt>
          </w:p>
        </w:tc>
        <w:tc>
          <w:tcPr>
            <w:tcW w:w="2160" w:type="dxa"/>
          </w:tcPr>
          <w:p w14:paraId="3C65C751" w14:textId="77777777" w:rsidR="005F7ABC" w:rsidRDefault="00126465">
            <w:sdt>
              <w:sdtPr>
                <w:alias w:val="Not-yet-trained member 10 date"/>
                <w:tag w:val="obj2b_10_date"/>
                <w:id w:val="1146"/>
                <w:placeholder>
                  <w:docPart w:val="C16D55468AB041DC9E561DCEABA5B65C"/>
                </w:placeholder>
                <w:showingPlcHdr/>
                <w:text/>
              </w:sdtPr>
              <w:sdtEndPr/>
              <w:sdtContent>
                <w:r w:rsidR="003C65DF">
                  <w:rPr>
                    <w:color w:val="555555"/>
                  </w:rPr>
                  <w:t>[Enter date]</w:t>
                </w:r>
              </w:sdtContent>
            </w:sdt>
          </w:p>
        </w:tc>
        <w:tc>
          <w:tcPr>
            <w:tcW w:w="4608" w:type="dxa"/>
          </w:tcPr>
          <w:p w14:paraId="279C3682" w14:textId="77777777" w:rsidR="005F7ABC" w:rsidRDefault="00126465">
            <w:sdt>
              <w:sdtPr>
                <w:alias w:val="Not-yet-trained member 10 mode"/>
                <w:tag w:val="obj2b_10_mode"/>
                <w:id w:val="1147"/>
                <w:placeholder>
                  <w:docPart w:val="C8A88797B727437FBC8610B83AEB64BC"/>
                </w:placeholder>
                <w:showingPlcHdr/>
                <w:text/>
              </w:sdtPr>
              <w:sdtEndPr/>
              <w:sdtContent>
                <w:r w:rsidR="003C65DF">
                  <w:rPr>
                    <w:color w:val="555555"/>
                  </w:rPr>
                  <w:t>[Enter mode]</w:t>
                </w:r>
              </w:sdtContent>
            </w:sdt>
          </w:p>
        </w:tc>
        <w:tc>
          <w:tcPr>
            <w:tcW w:w="2015" w:type="dxa"/>
          </w:tcPr>
          <w:p w14:paraId="2EE3E907" w14:textId="77777777" w:rsidR="005F7ABC" w:rsidRDefault="00126465">
            <w:sdt>
              <w:sdtPr>
                <w:alias w:val="Not-yet-trained member 10 hours"/>
                <w:tag w:val="obj2b_10_hours"/>
                <w:id w:val="1148"/>
                <w:placeholder>
                  <w:docPart w:val="D186CA248A1540409D04D8AF0B7B7CF9"/>
                </w:placeholder>
                <w:showingPlcHdr/>
                <w:text/>
              </w:sdtPr>
              <w:sdtEndPr/>
              <w:sdtContent>
                <w:r w:rsidR="003C65DF">
                  <w:rPr>
                    <w:color w:val="555555"/>
                  </w:rPr>
                  <w:t>[Enter hours]</w:t>
                </w:r>
              </w:sdtContent>
            </w:sdt>
          </w:p>
        </w:tc>
      </w:tr>
    </w:tbl>
    <w:p w14:paraId="671584DF" w14:textId="77777777" w:rsidR="005F7ABC" w:rsidRDefault="003C65DF" w:rsidP="000D5184">
      <w:pPr>
        <w:pStyle w:val="Heading1"/>
        <w:spacing w:before="240"/>
      </w:pPr>
      <w:r>
        <w:lastRenderedPageBreak/>
        <w:t>Objective #3</w:t>
      </w:r>
    </w:p>
    <w:p w14:paraId="3F9747D6" w14:textId="77777777" w:rsidR="005F7ABC" w:rsidRDefault="003C65DF">
      <w:pPr>
        <w:pStyle w:val="Heading2"/>
      </w:pPr>
      <w:r>
        <w:t>Objective Statement #3:</w:t>
      </w:r>
    </w:p>
    <w:p w14:paraId="29ABBB01" w14:textId="77777777" w:rsidR="005F7ABC" w:rsidRDefault="003C65DF">
      <w:r>
        <w:t>Rapid access to care is of the utmost importance. Initial contact with the individual is required within 48 hours of referral to iHOPE.  If the individual does not meet criteria for iHOPE, referral and warm handoff* to appropriate services is required within 48 hours of referral.</w:t>
      </w:r>
    </w:p>
    <w:p w14:paraId="3C31DC2C" w14:textId="77777777" w:rsidR="005F7ABC" w:rsidRDefault="003C65DF">
      <w:r>
        <w:rPr>
          <w:b/>
        </w:rPr>
        <w:t xml:space="preserve">* Warm Handoff: </w:t>
      </w:r>
      <w:r>
        <w:t>An approach in which the iHOPE Team Member provides a face-to-face introduction of a potential client and/or family to the behavioral health specialist/program/support person to which they are being referred and includes no gap in the provision of care.</w:t>
      </w:r>
    </w:p>
    <w:p w14:paraId="5FD85069" w14:textId="77777777" w:rsidR="005F7ABC" w:rsidRDefault="003C65DF">
      <w:pPr>
        <w:pStyle w:val="Heading2"/>
      </w:pPr>
      <w:r>
        <w:t>Measurement Methods:</w:t>
      </w:r>
    </w:p>
    <w:p w14:paraId="0891B07A" w14:textId="77777777" w:rsidR="005F7ABC" w:rsidRDefault="003C65DF">
      <w:pPr>
        <w:numPr>
          <w:ilvl w:val="0"/>
          <w:numId w:val="10"/>
        </w:numPr>
      </w:pPr>
      <w:r>
        <w:t>Number of referrals and length of time from referral to first contact.</w:t>
      </w:r>
    </w:p>
    <w:p w14:paraId="582BF41D" w14:textId="77777777" w:rsidR="005F7ABC" w:rsidRDefault="003C65DF">
      <w:pPr>
        <w:numPr>
          <w:ilvl w:val="0"/>
          <w:numId w:val="10"/>
        </w:numPr>
      </w:pPr>
      <w:r>
        <w:t>Number of warm handoffs and length of time between referral and warm handoff.</w:t>
      </w:r>
    </w:p>
    <w:p w14:paraId="2940D46E" w14:textId="77777777" w:rsidR="005F7ABC" w:rsidRDefault="003C65DF">
      <w:pPr>
        <w:pStyle w:val="Heading2"/>
      </w:pPr>
      <w:r>
        <w:t>Objective #3 Narrative:</w:t>
      </w:r>
    </w:p>
    <w:p w14:paraId="372235E9" w14:textId="77777777" w:rsidR="005F7ABC" w:rsidRDefault="003C65DF">
      <w:r>
        <w:t>In the following table, please complete the number of referrals as indicated for each quarter.  The year-to-date (YTD) field will automatically calculate.</w:t>
      </w:r>
    </w:p>
    <w:p w14:paraId="367AFD18" w14:textId="77777777" w:rsidR="005F7ABC" w:rsidRDefault="003C65DF">
      <w:r>
        <w:t>Please note that for item #’s 3C and 3F there is an additional Objective Narrative to complete, should you have any either of these types of referrals.</w:t>
      </w:r>
    </w:p>
    <w:tbl>
      <w:tblPr>
        <w:tblStyle w:val="TableGrid"/>
        <w:tblW w:w="0" w:type="auto"/>
        <w:jc w:val="center"/>
        <w:tblLayout w:type="fixed"/>
        <w:tblLook w:val="04A0" w:firstRow="1" w:lastRow="0" w:firstColumn="1" w:lastColumn="0" w:noHBand="0" w:noVBand="1"/>
        <w:tblCaption w:val="Objective 3 quarterly referral measures"/>
        <w:tblDescription w:val="Quarterly and year-to-date referral and warm handoff measures for Objective 3."/>
      </w:tblPr>
      <w:tblGrid>
        <w:gridCol w:w="648"/>
        <w:gridCol w:w="4680"/>
        <w:gridCol w:w="936"/>
        <w:gridCol w:w="936"/>
        <w:gridCol w:w="936"/>
        <w:gridCol w:w="936"/>
        <w:gridCol w:w="1007"/>
      </w:tblGrid>
      <w:tr w:rsidR="005F7ABC" w14:paraId="41814E0D" w14:textId="77777777">
        <w:trPr>
          <w:cantSplit/>
          <w:tblHeader/>
          <w:jc w:val="center"/>
        </w:trPr>
        <w:tc>
          <w:tcPr>
            <w:tcW w:w="648" w:type="dxa"/>
            <w:shd w:val="clear" w:color="auto" w:fill="E7E6C8"/>
            <w:vAlign w:val="center"/>
          </w:tcPr>
          <w:p w14:paraId="274C4634" w14:textId="77777777" w:rsidR="005F7ABC" w:rsidRDefault="003C65DF">
            <w:r>
              <w:rPr>
                <w:b/>
                <w:sz w:val="19"/>
              </w:rPr>
              <w:t>#</w:t>
            </w:r>
          </w:p>
        </w:tc>
        <w:tc>
          <w:tcPr>
            <w:tcW w:w="4680" w:type="dxa"/>
            <w:shd w:val="clear" w:color="auto" w:fill="E7E6C8"/>
            <w:vAlign w:val="center"/>
          </w:tcPr>
          <w:p w14:paraId="342E137B" w14:textId="77777777" w:rsidR="005F7ABC" w:rsidRDefault="003C65DF">
            <w:r>
              <w:rPr>
                <w:b/>
                <w:sz w:val="19"/>
              </w:rPr>
              <w:t>Activity Description</w:t>
            </w:r>
          </w:p>
        </w:tc>
        <w:tc>
          <w:tcPr>
            <w:tcW w:w="936" w:type="dxa"/>
            <w:shd w:val="clear" w:color="auto" w:fill="E7E6C8"/>
            <w:vAlign w:val="center"/>
          </w:tcPr>
          <w:p w14:paraId="66AE204F" w14:textId="77777777" w:rsidR="005F7ABC" w:rsidRDefault="003C65DF">
            <w:r>
              <w:rPr>
                <w:b/>
                <w:sz w:val="19"/>
              </w:rPr>
              <w:t>Q1</w:t>
            </w:r>
          </w:p>
        </w:tc>
        <w:tc>
          <w:tcPr>
            <w:tcW w:w="936" w:type="dxa"/>
            <w:shd w:val="clear" w:color="auto" w:fill="E7E6C8"/>
            <w:vAlign w:val="center"/>
          </w:tcPr>
          <w:p w14:paraId="411A739B" w14:textId="77777777" w:rsidR="005F7ABC" w:rsidRDefault="003C65DF">
            <w:r>
              <w:rPr>
                <w:b/>
                <w:sz w:val="19"/>
              </w:rPr>
              <w:t>Q2</w:t>
            </w:r>
          </w:p>
        </w:tc>
        <w:tc>
          <w:tcPr>
            <w:tcW w:w="936" w:type="dxa"/>
            <w:shd w:val="clear" w:color="auto" w:fill="E7E6C8"/>
            <w:vAlign w:val="center"/>
          </w:tcPr>
          <w:p w14:paraId="2ED1D348" w14:textId="77777777" w:rsidR="005F7ABC" w:rsidRDefault="003C65DF">
            <w:r>
              <w:rPr>
                <w:b/>
                <w:sz w:val="19"/>
              </w:rPr>
              <w:t>Q3</w:t>
            </w:r>
          </w:p>
        </w:tc>
        <w:tc>
          <w:tcPr>
            <w:tcW w:w="936" w:type="dxa"/>
            <w:shd w:val="clear" w:color="auto" w:fill="E7E6C8"/>
            <w:vAlign w:val="center"/>
          </w:tcPr>
          <w:p w14:paraId="42A3400E" w14:textId="77777777" w:rsidR="005F7ABC" w:rsidRDefault="003C65DF">
            <w:r>
              <w:rPr>
                <w:b/>
                <w:sz w:val="19"/>
              </w:rPr>
              <w:t>Q4</w:t>
            </w:r>
          </w:p>
        </w:tc>
        <w:tc>
          <w:tcPr>
            <w:tcW w:w="1007" w:type="dxa"/>
            <w:shd w:val="clear" w:color="auto" w:fill="E7E6C8"/>
            <w:vAlign w:val="center"/>
          </w:tcPr>
          <w:p w14:paraId="0BDD3D32" w14:textId="77777777" w:rsidR="005F7ABC" w:rsidRDefault="003C65DF">
            <w:r>
              <w:rPr>
                <w:b/>
                <w:sz w:val="19"/>
              </w:rPr>
              <w:t>YTD</w:t>
            </w:r>
          </w:p>
        </w:tc>
      </w:tr>
      <w:tr w:rsidR="005F7ABC" w14:paraId="26EC5788" w14:textId="77777777">
        <w:trPr>
          <w:cantSplit/>
          <w:jc w:val="center"/>
        </w:trPr>
        <w:tc>
          <w:tcPr>
            <w:tcW w:w="648" w:type="dxa"/>
            <w:vAlign w:val="center"/>
          </w:tcPr>
          <w:p w14:paraId="189C2CFB" w14:textId="77777777" w:rsidR="005F7ABC" w:rsidRDefault="003C65DF">
            <w:r>
              <w:rPr>
                <w:sz w:val="19"/>
              </w:rPr>
              <w:t>3A</w:t>
            </w:r>
          </w:p>
        </w:tc>
        <w:tc>
          <w:tcPr>
            <w:tcW w:w="4680" w:type="dxa"/>
            <w:vAlign w:val="center"/>
          </w:tcPr>
          <w:p w14:paraId="3A764E02" w14:textId="77777777" w:rsidR="005F7ABC" w:rsidRDefault="003C65DF">
            <w:r>
              <w:rPr>
                <w:sz w:val="19"/>
              </w:rPr>
              <w:t>Number of iHOPE Referrals.</w:t>
            </w:r>
          </w:p>
        </w:tc>
        <w:tc>
          <w:tcPr>
            <w:tcW w:w="936" w:type="dxa"/>
          </w:tcPr>
          <w:p w14:paraId="679B7EBD" w14:textId="77777777" w:rsidR="005F7ABC" w:rsidRDefault="00126465">
            <w:sdt>
              <w:sdtPr>
                <w:alias w:val="3A Q1"/>
                <w:tag w:val="obj3_3a_q1"/>
                <w:id w:val="1149"/>
                <w:placeholder>
                  <w:docPart w:val="D20B600294DD40399399215E242D3BC0"/>
                </w:placeholder>
                <w:showingPlcHdr/>
                <w:text/>
              </w:sdtPr>
              <w:sdtEndPr/>
              <w:sdtContent>
                <w:r w:rsidR="003C65DF">
                  <w:rPr>
                    <w:color w:val="555555"/>
                  </w:rPr>
                  <w:t>[Enter number]</w:t>
                </w:r>
              </w:sdtContent>
            </w:sdt>
          </w:p>
        </w:tc>
        <w:tc>
          <w:tcPr>
            <w:tcW w:w="936" w:type="dxa"/>
          </w:tcPr>
          <w:p w14:paraId="5359F499" w14:textId="77777777" w:rsidR="005F7ABC" w:rsidRDefault="00126465">
            <w:sdt>
              <w:sdtPr>
                <w:alias w:val="3A Q2"/>
                <w:tag w:val="obj3_3a_q2"/>
                <w:id w:val="1150"/>
                <w:placeholder>
                  <w:docPart w:val="D22D9A74C64F4F7B856FD8242BBCD447"/>
                </w:placeholder>
                <w:showingPlcHdr/>
                <w:text/>
              </w:sdtPr>
              <w:sdtEndPr/>
              <w:sdtContent>
                <w:r w:rsidR="003C65DF">
                  <w:rPr>
                    <w:color w:val="555555"/>
                  </w:rPr>
                  <w:t>[Enter number]</w:t>
                </w:r>
              </w:sdtContent>
            </w:sdt>
          </w:p>
        </w:tc>
        <w:tc>
          <w:tcPr>
            <w:tcW w:w="936" w:type="dxa"/>
          </w:tcPr>
          <w:p w14:paraId="3D09668D" w14:textId="77777777" w:rsidR="005F7ABC" w:rsidRDefault="00126465">
            <w:sdt>
              <w:sdtPr>
                <w:alias w:val="3A Q3"/>
                <w:tag w:val="obj3_3a_q3"/>
                <w:id w:val="1151"/>
                <w:placeholder>
                  <w:docPart w:val="733A432B2F574E2499DB605E5C1C3CAB"/>
                </w:placeholder>
                <w:showingPlcHdr/>
                <w:text/>
              </w:sdtPr>
              <w:sdtEndPr/>
              <w:sdtContent>
                <w:r w:rsidR="003C65DF">
                  <w:rPr>
                    <w:color w:val="555555"/>
                  </w:rPr>
                  <w:t>[Enter number]</w:t>
                </w:r>
              </w:sdtContent>
            </w:sdt>
          </w:p>
        </w:tc>
        <w:tc>
          <w:tcPr>
            <w:tcW w:w="936" w:type="dxa"/>
          </w:tcPr>
          <w:p w14:paraId="2CB00850" w14:textId="77777777" w:rsidR="005F7ABC" w:rsidRDefault="00126465">
            <w:sdt>
              <w:sdtPr>
                <w:alias w:val="3A Q4"/>
                <w:tag w:val="obj3_3a_q4"/>
                <w:id w:val="1152"/>
                <w:placeholder>
                  <w:docPart w:val="B3499D53E6B64C9A9F93DECCF2ED45CB"/>
                </w:placeholder>
                <w:showingPlcHdr/>
                <w:text/>
              </w:sdtPr>
              <w:sdtEndPr/>
              <w:sdtContent>
                <w:r w:rsidR="003C65DF">
                  <w:rPr>
                    <w:color w:val="555555"/>
                  </w:rPr>
                  <w:t>[Enter number]</w:t>
                </w:r>
              </w:sdtContent>
            </w:sdt>
          </w:p>
        </w:tc>
        <w:tc>
          <w:tcPr>
            <w:tcW w:w="1007" w:type="dxa"/>
          </w:tcPr>
          <w:p w14:paraId="783BBDC6" w14:textId="77777777" w:rsidR="005F7ABC" w:rsidRDefault="003C65DF">
            <w:r>
              <w:fldChar w:fldCharType="begin"/>
            </w:r>
            <w:r>
              <w:instrText>=SUM(LEFT)</w:instrText>
            </w:r>
            <w:r>
              <w:fldChar w:fldCharType="separate"/>
            </w:r>
            <w:r>
              <w:t>0</w:t>
            </w:r>
            <w:r>
              <w:fldChar w:fldCharType="end"/>
            </w:r>
          </w:p>
        </w:tc>
      </w:tr>
      <w:tr w:rsidR="005F7ABC" w14:paraId="5DFF6556" w14:textId="77777777">
        <w:trPr>
          <w:cantSplit/>
          <w:jc w:val="center"/>
        </w:trPr>
        <w:tc>
          <w:tcPr>
            <w:tcW w:w="648" w:type="dxa"/>
            <w:vAlign w:val="center"/>
          </w:tcPr>
          <w:p w14:paraId="53E6C6F6" w14:textId="77777777" w:rsidR="005F7ABC" w:rsidRDefault="003C65DF">
            <w:r>
              <w:rPr>
                <w:sz w:val="19"/>
              </w:rPr>
              <w:t>3B</w:t>
            </w:r>
          </w:p>
        </w:tc>
        <w:tc>
          <w:tcPr>
            <w:tcW w:w="4680" w:type="dxa"/>
            <w:vAlign w:val="center"/>
          </w:tcPr>
          <w:p w14:paraId="576B9AF1" w14:textId="77777777" w:rsidR="005F7ABC" w:rsidRDefault="003C65DF">
            <w:r>
              <w:rPr>
                <w:sz w:val="19"/>
              </w:rPr>
              <w:t>Number of iHOPE Referrals with an initial contact within 48 hours of referral to iHOPE.</w:t>
            </w:r>
          </w:p>
        </w:tc>
        <w:tc>
          <w:tcPr>
            <w:tcW w:w="936" w:type="dxa"/>
          </w:tcPr>
          <w:p w14:paraId="5623E5A4" w14:textId="77777777" w:rsidR="005F7ABC" w:rsidRDefault="00126465">
            <w:sdt>
              <w:sdtPr>
                <w:alias w:val="3B Q1"/>
                <w:tag w:val="obj3_3b_q1"/>
                <w:id w:val="1153"/>
                <w:placeholder>
                  <w:docPart w:val="D9C193A55F58421C8572E58FBFE7965F"/>
                </w:placeholder>
                <w:showingPlcHdr/>
                <w:text/>
              </w:sdtPr>
              <w:sdtEndPr/>
              <w:sdtContent>
                <w:r w:rsidR="003C65DF">
                  <w:rPr>
                    <w:color w:val="555555"/>
                  </w:rPr>
                  <w:t>[Enter number]</w:t>
                </w:r>
              </w:sdtContent>
            </w:sdt>
          </w:p>
        </w:tc>
        <w:tc>
          <w:tcPr>
            <w:tcW w:w="936" w:type="dxa"/>
          </w:tcPr>
          <w:p w14:paraId="3A2DB978" w14:textId="77777777" w:rsidR="005F7ABC" w:rsidRDefault="00126465">
            <w:sdt>
              <w:sdtPr>
                <w:alias w:val="3B Q2"/>
                <w:tag w:val="obj3_3b_q2"/>
                <w:id w:val="1154"/>
                <w:placeholder>
                  <w:docPart w:val="EE60F5622E5E4811BECB86202F11D797"/>
                </w:placeholder>
                <w:showingPlcHdr/>
                <w:text/>
              </w:sdtPr>
              <w:sdtEndPr/>
              <w:sdtContent>
                <w:r w:rsidR="003C65DF">
                  <w:rPr>
                    <w:color w:val="555555"/>
                  </w:rPr>
                  <w:t>[Enter number]</w:t>
                </w:r>
              </w:sdtContent>
            </w:sdt>
          </w:p>
        </w:tc>
        <w:tc>
          <w:tcPr>
            <w:tcW w:w="936" w:type="dxa"/>
          </w:tcPr>
          <w:p w14:paraId="0730F1DC" w14:textId="77777777" w:rsidR="005F7ABC" w:rsidRDefault="00126465">
            <w:sdt>
              <w:sdtPr>
                <w:alias w:val="3B Q3"/>
                <w:tag w:val="obj3_3b_q3"/>
                <w:id w:val="1155"/>
                <w:placeholder>
                  <w:docPart w:val="99B01AE1A8F94C7380D4C535381DEDF4"/>
                </w:placeholder>
                <w:showingPlcHdr/>
                <w:text/>
              </w:sdtPr>
              <w:sdtEndPr/>
              <w:sdtContent>
                <w:r w:rsidR="003C65DF">
                  <w:rPr>
                    <w:color w:val="555555"/>
                  </w:rPr>
                  <w:t>[Enter number]</w:t>
                </w:r>
              </w:sdtContent>
            </w:sdt>
          </w:p>
        </w:tc>
        <w:tc>
          <w:tcPr>
            <w:tcW w:w="936" w:type="dxa"/>
          </w:tcPr>
          <w:p w14:paraId="7BBB4069" w14:textId="77777777" w:rsidR="005F7ABC" w:rsidRDefault="00126465">
            <w:sdt>
              <w:sdtPr>
                <w:alias w:val="3B Q4"/>
                <w:tag w:val="obj3_3b_q4"/>
                <w:id w:val="1156"/>
                <w:placeholder>
                  <w:docPart w:val="46AEEECD27994C6A9F5A0854E236C2BC"/>
                </w:placeholder>
                <w:showingPlcHdr/>
                <w:text/>
              </w:sdtPr>
              <w:sdtEndPr/>
              <w:sdtContent>
                <w:r w:rsidR="003C65DF">
                  <w:rPr>
                    <w:color w:val="555555"/>
                  </w:rPr>
                  <w:t>[Enter number]</w:t>
                </w:r>
              </w:sdtContent>
            </w:sdt>
          </w:p>
        </w:tc>
        <w:tc>
          <w:tcPr>
            <w:tcW w:w="1007" w:type="dxa"/>
          </w:tcPr>
          <w:p w14:paraId="59A304E3" w14:textId="77777777" w:rsidR="005F7ABC" w:rsidRDefault="003C65DF">
            <w:r>
              <w:fldChar w:fldCharType="begin"/>
            </w:r>
            <w:r>
              <w:instrText>=SUM(LEFT)</w:instrText>
            </w:r>
            <w:r>
              <w:fldChar w:fldCharType="separate"/>
            </w:r>
            <w:r>
              <w:t>0</w:t>
            </w:r>
            <w:r>
              <w:fldChar w:fldCharType="end"/>
            </w:r>
          </w:p>
        </w:tc>
      </w:tr>
      <w:tr w:rsidR="005F7ABC" w14:paraId="1E2ABA85" w14:textId="77777777">
        <w:trPr>
          <w:cantSplit/>
          <w:jc w:val="center"/>
        </w:trPr>
        <w:tc>
          <w:tcPr>
            <w:tcW w:w="648" w:type="dxa"/>
            <w:vAlign w:val="center"/>
          </w:tcPr>
          <w:p w14:paraId="29DF6B29" w14:textId="77777777" w:rsidR="005F7ABC" w:rsidRDefault="003C65DF">
            <w:r>
              <w:rPr>
                <w:sz w:val="19"/>
              </w:rPr>
              <w:t>3C</w:t>
            </w:r>
          </w:p>
        </w:tc>
        <w:tc>
          <w:tcPr>
            <w:tcW w:w="4680" w:type="dxa"/>
            <w:vAlign w:val="center"/>
          </w:tcPr>
          <w:p w14:paraId="7B1ED257" w14:textId="77777777" w:rsidR="005F7ABC" w:rsidRDefault="003C65DF">
            <w:r>
              <w:rPr>
                <w:sz w:val="19"/>
              </w:rPr>
              <w:t>Number of Referrals with an initial contact made in a time period longer than 48 hours of referral to iHOPE. (Complete Objective #3C Narrative below.)</w:t>
            </w:r>
          </w:p>
        </w:tc>
        <w:tc>
          <w:tcPr>
            <w:tcW w:w="936" w:type="dxa"/>
          </w:tcPr>
          <w:p w14:paraId="68785AA0" w14:textId="77777777" w:rsidR="005F7ABC" w:rsidRDefault="00126465">
            <w:sdt>
              <w:sdtPr>
                <w:alias w:val="3C Q1"/>
                <w:tag w:val="obj3_3c_q1"/>
                <w:id w:val="1157"/>
                <w:placeholder>
                  <w:docPart w:val="347648DE14DB41F5B7248047FA8B4598"/>
                </w:placeholder>
                <w:showingPlcHdr/>
                <w:text/>
              </w:sdtPr>
              <w:sdtEndPr/>
              <w:sdtContent>
                <w:r w:rsidR="003C65DF">
                  <w:rPr>
                    <w:color w:val="555555"/>
                  </w:rPr>
                  <w:t>[Enter number]</w:t>
                </w:r>
              </w:sdtContent>
            </w:sdt>
          </w:p>
        </w:tc>
        <w:tc>
          <w:tcPr>
            <w:tcW w:w="936" w:type="dxa"/>
          </w:tcPr>
          <w:p w14:paraId="6C399240" w14:textId="77777777" w:rsidR="005F7ABC" w:rsidRDefault="00126465">
            <w:sdt>
              <w:sdtPr>
                <w:alias w:val="3C Q2"/>
                <w:tag w:val="obj3_3c_q2"/>
                <w:id w:val="1158"/>
                <w:placeholder>
                  <w:docPart w:val="1D6665E036394744825160DCA7083B8B"/>
                </w:placeholder>
                <w:showingPlcHdr/>
                <w:text/>
              </w:sdtPr>
              <w:sdtEndPr/>
              <w:sdtContent>
                <w:r w:rsidR="003C65DF">
                  <w:rPr>
                    <w:color w:val="555555"/>
                  </w:rPr>
                  <w:t>[Enter number]</w:t>
                </w:r>
              </w:sdtContent>
            </w:sdt>
          </w:p>
        </w:tc>
        <w:tc>
          <w:tcPr>
            <w:tcW w:w="936" w:type="dxa"/>
          </w:tcPr>
          <w:p w14:paraId="77AC9131" w14:textId="77777777" w:rsidR="005F7ABC" w:rsidRDefault="00126465">
            <w:sdt>
              <w:sdtPr>
                <w:alias w:val="3C Q3"/>
                <w:tag w:val="obj3_3c_q3"/>
                <w:id w:val="1159"/>
                <w:placeholder>
                  <w:docPart w:val="67EC165D3ABD4EEF8244DEC793C4AC39"/>
                </w:placeholder>
                <w:showingPlcHdr/>
                <w:text/>
              </w:sdtPr>
              <w:sdtEndPr/>
              <w:sdtContent>
                <w:r w:rsidR="003C65DF">
                  <w:rPr>
                    <w:color w:val="555555"/>
                  </w:rPr>
                  <w:t>[Enter number]</w:t>
                </w:r>
              </w:sdtContent>
            </w:sdt>
          </w:p>
        </w:tc>
        <w:tc>
          <w:tcPr>
            <w:tcW w:w="936" w:type="dxa"/>
          </w:tcPr>
          <w:p w14:paraId="324AED07" w14:textId="77777777" w:rsidR="005F7ABC" w:rsidRDefault="00126465">
            <w:sdt>
              <w:sdtPr>
                <w:alias w:val="3C Q4"/>
                <w:tag w:val="obj3_3c_q4"/>
                <w:id w:val="1160"/>
                <w:placeholder>
                  <w:docPart w:val="F27CD2E4DBB445BAB427FB06B8DF892B"/>
                </w:placeholder>
                <w:showingPlcHdr/>
                <w:text/>
              </w:sdtPr>
              <w:sdtEndPr/>
              <w:sdtContent>
                <w:r w:rsidR="003C65DF">
                  <w:rPr>
                    <w:color w:val="555555"/>
                  </w:rPr>
                  <w:t>[Enter number]</w:t>
                </w:r>
              </w:sdtContent>
            </w:sdt>
          </w:p>
        </w:tc>
        <w:tc>
          <w:tcPr>
            <w:tcW w:w="1007" w:type="dxa"/>
          </w:tcPr>
          <w:p w14:paraId="7F73F27E" w14:textId="77777777" w:rsidR="005F7ABC" w:rsidRDefault="003C65DF">
            <w:r>
              <w:fldChar w:fldCharType="begin"/>
            </w:r>
            <w:r>
              <w:instrText>=SUM(LEFT)</w:instrText>
            </w:r>
            <w:r>
              <w:fldChar w:fldCharType="separate"/>
            </w:r>
            <w:r>
              <w:t>0</w:t>
            </w:r>
            <w:r>
              <w:fldChar w:fldCharType="end"/>
            </w:r>
          </w:p>
        </w:tc>
      </w:tr>
      <w:tr w:rsidR="005F7ABC" w14:paraId="1C91EF59" w14:textId="77777777">
        <w:trPr>
          <w:cantSplit/>
          <w:jc w:val="center"/>
        </w:trPr>
        <w:tc>
          <w:tcPr>
            <w:tcW w:w="648" w:type="dxa"/>
            <w:vAlign w:val="center"/>
          </w:tcPr>
          <w:p w14:paraId="684245C6" w14:textId="77777777" w:rsidR="005F7ABC" w:rsidRDefault="003C65DF">
            <w:r>
              <w:rPr>
                <w:sz w:val="19"/>
              </w:rPr>
              <w:t>3D</w:t>
            </w:r>
          </w:p>
        </w:tc>
        <w:tc>
          <w:tcPr>
            <w:tcW w:w="4680" w:type="dxa"/>
            <w:vAlign w:val="center"/>
          </w:tcPr>
          <w:p w14:paraId="517BA561" w14:textId="77777777" w:rsidR="005F7ABC" w:rsidRDefault="003C65DF">
            <w:r>
              <w:rPr>
                <w:sz w:val="19"/>
              </w:rPr>
              <w:t>Number of Referrals provided with a Warm Handoff* to other services/supports within 48 hours of referral. (*See Objective Statement #3 for definition.)</w:t>
            </w:r>
          </w:p>
        </w:tc>
        <w:tc>
          <w:tcPr>
            <w:tcW w:w="936" w:type="dxa"/>
          </w:tcPr>
          <w:p w14:paraId="0F845C06" w14:textId="77777777" w:rsidR="005F7ABC" w:rsidRDefault="00126465">
            <w:sdt>
              <w:sdtPr>
                <w:alias w:val="3D Q1"/>
                <w:tag w:val="obj3_3d_q1"/>
                <w:id w:val="1161"/>
                <w:placeholder>
                  <w:docPart w:val="31354CAAD2344182910F623D34405D08"/>
                </w:placeholder>
                <w:showingPlcHdr/>
                <w:text/>
              </w:sdtPr>
              <w:sdtEndPr/>
              <w:sdtContent>
                <w:r w:rsidR="003C65DF">
                  <w:rPr>
                    <w:color w:val="555555"/>
                  </w:rPr>
                  <w:t>[Enter number]</w:t>
                </w:r>
              </w:sdtContent>
            </w:sdt>
          </w:p>
        </w:tc>
        <w:tc>
          <w:tcPr>
            <w:tcW w:w="936" w:type="dxa"/>
          </w:tcPr>
          <w:p w14:paraId="63CB073A" w14:textId="77777777" w:rsidR="005F7ABC" w:rsidRDefault="00126465">
            <w:sdt>
              <w:sdtPr>
                <w:alias w:val="3D Q2"/>
                <w:tag w:val="obj3_3d_q2"/>
                <w:id w:val="1162"/>
                <w:placeholder>
                  <w:docPart w:val="ED71FC8AAE1C4F86891BA7CED7887A51"/>
                </w:placeholder>
                <w:showingPlcHdr/>
                <w:text/>
              </w:sdtPr>
              <w:sdtEndPr/>
              <w:sdtContent>
                <w:r w:rsidR="003C65DF">
                  <w:rPr>
                    <w:color w:val="555555"/>
                  </w:rPr>
                  <w:t>[Enter number]</w:t>
                </w:r>
              </w:sdtContent>
            </w:sdt>
          </w:p>
        </w:tc>
        <w:tc>
          <w:tcPr>
            <w:tcW w:w="936" w:type="dxa"/>
          </w:tcPr>
          <w:p w14:paraId="7EE12CFC" w14:textId="77777777" w:rsidR="005F7ABC" w:rsidRDefault="00126465">
            <w:sdt>
              <w:sdtPr>
                <w:alias w:val="3D Q3"/>
                <w:tag w:val="obj3_3d_q3"/>
                <w:id w:val="1163"/>
                <w:placeholder>
                  <w:docPart w:val="2280E9552AE2435DB29E18A3B86A015C"/>
                </w:placeholder>
                <w:showingPlcHdr/>
                <w:text/>
              </w:sdtPr>
              <w:sdtEndPr/>
              <w:sdtContent>
                <w:r w:rsidR="003C65DF">
                  <w:rPr>
                    <w:color w:val="555555"/>
                  </w:rPr>
                  <w:t>[Enter number]</w:t>
                </w:r>
              </w:sdtContent>
            </w:sdt>
          </w:p>
        </w:tc>
        <w:tc>
          <w:tcPr>
            <w:tcW w:w="936" w:type="dxa"/>
          </w:tcPr>
          <w:p w14:paraId="1F87B57C" w14:textId="77777777" w:rsidR="005F7ABC" w:rsidRDefault="00126465">
            <w:sdt>
              <w:sdtPr>
                <w:alias w:val="3D Q4"/>
                <w:tag w:val="obj3_3d_q4"/>
                <w:id w:val="1164"/>
                <w:placeholder>
                  <w:docPart w:val="A76617B0FF684ADAAF4ED668B4CA5AF9"/>
                </w:placeholder>
                <w:showingPlcHdr/>
                <w:text/>
              </w:sdtPr>
              <w:sdtEndPr/>
              <w:sdtContent>
                <w:r w:rsidR="003C65DF">
                  <w:rPr>
                    <w:color w:val="555555"/>
                  </w:rPr>
                  <w:t>[Enter number]</w:t>
                </w:r>
              </w:sdtContent>
            </w:sdt>
          </w:p>
        </w:tc>
        <w:tc>
          <w:tcPr>
            <w:tcW w:w="1007" w:type="dxa"/>
          </w:tcPr>
          <w:p w14:paraId="344A2C4A" w14:textId="77777777" w:rsidR="005F7ABC" w:rsidRDefault="003C65DF">
            <w:r>
              <w:fldChar w:fldCharType="begin"/>
            </w:r>
            <w:r>
              <w:instrText>=SUM(LEFT)</w:instrText>
            </w:r>
            <w:r>
              <w:fldChar w:fldCharType="separate"/>
            </w:r>
            <w:r>
              <w:t>0</w:t>
            </w:r>
            <w:r>
              <w:fldChar w:fldCharType="end"/>
            </w:r>
          </w:p>
        </w:tc>
      </w:tr>
      <w:tr w:rsidR="005F7ABC" w14:paraId="0D9127B3" w14:textId="77777777">
        <w:trPr>
          <w:cantSplit/>
          <w:jc w:val="center"/>
        </w:trPr>
        <w:tc>
          <w:tcPr>
            <w:tcW w:w="648" w:type="dxa"/>
            <w:vAlign w:val="center"/>
          </w:tcPr>
          <w:p w14:paraId="2597E25B" w14:textId="77777777" w:rsidR="005F7ABC" w:rsidRDefault="003C65DF">
            <w:r>
              <w:rPr>
                <w:sz w:val="19"/>
              </w:rPr>
              <w:t>3E</w:t>
            </w:r>
          </w:p>
        </w:tc>
        <w:tc>
          <w:tcPr>
            <w:tcW w:w="4680" w:type="dxa"/>
            <w:vAlign w:val="center"/>
          </w:tcPr>
          <w:p w14:paraId="4ED3794D" w14:textId="77777777" w:rsidR="005F7ABC" w:rsidRDefault="003C65DF">
            <w:r>
              <w:rPr>
                <w:sz w:val="19"/>
              </w:rPr>
              <w:t>Number of Referrals requiring additional assessment prior to determining if Warm Handoff is necessary.</w:t>
            </w:r>
          </w:p>
        </w:tc>
        <w:tc>
          <w:tcPr>
            <w:tcW w:w="936" w:type="dxa"/>
          </w:tcPr>
          <w:p w14:paraId="21E15A50" w14:textId="77777777" w:rsidR="005F7ABC" w:rsidRDefault="00126465">
            <w:sdt>
              <w:sdtPr>
                <w:alias w:val="3E Q1"/>
                <w:tag w:val="obj3_3e_q1"/>
                <w:id w:val="1165"/>
                <w:placeholder>
                  <w:docPart w:val="7B79B58D02B64346B5669D60214894F0"/>
                </w:placeholder>
                <w:showingPlcHdr/>
                <w:text/>
              </w:sdtPr>
              <w:sdtEndPr/>
              <w:sdtContent>
                <w:r w:rsidR="003C65DF">
                  <w:rPr>
                    <w:color w:val="555555"/>
                  </w:rPr>
                  <w:t>[Enter number]</w:t>
                </w:r>
              </w:sdtContent>
            </w:sdt>
          </w:p>
        </w:tc>
        <w:tc>
          <w:tcPr>
            <w:tcW w:w="936" w:type="dxa"/>
          </w:tcPr>
          <w:p w14:paraId="5D5272A5" w14:textId="77777777" w:rsidR="005F7ABC" w:rsidRDefault="00126465">
            <w:sdt>
              <w:sdtPr>
                <w:alias w:val="3E Q2"/>
                <w:tag w:val="obj3_3e_q2"/>
                <w:id w:val="1166"/>
                <w:placeholder>
                  <w:docPart w:val="18808B16923D46968533813B8DB6A997"/>
                </w:placeholder>
                <w:showingPlcHdr/>
                <w:text/>
              </w:sdtPr>
              <w:sdtEndPr/>
              <w:sdtContent>
                <w:r w:rsidR="003C65DF">
                  <w:rPr>
                    <w:color w:val="555555"/>
                  </w:rPr>
                  <w:t>[Enter number]</w:t>
                </w:r>
              </w:sdtContent>
            </w:sdt>
          </w:p>
        </w:tc>
        <w:tc>
          <w:tcPr>
            <w:tcW w:w="936" w:type="dxa"/>
          </w:tcPr>
          <w:p w14:paraId="3F051E00" w14:textId="77777777" w:rsidR="005F7ABC" w:rsidRDefault="00126465">
            <w:sdt>
              <w:sdtPr>
                <w:alias w:val="3E Q3"/>
                <w:tag w:val="obj3_3e_q3"/>
                <w:id w:val="1167"/>
                <w:placeholder>
                  <w:docPart w:val="BBA0607FB9464FFEADD6182B94690495"/>
                </w:placeholder>
                <w:showingPlcHdr/>
                <w:text/>
              </w:sdtPr>
              <w:sdtEndPr/>
              <w:sdtContent>
                <w:r w:rsidR="003C65DF">
                  <w:rPr>
                    <w:color w:val="555555"/>
                  </w:rPr>
                  <w:t>[Enter number]</w:t>
                </w:r>
              </w:sdtContent>
            </w:sdt>
          </w:p>
        </w:tc>
        <w:tc>
          <w:tcPr>
            <w:tcW w:w="936" w:type="dxa"/>
          </w:tcPr>
          <w:p w14:paraId="425CBBB8" w14:textId="77777777" w:rsidR="005F7ABC" w:rsidRDefault="00126465">
            <w:sdt>
              <w:sdtPr>
                <w:alias w:val="3E Q4"/>
                <w:tag w:val="obj3_3e_q4"/>
                <w:id w:val="1168"/>
                <w:placeholder>
                  <w:docPart w:val="E24DA912B178430587F56F4603B71440"/>
                </w:placeholder>
                <w:showingPlcHdr/>
                <w:text/>
              </w:sdtPr>
              <w:sdtEndPr/>
              <w:sdtContent>
                <w:r w:rsidR="003C65DF">
                  <w:rPr>
                    <w:color w:val="555555"/>
                  </w:rPr>
                  <w:t>[Enter number]</w:t>
                </w:r>
              </w:sdtContent>
            </w:sdt>
          </w:p>
        </w:tc>
        <w:tc>
          <w:tcPr>
            <w:tcW w:w="1007" w:type="dxa"/>
          </w:tcPr>
          <w:p w14:paraId="7A9A53E3" w14:textId="77777777" w:rsidR="005F7ABC" w:rsidRDefault="003C65DF">
            <w:r>
              <w:fldChar w:fldCharType="begin"/>
            </w:r>
            <w:r>
              <w:instrText>=SUM(LEFT)</w:instrText>
            </w:r>
            <w:r>
              <w:fldChar w:fldCharType="separate"/>
            </w:r>
            <w:r>
              <w:t>0</w:t>
            </w:r>
            <w:r>
              <w:fldChar w:fldCharType="end"/>
            </w:r>
          </w:p>
        </w:tc>
      </w:tr>
      <w:tr w:rsidR="005F7ABC" w14:paraId="6186499A" w14:textId="77777777">
        <w:trPr>
          <w:cantSplit/>
          <w:jc w:val="center"/>
        </w:trPr>
        <w:tc>
          <w:tcPr>
            <w:tcW w:w="648" w:type="dxa"/>
            <w:vAlign w:val="center"/>
          </w:tcPr>
          <w:p w14:paraId="14ACB7CD" w14:textId="77777777" w:rsidR="005F7ABC" w:rsidRDefault="003C65DF">
            <w:r>
              <w:rPr>
                <w:sz w:val="19"/>
              </w:rPr>
              <w:t>3F</w:t>
            </w:r>
          </w:p>
        </w:tc>
        <w:tc>
          <w:tcPr>
            <w:tcW w:w="4680" w:type="dxa"/>
            <w:vAlign w:val="center"/>
          </w:tcPr>
          <w:p w14:paraId="4113E8AC" w14:textId="77777777" w:rsidR="005F7ABC" w:rsidRDefault="003C65DF">
            <w:r>
              <w:rPr>
                <w:sz w:val="19"/>
              </w:rPr>
              <w:t>Number of Referrals, not requiring additional assessment, provided with a Warm Handoff to other services/supports in a time period longer than 48 hours of referral. (Complete Objective #3F Narrative below.)</w:t>
            </w:r>
          </w:p>
        </w:tc>
        <w:tc>
          <w:tcPr>
            <w:tcW w:w="936" w:type="dxa"/>
          </w:tcPr>
          <w:p w14:paraId="33D1E6FA" w14:textId="77777777" w:rsidR="005F7ABC" w:rsidRDefault="00126465">
            <w:sdt>
              <w:sdtPr>
                <w:alias w:val="3F Q1"/>
                <w:tag w:val="obj3_3f_q1"/>
                <w:id w:val="1169"/>
                <w:placeholder>
                  <w:docPart w:val="546AFE82736D403EB4B8799198EFDB98"/>
                </w:placeholder>
                <w:showingPlcHdr/>
                <w:text/>
              </w:sdtPr>
              <w:sdtEndPr/>
              <w:sdtContent>
                <w:r w:rsidR="003C65DF">
                  <w:rPr>
                    <w:color w:val="555555"/>
                  </w:rPr>
                  <w:t>[Enter number]</w:t>
                </w:r>
              </w:sdtContent>
            </w:sdt>
          </w:p>
        </w:tc>
        <w:tc>
          <w:tcPr>
            <w:tcW w:w="936" w:type="dxa"/>
          </w:tcPr>
          <w:p w14:paraId="1696CC28" w14:textId="77777777" w:rsidR="005F7ABC" w:rsidRDefault="00126465">
            <w:sdt>
              <w:sdtPr>
                <w:alias w:val="3F Q2"/>
                <w:tag w:val="obj3_3f_q2"/>
                <w:id w:val="1170"/>
                <w:placeholder>
                  <w:docPart w:val="1FADECD532F84868A50237D9F7E18F8F"/>
                </w:placeholder>
                <w:showingPlcHdr/>
                <w:text/>
              </w:sdtPr>
              <w:sdtEndPr/>
              <w:sdtContent>
                <w:r w:rsidR="003C65DF">
                  <w:rPr>
                    <w:color w:val="555555"/>
                  </w:rPr>
                  <w:t>[Enter number]</w:t>
                </w:r>
              </w:sdtContent>
            </w:sdt>
          </w:p>
        </w:tc>
        <w:tc>
          <w:tcPr>
            <w:tcW w:w="936" w:type="dxa"/>
          </w:tcPr>
          <w:p w14:paraId="3222CB03" w14:textId="77777777" w:rsidR="005F7ABC" w:rsidRDefault="00126465">
            <w:sdt>
              <w:sdtPr>
                <w:alias w:val="3F Q3"/>
                <w:tag w:val="obj3_3f_q3"/>
                <w:id w:val="1171"/>
                <w:placeholder>
                  <w:docPart w:val="C2B1819F9C4D45D192CD90DF359CC171"/>
                </w:placeholder>
                <w:showingPlcHdr/>
                <w:text/>
              </w:sdtPr>
              <w:sdtEndPr/>
              <w:sdtContent>
                <w:r w:rsidR="003C65DF">
                  <w:rPr>
                    <w:color w:val="555555"/>
                  </w:rPr>
                  <w:t>[Enter number]</w:t>
                </w:r>
              </w:sdtContent>
            </w:sdt>
          </w:p>
        </w:tc>
        <w:tc>
          <w:tcPr>
            <w:tcW w:w="936" w:type="dxa"/>
          </w:tcPr>
          <w:p w14:paraId="7BD2F991" w14:textId="77777777" w:rsidR="005F7ABC" w:rsidRDefault="00126465">
            <w:sdt>
              <w:sdtPr>
                <w:alias w:val="3F Q4"/>
                <w:tag w:val="obj3_3f_q4"/>
                <w:id w:val="1172"/>
                <w:placeholder>
                  <w:docPart w:val="6322836ED6774E66A76D41F8FF3E8378"/>
                </w:placeholder>
                <w:showingPlcHdr/>
                <w:text/>
              </w:sdtPr>
              <w:sdtEndPr/>
              <w:sdtContent>
                <w:r w:rsidR="003C65DF">
                  <w:rPr>
                    <w:color w:val="555555"/>
                  </w:rPr>
                  <w:t>[Enter number]</w:t>
                </w:r>
              </w:sdtContent>
            </w:sdt>
          </w:p>
        </w:tc>
        <w:tc>
          <w:tcPr>
            <w:tcW w:w="1007" w:type="dxa"/>
          </w:tcPr>
          <w:p w14:paraId="67BD3AD1" w14:textId="77777777" w:rsidR="005F7ABC" w:rsidRDefault="003C65DF">
            <w:r>
              <w:fldChar w:fldCharType="begin"/>
            </w:r>
            <w:r>
              <w:instrText>=SUM(LEFT)</w:instrText>
            </w:r>
            <w:r>
              <w:fldChar w:fldCharType="separate"/>
            </w:r>
            <w:r>
              <w:t>0</w:t>
            </w:r>
            <w:r>
              <w:fldChar w:fldCharType="end"/>
            </w:r>
          </w:p>
        </w:tc>
      </w:tr>
    </w:tbl>
    <w:p w14:paraId="77C28570" w14:textId="77777777" w:rsidR="005F7ABC" w:rsidRDefault="003C65DF">
      <w:pPr>
        <w:pStyle w:val="Heading2"/>
      </w:pPr>
      <w:r>
        <w:t>Objective #3C Narrative – Referrals:</w:t>
      </w:r>
    </w:p>
    <w:p w14:paraId="7C861A7C" w14:textId="77777777" w:rsidR="005F7ABC" w:rsidRDefault="003C65DF">
      <w:r>
        <w:t>If indicated, please list reason and indicate how your region will resolve this issue by the next reporting period.</w:t>
      </w:r>
    </w:p>
    <w:p w14:paraId="3FB3108A" w14:textId="77777777" w:rsidR="005F7ABC" w:rsidRDefault="003C65DF">
      <w:r>
        <w:rPr>
          <w:b/>
        </w:rPr>
        <w:t xml:space="preserve">Response: </w:t>
      </w:r>
      <w:sdt>
        <w:sdtPr>
          <w:alias w:val="Response:"/>
          <w:tag w:val="obj3c_narrative"/>
          <w:id w:val="1173"/>
          <w:placeholder>
            <w:docPart w:val="EBC1D5C4398B4E2A8223B3A9E7ABD989"/>
          </w:placeholder>
          <w:showingPlcHdr/>
          <w:text w:multiLine="1"/>
        </w:sdtPr>
        <w:sdtEndPr/>
        <w:sdtContent>
          <w:r>
            <w:rPr>
              <w:color w:val="555555"/>
            </w:rPr>
            <w:t>[Enter Objective 3C narrative response]</w:t>
          </w:r>
        </w:sdtContent>
      </w:sdt>
    </w:p>
    <w:p w14:paraId="538E63F6" w14:textId="77777777" w:rsidR="005F7ABC" w:rsidRDefault="003C65DF">
      <w:pPr>
        <w:pStyle w:val="Heading2"/>
      </w:pPr>
      <w:r>
        <w:lastRenderedPageBreak/>
        <w:t>Objective #3F Narrative – Warm Handoff:</w:t>
      </w:r>
    </w:p>
    <w:p w14:paraId="189DA871" w14:textId="77777777" w:rsidR="005F7ABC" w:rsidRDefault="003C65DF">
      <w:r>
        <w:t>If indicated, please list reason and indicate how your region will resolve this issue by the next reporting period.</w:t>
      </w:r>
    </w:p>
    <w:p w14:paraId="7353A2E2" w14:textId="77777777" w:rsidR="005F7ABC" w:rsidRDefault="003C65DF">
      <w:r>
        <w:rPr>
          <w:b/>
        </w:rPr>
        <w:t xml:space="preserve">Response: </w:t>
      </w:r>
      <w:sdt>
        <w:sdtPr>
          <w:alias w:val="Response:"/>
          <w:tag w:val="obj3f_narrative"/>
          <w:id w:val="1174"/>
          <w:placeholder>
            <w:docPart w:val="162D7FAD685045319D8B10B09E4760DF"/>
          </w:placeholder>
          <w:showingPlcHdr/>
          <w:text w:multiLine="1"/>
        </w:sdtPr>
        <w:sdtEndPr/>
        <w:sdtContent>
          <w:r>
            <w:rPr>
              <w:color w:val="555555"/>
            </w:rPr>
            <w:t>[Enter Objective 3F narrative response]</w:t>
          </w:r>
        </w:sdtContent>
      </w:sdt>
    </w:p>
    <w:p w14:paraId="6A9C9BE7" w14:textId="77777777" w:rsidR="005F7ABC" w:rsidRDefault="003C65DF" w:rsidP="000D5184">
      <w:pPr>
        <w:pStyle w:val="Heading1"/>
        <w:spacing w:before="240"/>
      </w:pPr>
      <w:r>
        <w:t>Objective #4</w:t>
      </w:r>
    </w:p>
    <w:p w14:paraId="1515EB06" w14:textId="77777777" w:rsidR="005F7ABC" w:rsidRDefault="003C65DF">
      <w:pPr>
        <w:pStyle w:val="Heading2"/>
      </w:pPr>
      <w:r>
        <w:t>Objective Statement #4:</w:t>
      </w:r>
    </w:p>
    <w:p w14:paraId="04E6138F" w14:textId="77777777" w:rsidR="005F7ABC" w:rsidRDefault="003C65DF">
      <w:r>
        <w:t>Rapid access to care is of the utmost importance. Access to a Prescriber is required within one week of admission into iHOPE.</w:t>
      </w:r>
    </w:p>
    <w:p w14:paraId="09890847" w14:textId="77777777" w:rsidR="005F7ABC" w:rsidRDefault="003C65DF">
      <w:pPr>
        <w:pStyle w:val="Heading2"/>
      </w:pPr>
      <w:r>
        <w:t>Measurement Methods:</w:t>
      </w:r>
    </w:p>
    <w:p w14:paraId="690F4F87" w14:textId="77777777" w:rsidR="005F7ABC" w:rsidRDefault="003C65DF">
      <w:pPr>
        <w:numPr>
          <w:ilvl w:val="0"/>
          <w:numId w:val="11"/>
        </w:numPr>
      </w:pPr>
      <w:r>
        <w:t>Number of admissions into the iHOPE Program.</w:t>
      </w:r>
    </w:p>
    <w:p w14:paraId="0B6ACFAE" w14:textId="77777777" w:rsidR="005F7ABC" w:rsidRDefault="003C65DF">
      <w:pPr>
        <w:numPr>
          <w:ilvl w:val="0"/>
          <w:numId w:val="11"/>
        </w:numPr>
      </w:pPr>
      <w:r>
        <w:t>Of those admissions, the number that met with a Prescriber within one week of admission into iHOPE.</w:t>
      </w:r>
    </w:p>
    <w:p w14:paraId="1BADED53" w14:textId="77777777" w:rsidR="005F7ABC" w:rsidRDefault="003C65DF">
      <w:pPr>
        <w:pStyle w:val="Heading2"/>
      </w:pPr>
      <w:r>
        <w:t>Objective #4 Narrative:</w:t>
      </w:r>
    </w:p>
    <w:p w14:paraId="7A765BF2" w14:textId="77777777" w:rsidR="005F7ABC" w:rsidRDefault="003C65DF">
      <w:r>
        <w:t>In the following table, please complete the number of admissions as indicated for each quarter.  The year-to-date (YTD) field will automatically calculate.</w:t>
      </w:r>
    </w:p>
    <w:p w14:paraId="29B2481B" w14:textId="77777777" w:rsidR="005F7ABC" w:rsidRDefault="003C65DF">
      <w:r>
        <w:t>Please note that for item # 4D there is an additional Objective Narrative to complete, should you have any admissions of this type.</w:t>
      </w:r>
    </w:p>
    <w:tbl>
      <w:tblPr>
        <w:tblStyle w:val="TableGrid"/>
        <w:tblW w:w="0" w:type="auto"/>
        <w:jc w:val="center"/>
        <w:tblLayout w:type="fixed"/>
        <w:tblLook w:val="04A0" w:firstRow="1" w:lastRow="0" w:firstColumn="1" w:lastColumn="0" w:noHBand="0" w:noVBand="1"/>
        <w:tblCaption w:val="Objective 4 quarterly admission measures"/>
        <w:tblDescription w:val="Quarterly and year-to-date admission and prescriber access measures for Objective 4."/>
      </w:tblPr>
      <w:tblGrid>
        <w:gridCol w:w="648"/>
        <w:gridCol w:w="4680"/>
        <w:gridCol w:w="936"/>
        <w:gridCol w:w="936"/>
        <w:gridCol w:w="936"/>
        <w:gridCol w:w="936"/>
        <w:gridCol w:w="1007"/>
      </w:tblGrid>
      <w:tr w:rsidR="005F7ABC" w14:paraId="2350A53D" w14:textId="77777777">
        <w:trPr>
          <w:cantSplit/>
          <w:tblHeader/>
          <w:jc w:val="center"/>
        </w:trPr>
        <w:tc>
          <w:tcPr>
            <w:tcW w:w="648" w:type="dxa"/>
            <w:shd w:val="clear" w:color="auto" w:fill="E7E6C8"/>
            <w:vAlign w:val="center"/>
          </w:tcPr>
          <w:p w14:paraId="3784EA95" w14:textId="77777777" w:rsidR="005F7ABC" w:rsidRDefault="003C65DF">
            <w:r>
              <w:rPr>
                <w:b/>
                <w:sz w:val="19"/>
              </w:rPr>
              <w:t>#</w:t>
            </w:r>
          </w:p>
        </w:tc>
        <w:tc>
          <w:tcPr>
            <w:tcW w:w="4680" w:type="dxa"/>
            <w:shd w:val="clear" w:color="auto" w:fill="E7E6C8"/>
            <w:vAlign w:val="center"/>
          </w:tcPr>
          <w:p w14:paraId="01282781" w14:textId="77777777" w:rsidR="005F7ABC" w:rsidRDefault="003C65DF">
            <w:r>
              <w:rPr>
                <w:b/>
                <w:sz w:val="19"/>
              </w:rPr>
              <w:t>Activity Description</w:t>
            </w:r>
          </w:p>
        </w:tc>
        <w:tc>
          <w:tcPr>
            <w:tcW w:w="936" w:type="dxa"/>
            <w:shd w:val="clear" w:color="auto" w:fill="E7E6C8"/>
            <w:vAlign w:val="center"/>
          </w:tcPr>
          <w:p w14:paraId="7C803D60" w14:textId="77777777" w:rsidR="005F7ABC" w:rsidRDefault="003C65DF">
            <w:r>
              <w:rPr>
                <w:b/>
                <w:sz w:val="19"/>
              </w:rPr>
              <w:t>Q1</w:t>
            </w:r>
          </w:p>
        </w:tc>
        <w:tc>
          <w:tcPr>
            <w:tcW w:w="936" w:type="dxa"/>
            <w:shd w:val="clear" w:color="auto" w:fill="E7E6C8"/>
            <w:vAlign w:val="center"/>
          </w:tcPr>
          <w:p w14:paraId="5EBF90F3" w14:textId="77777777" w:rsidR="005F7ABC" w:rsidRDefault="003C65DF">
            <w:r>
              <w:rPr>
                <w:b/>
                <w:sz w:val="19"/>
              </w:rPr>
              <w:t>Q2</w:t>
            </w:r>
          </w:p>
        </w:tc>
        <w:tc>
          <w:tcPr>
            <w:tcW w:w="936" w:type="dxa"/>
            <w:shd w:val="clear" w:color="auto" w:fill="E7E6C8"/>
            <w:vAlign w:val="center"/>
          </w:tcPr>
          <w:p w14:paraId="76289011" w14:textId="77777777" w:rsidR="005F7ABC" w:rsidRDefault="003C65DF">
            <w:r>
              <w:rPr>
                <w:b/>
                <w:sz w:val="19"/>
              </w:rPr>
              <w:t>Q3</w:t>
            </w:r>
          </w:p>
        </w:tc>
        <w:tc>
          <w:tcPr>
            <w:tcW w:w="936" w:type="dxa"/>
            <w:shd w:val="clear" w:color="auto" w:fill="E7E6C8"/>
            <w:vAlign w:val="center"/>
          </w:tcPr>
          <w:p w14:paraId="0D2BDB8F" w14:textId="77777777" w:rsidR="005F7ABC" w:rsidRDefault="003C65DF">
            <w:r>
              <w:rPr>
                <w:b/>
                <w:sz w:val="19"/>
              </w:rPr>
              <w:t>Q4</w:t>
            </w:r>
          </w:p>
        </w:tc>
        <w:tc>
          <w:tcPr>
            <w:tcW w:w="1007" w:type="dxa"/>
            <w:shd w:val="clear" w:color="auto" w:fill="E7E6C8"/>
            <w:vAlign w:val="center"/>
          </w:tcPr>
          <w:p w14:paraId="6692A855" w14:textId="77777777" w:rsidR="005F7ABC" w:rsidRDefault="003C65DF">
            <w:r>
              <w:rPr>
                <w:b/>
                <w:sz w:val="19"/>
              </w:rPr>
              <w:t>YTD</w:t>
            </w:r>
          </w:p>
        </w:tc>
      </w:tr>
      <w:tr w:rsidR="005F7ABC" w14:paraId="6733EE8D" w14:textId="77777777">
        <w:trPr>
          <w:cantSplit/>
          <w:jc w:val="center"/>
        </w:trPr>
        <w:tc>
          <w:tcPr>
            <w:tcW w:w="648" w:type="dxa"/>
            <w:vAlign w:val="center"/>
          </w:tcPr>
          <w:p w14:paraId="67DFDF43" w14:textId="77777777" w:rsidR="005F7ABC" w:rsidRDefault="003C65DF">
            <w:r>
              <w:rPr>
                <w:sz w:val="19"/>
              </w:rPr>
              <w:t>4A</w:t>
            </w:r>
          </w:p>
        </w:tc>
        <w:tc>
          <w:tcPr>
            <w:tcW w:w="4680" w:type="dxa"/>
            <w:vAlign w:val="center"/>
          </w:tcPr>
          <w:p w14:paraId="1284FFD5" w14:textId="77777777" w:rsidR="005F7ABC" w:rsidRDefault="003C65DF">
            <w:r>
              <w:rPr>
                <w:sz w:val="19"/>
              </w:rPr>
              <w:t>Number of NEW FEP clients admitted into the iHOPE program.</w:t>
            </w:r>
          </w:p>
        </w:tc>
        <w:tc>
          <w:tcPr>
            <w:tcW w:w="936" w:type="dxa"/>
          </w:tcPr>
          <w:p w14:paraId="135756D6" w14:textId="77777777" w:rsidR="005F7ABC" w:rsidRDefault="00126465">
            <w:sdt>
              <w:sdtPr>
                <w:alias w:val="4A Q1"/>
                <w:tag w:val="obj4_4a_q1"/>
                <w:id w:val="1175"/>
                <w:placeholder>
                  <w:docPart w:val="CA375F5C1F084E95BC23EB354A6B44B4"/>
                </w:placeholder>
                <w:showingPlcHdr/>
                <w:text/>
              </w:sdtPr>
              <w:sdtEndPr/>
              <w:sdtContent>
                <w:r w:rsidR="003C65DF">
                  <w:rPr>
                    <w:color w:val="555555"/>
                  </w:rPr>
                  <w:t>[Enter number]</w:t>
                </w:r>
              </w:sdtContent>
            </w:sdt>
          </w:p>
        </w:tc>
        <w:tc>
          <w:tcPr>
            <w:tcW w:w="936" w:type="dxa"/>
          </w:tcPr>
          <w:p w14:paraId="18AB1C06" w14:textId="77777777" w:rsidR="005F7ABC" w:rsidRDefault="00126465">
            <w:sdt>
              <w:sdtPr>
                <w:alias w:val="4A Q2"/>
                <w:tag w:val="obj4_4a_q2"/>
                <w:id w:val="1176"/>
                <w:placeholder>
                  <w:docPart w:val="5118D9B6921E41ADA67284B5B49244DE"/>
                </w:placeholder>
                <w:showingPlcHdr/>
                <w:text/>
              </w:sdtPr>
              <w:sdtEndPr/>
              <w:sdtContent>
                <w:r w:rsidR="003C65DF">
                  <w:rPr>
                    <w:color w:val="555555"/>
                  </w:rPr>
                  <w:t>[Enter number]</w:t>
                </w:r>
              </w:sdtContent>
            </w:sdt>
          </w:p>
        </w:tc>
        <w:tc>
          <w:tcPr>
            <w:tcW w:w="936" w:type="dxa"/>
          </w:tcPr>
          <w:p w14:paraId="775EC235" w14:textId="77777777" w:rsidR="005F7ABC" w:rsidRDefault="00126465">
            <w:sdt>
              <w:sdtPr>
                <w:alias w:val="4A Q3"/>
                <w:tag w:val="obj4_4a_q3"/>
                <w:id w:val="1177"/>
                <w:placeholder>
                  <w:docPart w:val="7249D8D037B342D3BB154DDC42E248F0"/>
                </w:placeholder>
                <w:showingPlcHdr/>
                <w:text/>
              </w:sdtPr>
              <w:sdtEndPr/>
              <w:sdtContent>
                <w:r w:rsidR="003C65DF">
                  <w:rPr>
                    <w:color w:val="555555"/>
                  </w:rPr>
                  <w:t>[Enter number]</w:t>
                </w:r>
              </w:sdtContent>
            </w:sdt>
          </w:p>
        </w:tc>
        <w:tc>
          <w:tcPr>
            <w:tcW w:w="936" w:type="dxa"/>
          </w:tcPr>
          <w:p w14:paraId="094D55A8" w14:textId="77777777" w:rsidR="005F7ABC" w:rsidRDefault="00126465">
            <w:sdt>
              <w:sdtPr>
                <w:alias w:val="4A Q4"/>
                <w:tag w:val="obj4_4a_q4"/>
                <w:id w:val="1178"/>
                <w:placeholder>
                  <w:docPart w:val="696496876840474F983534367B5C0908"/>
                </w:placeholder>
                <w:showingPlcHdr/>
                <w:text/>
              </w:sdtPr>
              <w:sdtEndPr/>
              <w:sdtContent>
                <w:r w:rsidR="003C65DF">
                  <w:rPr>
                    <w:color w:val="555555"/>
                  </w:rPr>
                  <w:t>[Enter number]</w:t>
                </w:r>
              </w:sdtContent>
            </w:sdt>
          </w:p>
        </w:tc>
        <w:tc>
          <w:tcPr>
            <w:tcW w:w="1007" w:type="dxa"/>
          </w:tcPr>
          <w:p w14:paraId="76DBBECE" w14:textId="77777777" w:rsidR="005F7ABC" w:rsidRDefault="003C65DF">
            <w:r>
              <w:fldChar w:fldCharType="begin"/>
            </w:r>
            <w:r>
              <w:instrText>=SUM(LEFT)</w:instrText>
            </w:r>
            <w:r>
              <w:fldChar w:fldCharType="separate"/>
            </w:r>
            <w:r>
              <w:t>0</w:t>
            </w:r>
            <w:r>
              <w:fldChar w:fldCharType="end"/>
            </w:r>
          </w:p>
        </w:tc>
      </w:tr>
      <w:tr w:rsidR="005F7ABC" w14:paraId="283E7168" w14:textId="77777777">
        <w:trPr>
          <w:cantSplit/>
          <w:jc w:val="center"/>
        </w:trPr>
        <w:tc>
          <w:tcPr>
            <w:tcW w:w="648" w:type="dxa"/>
            <w:vAlign w:val="center"/>
          </w:tcPr>
          <w:p w14:paraId="4E539208" w14:textId="77777777" w:rsidR="005F7ABC" w:rsidRDefault="003C65DF">
            <w:r>
              <w:rPr>
                <w:sz w:val="19"/>
              </w:rPr>
              <w:t>4A1</w:t>
            </w:r>
          </w:p>
        </w:tc>
        <w:tc>
          <w:tcPr>
            <w:tcW w:w="4680" w:type="dxa"/>
            <w:vAlign w:val="center"/>
          </w:tcPr>
          <w:p w14:paraId="77160B94" w14:textId="77777777" w:rsidR="005F7ABC" w:rsidRDefault="003C65DF">
            <w:r>
              <w:rPr>
                <w:sz w:val="19"/>
              </w:rPr>
              <w:t>Number of NEW CHR clients admitted into the iHOPE Program.</w:t>
            </w:r>
          </w:p>
        </w:tc>
        <w:tc>
          <w:tcPr>
            <w:tcW w:w="936" w:type="dxa"/>
          </w:tcPr>
          <w:p w14:paraId="23C72255" w14:textId="77777777" w:rsidR="005F7ABC" w:rsidRDefault="00126465">
            <w:sdt>
              <w:sdtPr>
                <w:alias w:val="4A1 Q1"/>
                <w:tag w:val="obj4_4a1_q1"/>
                <w:id w:val="1179"/>
                <w:placeholder>
                  <w:docPart w:val="F8A59705310849BDA67F6DE819C9D576"/>
                </w:placeholder>
                <w:showingPlcHdr/>
                <w:text/>
              </w:sdtPr>
              <w:sdtEndPr/>
              <w:sdtContent>
                <w:r w:rsidR="003C65DF">
                  <w:rPr>
                    <w:color w:val="555555"/>
                  </w:rPr>
                  <w:t>[Enter number]</w:t>
                </w:r>
              </w:sdtContent>
            </w:sdt>
          </w:p>
        </w:tc>
        <w:tc>
          <w:tcPr>
            <w:tcW w:w="936" w:type="dxa"/>
          </w:tcPr>
          <w:p w14:paraId="297CCA35" w14:textId="77777777" w:rsidR="005F7ABC" w:rsidRDefault="00126465">
            <w:sdt>
              <w:sdtPr>
                <w:alias w:val="4A1 Q2"/>
                <w:tag w:val="obj4_4a1_q2"/>
                <w:id w:val="1180"/>
                <w:placeholder>
                  <w:docPart w:val="D4A8C3661371433B8543C5039CE15DCF"/>
                </w:placeholder>
                <w:showingPlcHdr/>
                <w:text/>
              </w:sdtPr>
              <w:sdtEndPr/>
              <w:sdtContent>
                <w:r w:rsidR="003C65DF">
                  <w:rPr>
                    <w:color w:val="555555"/>
                  </w:rPr>
                  <w:t>[Enter number]</w:t>
                </w:r>
              </w:sdtContent>
            </w:sdt>
          </w:p>
        </w:tc>
        <w:tc>
          <w:tcPr>
            <w:tcW w:w="936" w:type="dxa"/>
          </w:tcPr>
          <w:p w14:paraId="336616FD" w14:textId="77777777" w:rsidR="005F7ABC" w:rsidRDefault="00126465">
            <w:sdt>
              <w:sdtPr>
                <w:alias w:val="4A1 Q3"/>
                <w:tag w:val="obj4_4a1_q3"/>
                <w:id w:val="1181"/>
                <w:placeholder>
                  <w:docPart w:val="CEB8C5E3157F4AB0BB65EBF6A8380078"/>
                </w:placeholder>
                <w:showingPlcHdr/>
                <w:text/>
              </w:sdtPr>
              <w:sdtEndPr/>
              <w:sdtContent>
                <w:r w:rsidR="003C65DF">
                  <w:rPr>
                    <w:color w:val="555555"/>
                  </w:rPr>
                  <w:t>[Enter number]</w:t>
                </w:r>
              </w:sdtContent>
            </w:sdt>
          </w:p>
        </w:tc>
        <w:tc>
          <w:tcPr>
            <w:tcW w:w="936" w:type="dxa"/>
          </w:tcPr>
          <w:p w14:paraId="6E8CC98A" w14:textId="77777777" w:rsidR="005F7ABC" w:rsidRDefault="00126465">
            <w:sdt>
              <w:sdtPr>
                <w:alias w:val="4A1 Q4"/>
                <w:tag w:val="obj4_4a1_q4"/>
                <w:id w:val="1182"/>
                <w:placeholder>
                  <w:docPart w:val="88D7246BBBD143979BB4568CF2AF5D36"/>
                </w:placeholder>
                <w:showingPlcHdr/>
                <w:text/>
              </w:sdtPr>
              <w:sdtEndPr/>
              <w:sdtContent>
                <w:r w:rsidR="003C65DF">
                  <w:rPr>
                    <w:color w:val="555555"/>
                  </w:rPr>
                  <w:t>[Enter number]</w:t>
                </w:r>
              </w:sdtContent>
            </w:sdt>
          </w:p>
        </w:tc>
        <w:tc>
          <w:tcPr>
            <w:tcW w:w="1007" w:type="dxa"/>
          </w:tcPr>
          <w:p w14:paraId="2A1CA6F9" w14:textId="77777777" w:rsidR="005F7ABC" w:rsidRDefault="003C65DF">
            <w:r>
              <w:fldChar w:fldCharType="begin"/>
            </w:r>
            <w:r>
              <w:instrText>=SUM(LEFT)</w:instrText>
            </w:r>
            <w:r>
              <w:fldChar w:fldCharType="separate"/>
            </w:r>
            <w:r>
              <w:t>0</w:t>
            </w:r>
            <w:r>
              <w:fldChar w:fldCharType="end"/>
            </w:r>
          </w:p>
        </w:tc>
      </w:tr>
      <w:tr w:rsidR="005F7ABC" w14:paraId="0049F979" w14:textId="77777777">
        <w:trPr>
          <w:cantSplit/>
          <w:jc w:val="center"/>
        </w:trPr>
        <w:tc>
          <w:tcPr>
            <w:tcW w:w="648" w:type="dxa"/>
            <w:vAlign w:val="center"/>
          </w:tcPr>
          <w:p w14:paraId="7E91592D" w14:textId="77777777" w:rsidR="005F7ABC" w:rsidRDefault="003C65DF">
            <w:r>
              <w:rPr>
                <w:sz w:val="19"/>
              </w:rPr>
              <w:t>4B</w:t>
            </w:r>
          </w:p>
        </w:tc>
        <w:tc>
          <w:tcPr>
            <w:tcW w:w="4680" w:type="dxa"/>
            <w:vAlign w:val="center"/>
          </w:tcPr>
          <w:p w14:paraId="29170E9B" w14:textId="77777777" w:rsidR="005F7ABC" w:rsidRDefault="003C65DF">
            <w:r>
              <w:rPr>
                <w:sz w:val="19"/>
              </w:rPr>
              <w:t>Number of NEW iHOPE clients who met with a prescriber within one week of admission into the iHOPE Program.</w:t>
            </w:r>
          </w:p>
        </w:tc>
        <w:tc>
          <w:tcPr>
            <w:tcW w:w="936" w:type="dxa"/>
          </w:tcPr>
          <w:p w14:paraId="74982281" w14:textId="77777777" w:rsidR="005F7ABC" w:rsidRDefault="00126465">
            <w:sdt>
              <w:sdtPr>
                <w:alias w:val="4B Q1"/>
                <w:tag w:val="obj4_4b_q1"/>
                <w:id w:val="1183"/>
                <w:placeholder>
                  <w:docPart w:val="B1E52725982F4A5EA746B3A91BF8E1E6"/>
                </w:placeholder>
                <w:showingPlcHdr/>
                <w:text/>
              </w:sdtPr>
              <w:sdtEndPr/>
              <w:sdtContent>
                <w:r w:rsidR="003C65DF">
                  <w:rPr>
                    <w:color w:val="555555"/>
                  </w:rPr>
                  <w:t>[Enter number]</w:t>
                </w:r>
              </w:sdtContent>
            </w:sdt>
          </w:p>
        </w:tc>
        <w:tc>
          <w:tcPr>
            <w:tcW w:w="936" w:type="dxa"/>
          </w:tcPr>
          <w:p w14:paraId="0B7092AC" w14:textId="77777777" w:rsidR="005F7ABC" w:rsidRDefault="00126465">
            <w:sdt>
              <w:sdtPr>
                <w:alias w:val="4B Q2"/>
                <w:tag w:val="obj4_4b_q2"/>
                <w:id w:val="1184"/>
                <w:placeholder>
                  <w:docPart w:val="B8045AC01DDA4210B21C2E9F2DAE8BAC"/>
                </w:placeholder>
                <w:showingPlcHdr/>
                <w:text/>
              </w:sdtPr>
              <w:sdtEndPr/>
              <w:sdtContent>
                <w:r w:rsidR="003C65DF">
                  <w:rPr>
                    <w:color w:val="555555"/>
                  </w:rPr>
                  <w:t>[Enter number]</w:t>
                </w:r>
              </w:sdtContent>
            </w:sdt>
          </w:p>
        </w:tc>
        <w:tc>
          <w:tcPr>
            <w:tcW w:w="936" w:type="dxa"/>
          </w:tcPr>
          <w:p w14:paraId="78B781DC" w14:textId="77777777" w:rsidR="005F7ABC" w:rsidRDefault="00126465">
            <w:sdt>
              <w:sdtPr>
                <w:alias w:val="4B Q3"/>
                <w:tag w:val="obj4_4b_q3"/>
                <w:id w:val="1185"/>
                <w:placeholder>
                  <w:docPart w:val="D562D47F359143D3BBE1F45E1CFB8D68"/>
                </w:placeholder>
                <w:showingPlcHdr/>
                <w:text/>
              </w:sdtPr>
              <w:sdtEndPr/>
              <w:sdtContent>
                <w:r w:rsidR="003C65DF">
                  <w:rPr>
                    <w:color w:val="555555"/>
                  </w:rPr>
                  <w:t>[Enter number]</w:t>
                </w:r>
              </w:sdtContent>
            </w:sdt>
          </w:p>
        </w:tc>
        <w:tc>
          <w:tcPr>
            <w:tcW w:w="936" w:type="dxa"/>
          </w:tcPr>
          <w:p w14:paraId="32FDC9A9" w14:textId="77777777" w:rsidR="005F7ABC" w:rsidRDefault="00126465">
            <w:sdt>
              <w:sdtPr>
                <w:alias w:val="4B Q4"/>
                <w:tag w:val="obj4_4b_q4"/>
                <w:id w:val="1186"/>
                <w:placeholder>
                  <w:docPart w:val="2A7D8A4F028E472489D0822026D2822D"/>
                </w:placeholder>
                <w:showingPlcHdr/>
                <w:text/>
              </w:sdtPr>
              <w:sdtEndPr/>
              <w:sdtContent>
                <w:r w:rsidR="003C65DF">
                  <w:rPr>
                    <w:color w:val="555555"/>
                  </w:rPr>
                  <w:t>[Enter number]</w:t>
                </w:r>
              </w:sdtContent>
            </w:sdt>
          </w:p>
        </w:tc>
        <w:tc>
          <w:tcPr>
            <w:tcW w:w="1007" w:type="dxa"/>
          </w:tcPr>
          <w:p w14:paraId="4D2E323C" w14:textId="77777777" w:rsidR="005F7ABC" w:rsidRDefault="003C65DF">
            <w:r>
              <w:fldChar w:fldCharType="begin"/>
            </w:r>
            <w:r>
              <w:instrText>=SUM(LEFT)</w:instrText>
            </w:r>
            <w:r>
              <w:fldChar w:fldCharType="separate"/>
            </w:r>
            <w:r>
              <w:t>0</w:t>
            </w:r>
            <w:r>
              <w:fldChar w:fldCharType="end"/>
            </w:r>
          </w:p>
        </w:tc>
      </w:tr>
      <w:tr w:rsidR="005F7ABC" w14:paraId="49C6AA02" w14:textId="77777777">
        <w:trPr>
          <w:cantSplit/>
          <w:jc w:val="center"/>
        </w:trPr>
        <w:tc>
          <w:tcPr>
            <w:tcW w:w="648" w:type="dxa"/>
            <w:vAlign w:val="center"/>
          </w:tcPr>
          <w:p w14:paraId="30F449FC" w14:textId="77777777" w:rsidR="005F7ABC" w:rsidRDefault="003C65DF">
            <w:r>
              <w:rPr>
                <w:sz w:val="19"/>
              </w:rPr>
              <w:t>4C</w:t>
            </w:r>
          </w:p>
        </w:tc>
        <w:tc>
          <w:tcPr>
            <w:tcW w:w="4680" w:type="dxa"/>
            <w:vAlign w:val="center"/>
          </w:tcPr>
          <w:p w14:paraId="26C716C6" w14:textId="77777777" w:rsidR="005F7ABC" w:rsidRDefault="003C65DF">
            <w:r>
              <w:rPr>
                <w:sz w:val="19"/>
              </w:rPr>
              <w:t>Number of NEW iHOPE clients who chose NOT to see prescriber.</w:t>
            </w:r>
          </w:p>
        </w:tc>
        <w:tc>
          <w:tcPr>
            <w:tcW w:w="936" w:type="dxa"/>
          </w:tcPr>
          <w:p w14:paraId="3EC18412" w14:textId="77777777" w:rsidR="005F7ABC" w:rsidRDefault="00126465">
            <w:sdt>
              <w:sdtPr>
                <w:alias w:val="4C Q1"/>
                <w:tag w:val="obj4_4c_q1"/>
                <w:id w:val="1187"/>
                <w:placeholder>
                  <w:docPart w:val="3C277D15D04F4B9BB26F559A31D71155"/>
                </w:placeholder>
                <w:showingPlcHdr/>
                <w:text/>
              </w:sdtPr>
              <w:sdtEndPr/>
              <w:sdtContent>
                <w:r w:rsidR="003C65DF">
                  <w:rPr>
                    <w:color w:val="555555"/>
                  </w:rPr>
                  <w:t>[Enter number]</w:t>
                </w:r>
              </w:sdtContent>
            </w:sdt>
          </w:p>
        </w:tc>
        <w:tc>
          <w:tcPr>
            <w:tcW w:w="936" w:type="dxa"/>
          </w:tcPr>
          <w:p w14:paraId="20F46DB9" w14:textId="77777777" w:rsidR="005F7ABC" w:rsidRDefault="00126465">
            <w:sdt>
              <w:sdtPr>
                <w:alias w:val="4C Q2"/>
                <w:tag w:val="obj4_4c_q2"/>
                <w:id w:val="1188"/>
                <w:placeholder>
                  <w:docPart w:val="8D210650DDE7488DAB74ABCDCC655E75"/>
                </w:placeholder>
                <w:showingPlcHdr/>
                <w:text/>
              </w:sdtPr>
              <w:sdtEndPr/>
              <w:sdtContent>
                <w:r w:rsidR="003C65DF">
                  <w:rPr>
                    <w:color w:val="555555"/>
                  </w:rPr>
                  <w:t>[Enter number]</w:t>
                </w:r>
              </w:sdtContent>
            </w:sdt>
          </w:p>
        </w:tc>
        <w:tc>
          <w:tcPr>
            <w:tcW w:w="936" w:type="dxa"/>
          </w:tcPr>
          <w:p w14:paraId="5C221B1C" w14:textId="77777777" w:rsidR="005F7ABC" w:rsidRDefault="00126465">
            <w:sdt>
              <w:sdtPr>
                <w:alias w:val="4C Q3"/>
                <w:tag w:val="obj4_4c_q3"/>
                <w:id w:val="1189"/>
                <w:placeholder>
                  <w:docPart w:val="C3B04FED435A4ED88A79E97F019209BA"/>
                </w:placeholder>
                <w:showingPlcHdr/>
                <w:text/>
              </w:sdtPr>
              <w:sdtEndPr/>
              <w:sdtContent>
                <w:r w:rsidR="003C65DF">
                  <w:rPr>
                    <w:color w:val="555555"/>
                  </w:rPr>
                  <w:t>[Enter number]</w:t>
                </w:r>
              </w:sdtContent>
            </w:sdt>
          </w:p>
        </w:tc>
        <w:tc>
          <w:tcPr>
            <w:tcW w:w="936" w:type="dxa"/>
          </w:tcPr>
          <w:p w14:paraId="2376F743" w14:textId="77777777" w:rsidR="005F7ABC" w:rsidRDefault="00126465">
            <w:sdt>
              <w:sdtPr>
                <w:alias w:val="4C Q4"/>
                <w:tag w:val="obj4_4c_q4"/>
                <w:id w:val="1190"/>
                <w:placeholder>
                  <w:docPart w:val="437E15A55FD84406B37769F3E5A8C1B8"/>
                </w:placeholder>
                <w:showingPlcHdr/>
                <w:text/>
              </w:sdtPr>
              <w:sdtEndPr/>
              <w:sdtContent>
                <w:r w:rsidR="003C65DF">
                  <w:rPr>
                    <w:color w:val="555555"/>
                  </w:rPr>
                  <w:t>[Enter number]</w:t>
                </w:r>
              </w:sdtContent>
            </w:sdt>
          </w:p>
        </w:tc>
        <w:tc>
          <w:tcPr>
            <w:tcW w:w="1007" w:type="dxa"/>
          </w:tcPr>
          <w:p w14:paraId="25F88302" w14:textId="77777777" w:rsidR="005F7ABC" w:rsidRDefault="003C65DF">
            <w:r>
              <w:fldChar w:fldCharType="begin"/>
            </w:r>
            <w:r>
              <w:instrText>=SUM(LEFT)</w:instrText>
            </w:r>
            <w:r>
              <w:fldChar w:fldCharType="separate"/>
            </w:r>
            <w:r>
              <w:t>0</w:t>
            </w:r>
            <w:r>
              <w:fldChar w:fldCharType="end"/>
            </w:r>
          </w:p>
        </w:tc>
      </w:tr>
      <w:tr w:rsidR="005F7ABC" w14:paraId="23AD0B62" w14:textId="77777777">
        <w:trPr>
          <w:cantSplit/>
          <w:jc w:val="center"/>
        </w:trPr>
        <w:tc>
          <w:tcPr>
            <w:tcW w:w="648" w:type="dxa"/>
            <w:vAlign w:val="center"/>
          </w:tcPr>
          <w:p w14:paraId="6574F71A" w14:textId="77777777" w:rsidR="005F7ABC" w:rsidRDefault="003C65DF">
            <w:r>
              <w:rPr>
                <w:sz w:val="19"/>
              </w:rPr>
              <w:t>4D</w:t>
            </w:r>
          </w:p>
        </w:tc>
        <w:tc>
          <w:tcPr>
            <w:tcW w:w="4680" w:type="dxa"/>
            <w:vAlign w:val="center"/>
          </w:tcPr>
          <w:p w14:paraId="53387B42" w14:textId="77777777" w:rsidR="005F7ABC" w:rsidRDefault="003C65DF">
            <w:r>
              <w:rPr>
                <w:sz w:val="19"/>
              </w:rPr>
              <w:t>Number of NEW iHOPE clients who chose to see prescriber and did NOT meet with a prescriber within one week of admission into the iHOPE Program. (Complete Objective #4D Narrative below.)</w:t>
            </w:r>
          </w:p>
        </w:tc>
        <w:tc>
          <w:tcPr>
            <w:tcW w:w="936" w:type="dxa"/>
          </w:tcPr>
          <w:p w14:paraId="38DD7283" w14:textId="77777777" w:rsidR="005F7ABC" w:rsidRDefault="00126465">
            <w:sdt>
              <w:sdtPr>
                <w:alias w:val="4D Q1"/>
                <w:tag w:val="obj4_4d_q1"/>
                <w:id w:val="1191"/>
                <w:placeholder>
                  <w:docPart w:val="218A72C238CE451C8F62F01773F6C611"/>
                </w:placeholder>
                <w:showingPlcHdr/>
                <w:text/>
              </w:sdtPr>
              <w:sdtEndPr/>
              <w:sdtContent>
                <w:r w:rsidR="003C65DF">
                  <w:rPr>
                    <w:color w:val="555555"/>
                  </w:rPr>
                  <w:t>[Enter number]</w:t>
                </w:r>
              </w:sdtContent>
            </w:sdt>
          </w:p>
        </w:tc>
        <w:tc>
          <w:tcPr>
            <w:tcW w:w="936" w:type="dxa"/>
          </w:tcPr>
          <w:p w14:paraId="227ED5C5" w14:textId="77777777" w:rsidR="005F7ABC" w:rsidRDefault="00126465">
            <w:sdt>
              <w:sdtPr>
                <w:alias w:val="4D Q2"/>
                <w:tag w:val="obj4_4d_q2"/>
                <w:id w:val="1192"/>
                <w:placeholder>
                  <w:docPart w:val="27966F2DCD164EDF9D9E86E2C2FF33D8"/>
                </w:placeholder>
                <w:showingPlcHdr/>
                <w:text/>
              </w:sdtPr>
              <w:sdtEndPr/>
              <w:sdtContent>
                <w:r w:rsidR="003C65DF">
                  <w:rPr>
                    <w:color w:val="555555"/>
                  </w:rPr>
                  <w:t>[Enter number]</w:t>
                </w:r>
              </w:sdtContent>
            </w:sdt>
          </w:p>
        </w:tc>
        <w:tc>
          <w:tcPr>
            <w:tcW w:w="936" w:type="dxa"/>
          </w:tcPr>
          <w:p w14:paraId="76DBB9A9" w14:textId="77777777" w:rsidR="005F7ABC" w:rsidRDefault="00126465">
            <w:sdt>
              <w:sdtPr>
                <w:alias w:val="4D Q3"/>
                <w:tag w:val="obj4_4d_q3"/>
                <w:id w:val="1193"/>
                <w:placeholder>
                  <w:docPart w:val="065E664ED67A49779979EFFCEE363651"/>
                </w:placeholder>
                <w:showingPlcHdr/>
                <w:text/>
              </w:sdtPr>
              <w:sdtEndPr/>
              <w:sdtContent>
                <w:r w:rsidR="003C65DF">
                  <w:rPr>
                    <w:color w:val="555555"/>
                  </w:rPr>
                  <w:t>[Enter number]</w:t>
                </w:r>
              </w:sdtContent>
            </w:sdt>
          </w:p>
        </w:tc>
        <w:tc>
          <w:tcPr>
            <w:tcW w:w="936" w:type="dxa"/>
          </w:tcPr>
          <w:p w14:paraId="666E7317" w14:textId="77777777" w:rsidR="005F7ABC" w:rsidRDefault="00126465">
            <w:sdt>
              <w:sdtPr>
                <w:alias w:val="4D Q4"/>
                <w:tag w:val="obj4_4d_q4"/>
                <w:id w:val="1194"/>
                <w:placeholder>
                  <w:docPart w:val="5C98AE59360F42B2874E7504BB6C7EFF"/>
                </w:placeholder>
                <w:showingPlcHdr/>
                <w:text/>
              </w:sdtPr>
              <w:sdtEndPr/>
              <w:sdtContent>
                <w:r w:rsidR="003C65DF">
                  <w:rPr>
                    <w:color w:val="555555"/>
                  </w:rPr>
                  <w:t>[Enter number]</w:t>
                </w:r>
              </w:sdtContent>
            </w:sdt>
          </w:p>
        </w:tc>
        <w:tc>
          <w:tcPr>
            <w:tcW w:w="1007" w:type="dxa"/>
          </w:tcPr>
          <w:p w14:paraId="36422C5F" w14:textId="77777777" w:rsidR="005F7ABC" w:rsidRDefault="003C65DF">
            <w:r>
              <w:fldChar w:fldCharType="begin"/>
            </w:r>
            <w:r>
              <w:instrText>=SUM(LEFT)</w:instrText>
            </w:r>
            <w:r>
              <w:fldChar w:fldCharType="separate"/>
            </w:r>
            <w:r>
              <w:t>0</w:t>
            </w:r>
            <w:r>
              <w:fldChar w:fldCharType="end"/>
            </w:r>
          </w:p>
        </w:tc>
      </w:tr>
    </w:tbl>
    <w:p w14:paraId="409A8465" w14:textId="77777777" w:rsidR="005F7ABC" w:rsidRDefault="003C65DF">
      <w:pPr>
        <w:pStyle w:val="Heading2"/>
      </w:pPr>
      <w:r>
        <w:t>Objective #4D Narrative – Prescriber Appointments:</w:t>
      </w:r>
    </w:p>
    <w:p w14:paraId="02D5EFB6" w14:textId="77777777" w:rsidR="005F7ABC" w:rsidRDefault="003C65DF">
      <w:r>
        <w:t>If indicated, please list reason and indicate how your region will resolve this issue by the next reporting period.</w:t>
      </w:r>
    </w:p>
    <w:p w14:paraId="6459C480" w14:textId="77777777" w:rsidR="005F7ABC" w:rsidRDefault="003C65DF">
      <w:r>
        <w:rPr>
          <w:b/>
        </w:rPr>
        <w:t xml:space="preserve">Response: </w:t>
      </w:r>
      <w:sdt>
        <w:sdtPr>
          <w:alias w:val="Response:"/>
          <w:tag w:val="obj4d_narrative"/>
          <w:id w:val="1195"/>
          <w:placeholder>
            <w:docPart w:val="2FAF0DEBAC6B40A1B5CFC1FABF6ADAF8"/>
          </w:placeholder>
          <w:showingPlcHdr/>
          <w:text w:multiLine="1"/>
        </w:sdtPr>
        <w:sdtEndPr/>
        <w:sdtContent>
          <w:r>
            <w:rPr>
              <w:color w:val="555555"/>
            </w:rPr>
            <w:t>[Enter Objective 4D narrative response]</w:t>
          </w:r>
        </w:sdtContent>
      </w:sdt>
    </w:p>
    <w:p w14:paraId="62D442DC" w14:textId="77777777" w:rsidR="005F7ABC" w:rsidRDefault="003C65DF" w:rsidP="000D5184">
      <w:pPr>
        <w:pStyle w:val="Heading1"/>
        <w:spacing w:before="240"/>
      </w:pPr>
      <w:r>
        <w:lastRenderedPageBreak/>
        <w:t>Objective #5</w:t>
      </w:r>
    </w:p>
    <w:p w14:paraId="0415D308" w14:textId="77777777" w:rsidR="005F7ABC" w:rsidRDefault="003C65DF">
      <w:pPr>
        <w:pStyle w:val="Heading2"/>
      </w:pPr>
      <w:r>
        <w:t>Objective Statement #5:</w:t>
      </w:r>
    </w:p>
    <w:p w14:paraId="544D9CF7" w14:textId="77777777" w:rsidR="005F7ABC" w:rsidRDefault="003C65DF">
      <w:r>
        <w:t>The iHOPE team must maintain an iHOPE team FTE to client ratio of 1:10 or less (i.e., if iHOPE team consists of 3.0 FTE staff, caseload size should be 30 or less).</w:t>
      </w:r>
    </w:p>
    <w:p w14:paraId="408B9F60" w14:textId="77777777" w:rsidR="005F7ABC" w:rsidRDefault="003C65DF">
      <w:pPr>
        <w:pStyle w:val="Heading2"/>
      </w:pPr>
      <w:r>
        <w:t>Measurement Method:</w:t>
      </w:r>
    </w:p>
    <w:p w14:paraId="476DF214" w14:textId="77777777" w:rsidR="005F7ABC" w:rsidRDefault="003C65DF">
      <w:r>
        <w:t>Reporting of the caseload size for iHOPE team.</w:t>
      </w:r>
    </w:p>
    <w:p w14:paraId="5FECB8B0" w14:textId="77777777" w:rsidR="005F7ABC" w:rsidRDefault="003C65DF">
      <w:r>
        <w:t>CHR = Clinical High Risk – The early stage of illness where symptoms are manifesting, and functioning is beginning to decline.</w:t>
      </w:r>
    </w:p>
    <w:p w14:paraId="17762676" w14:textId="77777777" w:rsidR="005F7ABC" w:rsidRDefault="003C65DF">
      <w:r>
        <w:t>FEP = First Episode Psychosis – A first episode of psychosis experienced within the past 12 months.</w:t>
      </w:r>
    </w:p>
    <w:p w14:paraId="2AAE2D46" w14:textId="77777777" w:rsidR="005F7ABC" w:rsidRDefault="003C65DF">
      <w:pPr>
        <w:pStyle w:val="Heading2"/>
      </w:pPr>
      <w:r>
        <w:t>Objective #5 Narrative:</w:t>
      </w:r>
    </w:p>
    <w:p w14:paraId="770B96F1" w14:textId="77777777" w:rsidR="005F7ABC" w:rsidRDefault="003C65DF">
      <w:r>
        <w:t>Complete the following table related to team FTE to client ratio.</w:t>
      </w:r>
    </w:p>
    <w:p w14:paraId="12AA8474" w14:textId="77777777" w:rsidR="005F7ABC" w:rsidRDefault="003C65DF">
      <w:r>
        <w:t>Please note that for items #’s 5D and 5E there is an additional Objective Narrative to complete.</w:t>
      </w:r>
    </w:p>
    <w:tbl>
      <w:tblPr>
        <w:tblStyle w:val="TableGrid"/>
        <w:tblW w:w="0" w:type="auto"/>
        <w:jc w:val="center"/>
        <w:tblLayout w:type="fixed"/>
        <w:tblLook w:val="04A0" w:firstRow="1" w:lastRow="0" w:firstColumn="1" w:lastColumn="0" w:noHBand="0" w:noVBand="1"/>
        <w:tblCaption w:val="Objective 5 quarterly caseload measures"/>
        <w:tblDescription w:val="Quarterly caseload, client, staff ratio, and discharge measures for Objective 5."/>
      </w:tblPr>
      <w:tblGrid>
        <w:gridCol w:w="648"/>
        <w:gridCol w:w="4680"/>
        <w:gridCol w:w="936"/>
        <w:gridCol w:w="936"/>
        <w:gridCol w:w="936"/>
        <w:gridCol w:w="936"/>
        <w:gridCol w:w="1007"/>
      </w:tblGrid>
      <w:tr w:rsidR="005F7ABC" w14:paraId="11A03D0D" w14:textId="77777777">
        <w:trPr>
          <w:cantSplit/>
          <w:tblHeader/>
          <w:jc w:val="center"/>
        </w:trPr>
        <w:tc>
          <w:tcPr>
            <w:tcW w:w="648" w:type="dxa"/>
            <w:shd w:val="clear" w:color="auto" w:fill="E7E6C8"/>
            <w:vAlign w:val="center"/>
          </w:tcPr>
          <w:p w14:paraId="32A81502" w14:textId="77777777" w:rsidR="005F7ABC" w:rsidRDefault="003C65DF">
            <w:r>
              <w:rPr>
                <w:b/>
                <w:sz w:val="19"/>
              </w:rPr>
              <w:t>#</w:t>
            </w:r>
          </w:p>
        </w:tc>
        <w:tc>
          <w:tcPr>
            <w:tcW w:w="4680" w:type="dxa"/>
            <w:shd w:val="clear" w:color="auto" w:fill="E7E6C8"/>
            <w:vAlign w:val="center"/>
          </w:tcPr>
          <w:p w14:paraId="753AB069" w14:textId="77777777" w:rsidR="005F7ABC" w:rsidRDefault="003C65DF">
            <w:r>
              <w:rPr>
                <w:b/>
                <w:sz w:val="19"/>
              </w:rPr>
              <w:t>Activity Description</w:t>
            </w:r>
          </w:p>
        </w:tc>
        <w:tc>
          <w:tcPr>
            <w:tcW w:w="936" w:type="dxa"/>
            <w:shd w:val="clear" w:color="auto" w:fill="E7E6C8"/>
            <w:vAlign w:val="center"/>
          </w:tcPr>
          <w:p w14:paraId="678E9F4F" w14:textId="77777777" w:rsidR="005F7ABC" w:rsidRDefault="003C65DF">
            <w:r>
              <w:rPr>
                <w:b/>
                <w:sz w:val="19"/>
              </w:rPr>
              <w:t>Q1</w:t>
            </w:r>
          </w:p>
        </w:tc>
        <w:tc>
          <w:tcPr>
            <w:tcW w:w="936" w:type="dxa"/>
            <w:shd w:val="clear" w:color="auto" w:fill="E7E6C8"/>
            <w:vAlign w:val="center"/>
          </w:tcPr>
          <w:p w14:paraId="65827A94" w14:textId="77777777" w:rsidR="005F7ABC" w:rsidRDefault="003C65DF">
            <w:r>
              <w:rPr>
                <w:b/>
                <w:sz w:val="19"/>
              </w:rPr>
              <w:t>Q2</w:t>
            </w:r>
          </w:p>
        </w:tc>
        <w:tc>
          <w:tcPr>
            <w:tcW w:w="936" w:type="dxa"/>
            <w:shd w:val="clear" w:color="auto" w:fill="E7E6C8"/>
            <w:vAlign w:val="center"/>
          </w:tcPr>
          <w:p w14:paraId="59A57AA6" w14:textId="77777777" w:rsidR="005F7ABC" w:rsidRDefault="003C65DF">
            <w:r>
              <w:rPr>
                <w:b/>
                <w:sz w:val="19"/>
              </w:rPr>
              <w:t>Q3</w:t>
            </w:r>
          </w:p>
        </w:tc>
        <w:tc>
          <w:tcPr>
            <w:tcW w:w="936" w:type="dxa"/>
            <w:shd w:val="clear" w:color="auto" w:fill="E7E6C8"/>
            <w:vAlign w:val="center"/>
          </w:tcPr>
          <w:p w14:paraId="3C5F07F3" w14:textId="77777777" w:rsidR="005F7ABC" w:rsidRDefault="003C65DF">
            <w:r>
              <w:rPr>
                <w:b/>
                <w:sz w:val="19"/>
              </w:rPr>
              <w:t>Q4</w:t>
            </w:r>
          </w:p>
        </w:tc>
        <w:tc>
          <w:tcPr>
            <w:tcW w:w="1007" w:type="dxa"/>
            <w:shd w:val="clear" w:color="auto" w:fill="E7E6C8"/>
            <w:vAlign w:val="center"/>
          </w:tcPr>
          <w:p w14:paraId="24C0C05C" w14:textId="77777777" w:rsidR="005F7ABC" w:rsidRDefault="003C65DF">
            <w:r>
              <w:rPr>
                <w:b/>
                <w:sz w:val="19"/>
              </w:rPr>
              <w:t>YTD</w:t>
            </w:r>
          </w:p>
        </w:tc>
      </w:tr>
      <w:tr w:rsidR="005F7ABC" w14:paraId="6DE2ECD1" w14:textId="77777777">
        <w:trPr>
          <w:cantSplit/>
          <w:jc w:val="center"/>
        </w:trPr>
        <w:tc>
          <w:tcPr>
            <w:tcW w:w="648" w:type="dxa"/>
            <w:vAlign w:val="center"/>
          </w:tcPr>
          <w:p w14:paraId="4B52D4F8" w14:textId="77777777" w:rsidR="005F7ABC" w:rsidRDefault="003C65DF">
            <w:r>
              <w:rPr>
                <w:sz w:val="19"/>
              </w:rPr>
              <w:t>5A</w:t>
            </w:r>
          </w:p>
        </w:tc>
        <w:tc>
          <w:tcPr>
            <w:tcW w:w="4680" w:type="dxa"/>
            <w:vAlign w:val="center"/>
          </w:tcPr>
          <w:p w14:paraId="43C0FF3E" w14:textId="77777777" w:rsidR="005F7ABC" w:rsidRDefault="003C65DF">
            <w:r>
              <w:rPr>
                <w:sz w:val="19"/>
              </w:rPr>
              <w:t>Total number of iHOPE clients for the quarter who are experiencing CHR.</w:t>
            </w:r>
          </w:p>
        </w:tc>
        <w:tc>
          <w:tcPr>
            <w:tcW w:w="936" w:type="dxa"/>
          </w:tcPr>
          <w:p w14:paraId="5E0CBC7F" w14:textId="77777777" w:rsidR="005F7ABC" w:rsidRDefault="00126465">
            <w:sdt>
              <w:sdtPr>
                <w:alias w:val="5A Q1"/>
                <w:tag w:val="obj5_5a_q1"/>
                <w:id w:val="1196"/>
                <w:placeholder>
                  <w:docPart w:val="38AEFCD6F8634107A2BEAF051A4F0832"/>
                </w:placeholder>
                <w:showingPlcHdr/>
                <w:text/>
              </w:sdtPr>
              <w:sdtEndPr/>
              <w:sdtContent>
                <w:r w:rsidR="003C65DF">
                  <w:rPr>
                    <w:color w:val="555555"/>
                  </w:rPr>
                  <w:t>[Enter number]</w:t>
                </w:r>
              </w:sdtContent>
            </w:sdt>
          </w:p>
        </w:tc>
        <w:tc>
          <w:tcPr>
            <w:tcW w:w="936" w:type="dxa"/>
          </w:tcPr>
          <w:p w14:paraId="29A83F36" w14:textId="77777777" w:rsidR="005F7ABC" w:rsidRDefault="00126465">
            <w:sdt>
              <w:sdtPr>
                <w:alias w:val="5A Q2"/>
                <w:tag w:val="obj5_5a_q2"/>
                <w:id w:val="1197"/>
                <w:placeholder>
                  <w:docPart w:val="619930647F134FA5BF03D239287262D1"/>
                </w:placeholder>
                <w:showingPlcHdr/>
                <w:text/>
              </w:sdtPr>
              <w:sdtEndPr/>
              <w:sdtContent>
                <w:r w:rsidR="003C65DF">
                  <w:rPr>
                    <w:color w:val="555555"/>
                  </w:rPr>
                  <w:t>[Enter number]</w:t>
                </w:r>
              </w:sdtContent>
            </w:sdt>
          </w:p>
        </w:tc>
        <w:tc>
          <w:tcPr>
            <w:tcW w:w="936" w:type="dxa"/>
          </w:tcPr>
          <w:p w14:paraId="368DC3C0" w14:textId="77777777" w:rsidR="005F7ABC" w:rsidRDefault="00126465">
            <w:sdt>
              <w:sdtPr>
                <w:alias w:val="5A Q3"/>
                <w:tag w:val="obj5_5a_q3"/>
                <w:id w:val="1198"/>
                <w:placeholder>
                  <w:docPart w:val="6C1FF99793B64300A58C8E2F112E0EFF"/>
                </w:placeholder>
                <w:showingPlcHdr/>
                <w:text/>
              </w:sdtPr>
              <w:sdtEndPr/>
              <w:sdtContent>
                <w:r w:rsidR="003C65DF">
                  <w:rPr>
                    <w:color w:val="555555"/>
                  </w:rPr>
                  <w:t>[Enter number]</w:t>
                </w:r>
              </w:sdtContent>
            </w:sdt>
          </w:p>
        </w:tc>
        <w:tc>
          <w:tcPr>
            <w:tcW w:w="936" w:type="dxa"/>
          </w:tcPr>
          <w:p w14:paraId="779B5B03" w14:textId="77777777" w:rsidR="005F7ABC" w:rsidRDefault="00126465">
            <w:sdt>
              <w:sdtPr>
                <w:alias w:val="5A Q4"/>
                <w:tag w:val="obj5_5a_q4"/>
                <w:id w:val="1199"/>
                <w:placeholder>
                  <w:docPart w:val="6B7B1661C3C94B9BA00E487482F82FDF"/>
                </w:placeholder>
                <w:showingPlcHdr/>
                <w:text/>
              </w:sdtPr>
              <w:sdtEndPr/>
              <w:sdtContent>
                <w:r w:rsidR="003C65DF">
                  <w:rPr>
                    <w:color w:val="555555"/>
                  </w:rPr>
                  <w:t>[Enter number]</w:t>
                </w:r>
              </w:sdtContent>
            </w:sdt>
          </w:p>
        </w:tc>
        <w:tc>
          <w:tcPr>
            <w:tcW w:w="1007" w:type="dxa"/>
            <w:vAlign w:val="center"/>
          </w:tcPr>
          <w:p w14:paraId="1DFF801F" w14:textId="77777777" w:rsidR="005F7ABC" w:rsidRDefault="003C65DF">
            <w:r>
              <w:rPr>
                <w:sz w:val="19"/>
              </w:rPr>
              <w:t>N/A</w:t>
            </w:r>
          </w:p>
        </w:tc>
      </w:tr>
      <w:tr w:rsidR="005F7ABC" w14:paraId="31F54C27" w14:textId="77777777">
        <w:trPr>
          <w:cantSplit/>
          <w:jc w:val="center"/>
        </w:trPr>
        <w:tc>
          <w:tcPr>
            <w:tcW w:w="648" w:type="dxa"/>
            <w:vAlign w:val="center"/>
          </w:tcPr>
          <w:p w14:paraId="35A3F9AC" w14:textId="77777777" w:rsidR="005F7ABC" w:rsidRDefault="003C65DF">
            <w:r>
              <w:rPr>
                <w:sz w:val="19"/>
              </w:rPr>
              <w:t>5B</w:t>
            </w:r>
          </w:p>
        </w:tc>
        <w:tc>
          <w:tcPr>
            <w:tcW w:w="4680" w:type="dxa"/>
            <w:vAlign w:val="center"/>
          </w:tcPr>
          <w:p w14:paraId="6EAE1D1D" w14:textId="77777777" w:rsidR="005F7ABC" w:rsidRDefault="003C65DF">
            <w:r>
              <w:rPr>
                <w:sz w:val="19"/>
              </w:rPr>
              <w:t>Total number of iHOPE clients for the quarter who are experiencing FEP.</w:t>
            </w:r>
          </w:p>
        </w:tc>
        <w:tc>
          <w:tcPr>
            <w:tcW w:w="936" w:type="dxa"/>
          </w:tcPr>
          <w:p w14:paraId="289FD560" w14:textId="77777777" w:rsidR="005F7ABC" w:rsidRDefault="00126465">
            <w:sdt>
              <w:sdtPr>
                <w:alias w:val="5B Q1"/>
                <w:tag w:val="obj5_5b_q1"/>
                <w:id w:val="1200"/>
                <w:placeholder>
                  <w:docPart w:val="BD7E3AF364B64FCF9E0593293D565233"/>
                </w:placeholder>
                <w:showingPlcHdr/>
                <w:text/>
              </w:sdtPr>
              <w:sdtEndPr/>
              <w:sdtContent>
                <w:r w:rsidR="003C65DF">
                  <w:rPr>
                    <w:color w:val="555555"/>
                  </w:rPr>
                  <w:t>[Enter number]</w:t>
                </w:r>
              </w:sdtContent>
            </w:sdt>
          </w:p>
        </w:tc>
        <w:tc>
          <w:tcPr>
            <w:tcW w:w="936" w:type="dxa"/>
          </w:tcPr>
          <w:p w14:paraId="16C996D3" w14:textId="77777777" w:rsidR="005F7ABC" w:rsidRDefault="00126465">
            <w:sdt>
              <w:sdtPr>
                <w:alias w:val="5B Q2"/>
                <w:tag w:val="obj5_5b_q2"/>
                <w:id w:val="1201"/>
                <w:placeholder>
                  <w:docPart w:val="DC75F5DF625C4C54B8A034E3717DD1C9"/>
                </w:placeholder>
                <w:showingPlcHdr/>
                <w:text/>
              </w:sdtPr>
              <w:sdtEndPr/>
              <w:sdtContent>
                <w:r w:rsidR="003C65DF">
                  <w:rPr>
                    <w:color w:val="555555"/>
                  </w:rPr>
                  <w:t>[Enter number]</w:t>
                </w:r>
              </w:sdtContent>
            </w:sdt>
          </w:p>
        </w:tc>
        <w:tc>
          <w:tcPr>
            <w:tcW w:w="936" w:type="dxa"/>
          </w:tcPr>
          <w:p w14:paraId="4EABD30D" w14:textId="77777777" w:rsidR="005F7ABC" w:rsidRDefault="00126465">
            <w:sdt>
              <w:sdtPr>
                <w:alias w:val="5B Q3"/>
                <w:tag w:val="obj5_5b_q3"/>
                <w:id w:val="1202"/>
                <w:placeholder>
                  <w:docPart w:val="2FC70F612D19478AB379EDFB2CB1CF22"/>
                </w:placeholder>
                <w:showingPlcHdr/>
                <w:text/>
              </w:sdtPr>
              <w:sdtEndPr/>
              <w:sdtContent>
                <w:r w:rsidR="003C65DF">
                  <w:rPr>
                    <w:color w:val="555555"/>
                  </w:rPr>
                  <w:t>[Enter number]</w:t>
                </w:r>
              </w:sdtContent>
            </w:sdt>
          </w:p>
        </w:tc>
        <w:tc>
          <w:tcPr>
            <w:tcW w:w="936" w:type="dxa"/>
          </w:tcPr>
          <w:p w14:paraId="30CC6E9E" w14:textId="77777777" w:rsidR="005F7ABC" w:rsidRDefault="00126465">
            <w:sdt>
              <w:sdtPr>
                <w:alias w:val="5B Q4"/>
                <w:tag w:val="obj5_5b_q4"/>
                <w:id w:val="1203"/>
                <w:placeholder>
                  <w:docPart w:val="25D5DC692E6242C69469314EC493934E"/>
                </w:placeholder>
                <w:showingPlcHdr/>
                <w:text/>
              </w:sdtPr>
              <w:sdtEndPr/>
              <w:sdtContent>
                <w:r w:rsidR="003C65DF">
                  <w:rPr>
                    <w:color w:val="555555"/>
                  </w:rPr>
                  <w:t>[Enter number]</w:t>
                </w:r>
              </w:sdtContent>
            </w:sdt>
          </w:p>
        </w:tc>
        <w:tc>
          <w:tcPr>
            <w:tcW w:w="1007" w:type="dxa"/>
            <w:vAlign w:val="center"/>
          </w:tcPr>
          <w:p w14:paraId="2DBC7585" w14:textId="77777777" w:rsidR="005F7ABC" w:rsidRDefault="003C65DF">
            <w:r>
              <w:rPr>
                <w:sz w:val="19"/>
              </w:rPr>
              <w:t>N/A</w:t>
            </w:r>
          </w:p>
        </w:tc>
      </w:tr>
      <w:tr w:rsidR="005F7ABC" w14:paraId="64764E70" w14:textId="77777777">
        <w:trPr>
          <w:cantSplit/>
          <w:jc w:val="center"/>
        </w:trPr>
        <w:tc>
          <w:tcPr>
            <w:tcW w:w="648" w:type="dxa"/>
            <w:vAlign w:val="center"/>
          </w:tcPr>
          <w:p w14:paraId="2A775008" w14:textId="77777777" w:rsidR="005F7ABC" w:rsidRDefault="003C65DF">
            <w:r>
              <w:rPr>
                <w:sz w:val="19"/>
              </w:rPr>
              <w:t>5B1</w:t>
            </w:r>
          </w:p>
        </w:tc>
        <w:tc>
          <w:tcPr>
            <w:tcW w:w="4680" w:type="dxa"/>
            <w:vAlign w:val="center"/>
          </w:tcPr>
          <w:p w14:paraId="3E4610E8" w14:textId="77777777" w:rsidR="005F7ABC" w:rsidRDefault="003C65DF">
            <w:r>
              <w:rPr>
                <w:sz w:val="19"/>
              </w:rPr>
              <w:t>Total Number of iHOPE Clients served.</w:t>
            </w:r>
          </w:p>
        </w:tc>
        <w:tc>
          <w:tcPr>
            <w:tcW w:w="936" w:type="dxa"/>
          </w:tcPr>
          <w:p w14:paraId="2103717F" w14:textId="77777777" w:rsidR="005F7ABC" w:rsidRDefault="00126465">
            <w:sdt>
              <w:sdtPr>
                <w:alias w:val="5B1 Q1"/>
                <w:tag w:val="obj5_5b1_q1"/>
                <w:id w:val="1204"/>
                <w:placeholder>
                  <w:docPart w:val="53E77274DCFA4E3FACECF19DB9E2AE4E"/>
                </w:placeholder>
                <w:showingPlcHdr/>
                <w:text/>
              </w:sdtPr>
              <w:sdtEndPr/>
              <w:sdtContent>
                <w:r w:rsidR="003C65DF">
                  <w:rPr>
                    <w:color w:val="555555"/>
                  </w:rPr>
                  <w:t>[Enter number]</w:t>
                </w:r>
              </w:sdtContent>
            </w:sdt>
          </w:p>
        </w:tc>
        <w:tc>
          <w:tcPr>
            <w:tcW w:w="936" w:type="dxa"/>
          </w:tcPr>
          <w:p w14:paraId="1C25C71E" w14:textId="77777777" w:rsidR="005F7ABC" w:rsidRDefault="00126465">
            <w:sdt>
              <w:sdtPr>
                <w:alias w:val="5B1 Q2"/>
                <w:tag w:val="obj5_5b1_q2"/>
                <w:id w:val="1205"/>
                <w:placeholder>
                  <w:docPart w:val="321D636EE87245F0832A3D69046E794C"/>
                </w:placeholder>
                <w:showingPlcHdr/>
                <w:text/>
              </w:sdtPr>
              <w:sdtEndPr/>
              <w:sdtContent>
                <w:r w:rsidR="003C65DF">
                  <w:rPr>
                    <w:color w:val="555555"/>
                  </w:rPr>
                  <w:t>[Enter number]</w:t>
                </w:r>
              </w:sdtContent>
            </w:sdt>
          </w:p>
        </w:tc>
        <w:tc>
          <w:tcPr>
            <w:tcW w:w="936" w:type="dxa"/>
          </w:tcPr>
          <w:p w14:paraId="7054834A" w14:textId="77777777" w:rsidR="005F7ABC" w:rsidRDefault="00126465">
            <w:sdt>
              <w:sdtPr>
                <w:alias w:val="5B1 Q3"/>
                <w:tag w:val="obj5_5b1_q3"/>
                <w:id w:val="1206"/>
                <w:placeholder>
                  <w:docPart w:val="08FBC6FCA12444D38B9FEE2784194FF2"/>
                </w:placeholder>
                <w:showingPlcHdr/>
                <w:text/>
              </w:sdtPr>
              <w:sdtEndPr/>
              <w:sdtContent>
                <w:r w:rsidR="003C65DF">
                  <w:rPr>
                    <w:color w:val="555555"/>
                  </w:rPr>
                  <w:t>[Enter number]</w:t>
                </w:r>
              </w:sdtContent>
            </w:sdt>
          </w:p>
        </w:tc>
        <w:tc>
          <w:tcPr>
            <w:tcW w:w="936" w:type="dxa"/>
          </w:tcPr>
          <w:p w14:paraId="753DB354" w14:textId="77777777" w:rsidR="005F7ABC" w:rsidRDefault="00126465">
            <w:sdt>
              <w:sdtPr>
                <w:alias w:val="5B1 Q4"/>
                <w:tag w:val="obj5_5b1_q4"/>
                <w:id w:val="1207"/>
                <w:placeholder>
                  <w:docPart w:val="CF1C5CE7C8744650BBE889156A915EE4"/>
                </w:placeholder>
                <w:showingPlcHdr/>
                <w:text/>
              </w:sdtPr>
              <w:sdtEndPr/>
              <w:sdtContent>
                <w:r w:rsidR="003C65DF">
                  <w:rPr>
                    <w:color w:val="555555"/>
                  </w:rPr>
                  <w:t>[Enter number]</w:t>
                </w:r>
              </w:sdtContent>
            </w:sdt>
          </w:p>
        </w:tc>
        <w:tc>
          <w:tcPr>
            <w:tcW w:w="1007" w:type="dxa"/>
            <w:vAlign w:val="center"/>
          </w:tcPr>
          <w:p w14:paraId="5B158AAF" w14:textId="77777777" w:rsidR="005F7ABC" w:rsidRDefault="003C65DF">
            <w:r>
              <w:rPr>
                <w:sz w:val="19"/>
              </w:rPr>
              <w:t>N/A</w:t>
            </w:r>
          </w:p>
        </w:tc>
      </w:tr>
      <w:tr w:rsidR="005F7ABC" w14:paraId="0DCDECC5" w14:textId="77777777">
        <w:trPr>
          <w:cantSplit/>
          <w:jc w:val="center"/>
        </w:trPr>
        <w:tc>
          <w:tcPr>
            <w:tcW w:w="648" w:type="dxa"/>
            <w:vAlign w:val="center"/>
          </w:tcPr>
          <w:p w14:paraId="29AC09FD" w14:textId="77777777" w:rsidR="005F7ABC" w:rsidRDefault="003C65DF">
            <w:r>
              <w:rPr>
                <w:sz w:val="19"/>
              </w:rPr>
              <w:t>5B2</w:t>
            </w:r>
          </w:p>
        </w:tc>
        <w:tc>
          <w:tcPr>
            <w:tcW w:w="4680" w:type="dxa"/>
            <w:vAlign w:val="center"/>
          </w:tcPr>
          <w:p w14:paraId="4807E695" w14:textId="77777777" w:rsidR="005F7ABC" w:rsidRDefault="003C65DF">
            <w:r>
              <w:rPr>
                <w:sz w:val="19"/>
              </w:rPr>
              <w:t>Of the Total Number Served (5B1), how many individuals are 18 years and older.</w:t>
            </w:r>
          </w:p>
        </w:tc>
        <w:tc>
          <w:tcPr>
            <w:tcW w:w="936" w:type="dxa"/>
          </w:tcPr>
          <w:p w14:paraId="7225BA64" w14:textId="77777777" w:rsidR="005F7ABC" w:rsidRDefault="00126465">
            <w:sdt>
              <w:sdtPr>
                <w:alias w:val="5B2 Q1"/>
                <w:tag w:val="obj5_5b2_q1"/>
                <w:id w:val="1208"/>
                <w:placeholder>
                  <w:docPart w:val="BB524AED888A4EF988F6416BCF118B41"/>
                </w:placeholder>
                <w:showingPlcHdr/>
                <w:text/>
              </w:sdtPr>
              <w:sdtEndPr/>
              <w:sdtContent>
                <w:r w:rsidR="003C65DF">
                  <w:rPr>
                    <w:color w:val="555555"/>
                  </w:rPr>
                  <w:t>[Enter number]</w:t>
                </w:r>
              </w:sdtContent>
            </w:sdt>
          </w:p>
        </w:tc>
        <w:tc>
          <w:tcPr>
            <w:tcW w:w="936" w:type="dxa"/>
          </w:tcPr>
          <w:p w14:paraId="2C6C8D7C" w14:textId="77777777" w:rsidR="005F7ABC" w:rsidRDefault="00126465">
            <w:sdt>
              <w:sdtPr>
                <w:alias w:val="5B2 Q2"/>
                <w:tag w:val="obj5_5b2_q2"/>
                <w:id w:val="1209"/>
                <w:placeholder>
                  <w:docPart w:val="5DA5F41FDA164637A0071442B1D91A1D"/>
                </w:placeholder>
                <w:showingPlcHdr/>
                <w:text/>
              </w:sdtPr>
              <w:sdtEndPr/>
              <w:sdtContent>
                <w:r w:rsidR="003C65DF">
                  <w:rPr>
                    <w:color w:val="555555"/>
                  </w:rPr>
                  <w:t>[Enter number]</w:t>
                </w:r>
              </w:sdtContent>
            </w:sdt>
          </w:p>
        </w:tc>
        <w:tc>
          <w:tcPr>
            <w:tcW w:w="936" w:type="dxa"/>
          </w:tcPr>
          <w:p w14:paraId="5B7C8AF6" w14:textId="77777777" w:rsidR="005F7ABC" w:rsidRDefault="00126465">
            <w:sdt>
              <w:sdtPr>
                <w:alias w:val="5B2 Q3"/>
                <w:tag w:val="obj5_5b2_q3"/>
                <w:id w:val="1210"/>
                <w:placeholder>
                  <w:docPart w:val="4BB50C344F67429885E1DC2645C5F82F"/>
                </w:placeholder>
                <w:showingPlcHdr/>
                <w:text/>
              </w:sdtPr>
              <w:sdtEndPr/>
              <w:sdtContent>
                <w:r w:rsidR="003C65DF">
                  <w:rPr>
                    <w:color w:val="555555"/>
                  </w:rPr>
                  <w:t>[Enter number]</w:t>
                </w:r>
              </w:sdtContent>
            </w:sdt>
          </w:p>
        </w:tc>
        <w:tc>
          <w:tcPr>
            <w:tcW w:w="936" w:type="dxa"/>
          </w:tcPr>
          <w:p w14:paraId="53EBF30E" w14:textId="77777777" w:rsidR="005F7ABC" w:rsidRDefault="00126465">
            <w:sdt>
              <w:sdtPr>
                <w:alias w:val="5B2 Q4"/>
                <w:tag w:val="obj5_5b2_q4"/>
                <w:id w:val="1211"/>
                <w:placeholder>
                  <w:docPart w:val="92DCB545F6244A1B880AAACE3305C73A"/>
                </w:placeholder>
                <w:showingPlcHdr/>
                <w:text/>
              </w:sdtPr>
              <w:sdtEndPr/>
              <w:sdtContent>
                <w:r w:rsidR="003C65DF">
                  <w:rPr>
                    <w:color w:val="555555"/>
                  </w:rPr>
                  <w:t>[Enter number]</w:t>
                </w:r>
              </w:sdtContent>
            </w:sdt>
          </w:p>
        </w:tc>
        <w:tc>
          <w:tcPr>
            <w:tcW w:w="1007" w:type="dxa"/>
            <w:vAlign w:val="center"/>
          </w:tcPr>
          <w:p w14:paraId="1DD84B50" w14:textId="77777777" w:rsidR="005F7ABC" w:rsidRDefault="003C65DF">
            <w:r>
              <w:rPr>
                <w:sz w:val="19"/>
              </w:rPr>
              <w:t>N/A</w:t>
            </w:r>
          </w:p>
        </w:tc>
      </w:tr>
      <w:tr w:rsidR="005F7ABC" w14:paraId="4B16AE24" w14:textId="77777777">
        <w:trPr>
          <w:cantSplit/>
          <w:jc w:val="center"/>
        </w:trPr>
        <w:tc>
          <w:tcPr>
            <w:tcW w:w="648" w:type="dxa"/>
            <w:vAlign w:val="center"/>
          </w:tcPr>
          <w:p w14:paraId="3000F797" w14:textId="77777777" w:rsidR="005F7ABC" w:rsidRDefault="003C65DF">
            <w:r>
              <w:rPr>
                <w:sz w:val="19"/>
              </w:rPr>
              <w:t>5B3</w:t>
            </w:r>
          </w:p>
        </w:tc>
        <w:tc>
          <w:tcPr>
            <w:tcW w:w="4680" w:type="dxa"/>
            <w:vAlign w:val="center"/>
          </w:tcPr>
          <w:p w14:paraId="30273446" w14:textId="77777777" w:rsidR="005F7ABC" w:rsidRDefault="003C65DF">
            <w:r>
              <w:rPr>
                <w:sz w:val="19"/>
              </w:rPr>
              <w:t>Of the Total Number Served (5B1), how many individuals are under age 18.</w:t>
            </w:r>
          </w:p>
        </w:tc>
        <w:tc>
          <w:tcPr>
            <w:tcW w:w="936" w:type="dxa"/>
          </w:tcPr>
          <w:p w14:paraId="6B0D21CA" w14:textId="77777777" w:rsidR="005F7ABC" w:rsidRDefault="00126465">
            <w:sdt>
              <w:sdtPr>
                <w:alias w:val="5B3 Q1"/>
                <w:tag w:val="obj5_5b3_q1"/>
                <w:id w:val="1212"/>
                <w:placeholder>
                  <w:docPart w:val="99413DE662D64CF3BD12549B6C81593F"/>
                </w:placeholder>
                <w:showingPlcHdr/>
                <w:text/>
              </w:sdtPr>
              <w:sdtEndPr/>
              <w:sdtContent>
                <w:r w:rsidR="003C65DF">
                  <w:rPr>
                    <w:color w:val="555555"/>
                  </w:rPr>
                  <w:t>[Enter number]</w:t>
                </w:r>
              </w:sdtContent>
            </w:sdt>
          </w:p>
        </w:tc>
        <w:tc>
          <w:tcPr>
            <w:tcW w:w="936" w:type="dxa"/>
          </w:tcPr>
          <w:p w14:paraId="71D643B5" w14:textId="77777777" w:rsidR="005F7ABC" w:rsidRDefault="00126465">
            <w:sdt>
              <w:sdtPr>
                <w:alias w:val="5B3 Q2"/>
                <w:tag w:val="obj5_5b3_q2"/>
                <w:id w:val="1213"/>
                <w:placeholder>
                  <w:docPart w:val="7546957865C540D7B4926800654F7094"/>
                </w:placeholder>
                <w:showingPlcHdr/>
                <w:text/>
              </w:sdtPr>
              <w:sdtEndPr/>
              <w:sdtContent>
                <w:r w:rsidR="003C65DF">
                  <w:rPr>
                    <w:color w:val="555555"/>
                  </w:rPr>
                  <w:t>[Enter number]</w:t>
                </w:r>
              </w:sdtContent>
            </w:sdt>
          </w:p>
        </w:tc>
        <w:tc>
          <w:tcPr>
            <w:tcW w:w="936" w:type="dxa"/>
          </w:tcPr>
          <w:p w14:paraId="43F06460" w14:textId="77777777" w:rsidR="005F7ABC" w:rsidRDefault="00126465">
            <w:sdt>
              <w:sdtPr>
                <w:alias w:val="5B3 Q3"/>
                <w:tag w:val="obj5_5b3_q3"/>
                <w:id w:val="1214"/>
                <w:placeholder>
                  <w:docPart w:val="1C42A7038AC54A2EAEEE8114673722DE"/>
                </w:placeholder>
                <w:showingPlcHdr/>
                <w:text/>
              </w:sdtPr>
              <w:sdtEndPr/>
              <w:sdtContent>
                <w:r w:rsidR="003C65DF">
                  <w:rPr>
                    <w:color w:val="555555"/>
                  </w:rPr>
                  <w:t>[Enter number]</w:t>
                </w:r>
              </w:sdtContent>
            </w:sdt>
          </w:p>
        </w:tc>
        <w:tc>
          <w:tcPr>
            <w:tcW w:w="936" w:type="dxa"/>
          </w:tcPr>
          <w:p w14:paraId="784786D2" w14:textId="77777777" w:rsidR="005F7ABC" w:rsidRDefault="00126465">
            <w:sdt>
              <w:sdtPr>
                <w:alias w:val="5B3 Q4"/>
                <w:tag w:val="obj5_5b3_q4"/>
                <w:id w:val="1215"/>
                <w:placeholder>
                  <w:docPart w:val="CBC171E0ACFA41DFB23341ED8A1C712A"/>
                </w:placeholder>
                <w:showingPlcHdr/>
                <w:text/>
              </w:sdtPr>
              <w:sdtEndPr/>
              <w:sdtContent>
                <w:r w:rsidR="003C65DF">
                  <w:rPr>
                    <w:color w:val="555555"/>
                  </w:rPr>
                  <w:t>[Enter number]</w:t>
                </w:r>
              </w:sdtContent>
            </w:sdt>
          </w:p>
        </w:tc>
        <w:tc>
          <w:tcPr>
            <w:tcW w:w="1007" w:type="dxa"/>
            <w:vAlign w:val="center"/>
          </w:tcPr>
          <w:p w14:paraId="6B0C1F39" w14:textId="77777777" w:rsidR="005F7ABC" w:rsidRDefault="003C65DF">
            <w:r>
              <w:rPr>
                <w:sz w:val="19"/>
              </w:rPr>
              <w:t>N/A</w:t>
            </w:r>
          </w:p>
        </w:tc>
      </w:tr>
      <w:tr w:rsidR="005F7ABC" w14:paraId="2352EE9B" w14:textId="77777777">
        <w:trPr>
          <w:cantSplit/>
          <w:jc w:val="center"/>
        </w:trPr>
        <w:tc>
          <w:tcPr>
            <w:tcW w:w="648" w:type="dxa"/>
            <w:vAlign w:val="center"/>
          </w:tcPr>
          <w:p w14:paraId="40236C3A" w14:textId="77777777" w:rsidR="005F7ABC" w:rsidRDefault="003C65DF">
            <w:r>
              <w:rPr>
                <w:sz w:val="19"/>
              </w:rPr>
              <w:t>5C</w:t>
            </w:r>
          </w:p>
        </w:tc>
        <w:tc>
          <w:tcPr>
            <w:tcW w:w="4680" w:type="dxa"/>
            <w:vAlign w:val="center"/>
          </w:tcPr>
          <w:p w14:paraId="29FBBC0C" w14:textId="77777777" w:rsidR="005F7ABC" w:rsidRDefault="003C65DF">
            <w:r>
              <w:rPr>
                <w:sz w:val="19"/>
              </w:rPr>
              <w:t>Total number of iHOPE team member FTEs for reporting period (listed in Objective #1).</w:t>
            </w:r>
          </w:p>
        </w:tc>
        <w:tc>
          <w:tcPr>
            <w:tcW w:w="936" w:type="dxa"/>
          </w:tcPr>
          <w:p w14:paraId="3969DD12" w14:textId="77777777" w:rsidR="005F7ABC" w:rsidRDefault="00126465">
            <w:sdt>
              <w:sdtPr>
                <w:alias w:val="5C Q1"/>
                <w:tag w:val="obj5_5c_q1"/>
                <w:id w:val="1216"/>
                <w:placeholder>
                  <w:docPart w:val="D3248BA9BB814E7DB308BCB620AC1C78"/>
                </w:placeholder>
                <w:showingPlcHdr/>
                <w:text/>
              </w:sdtPr>
              <w:sdtEndPr/>
              <w:sdtContent>
                <w:r w:rsidR="003C65DF">
                  <w:rPr>
                    <w:color w:val="555555"/>
                  </w:rPr>
                  <w:t>[Enter number]</w:t>
                </w:r>
              </w:sdtContent>
            </w:sdt>
          </w:p>
        </w:tc>
        <w:tc>
          <w:tcPr>
            <w:tcW w:w="936" w:type="dxa"/>
          </w:tcPr>
          <w:p w14:paraId="2D52C4AC" w14:textId="77777777" w:rsidR="005F7ABC" w:rsidRDefault="00126465">
            <w:sdt>
              <w:sdtPr>
                <w:alias w:val="5C Q2"/>
                <w:tag w:val="obj5_5c_q2"/>
                <w:id w:val="1217"/>
                <w:placeholder>
                  <w:docPart w:val="6E5D3F07998D494DA2F7ACFC7825FE93"/>
                </w:placeholder>
                <w:showingPlcHdr/>
                <w:text/>
              </w:sdtPr>
              <w:sdtEndPr/>
              <w:sdtContent>
                <w:r w:rsidR="003C65DF">
                  <w:rPr>
                    <w:color w:val="555555"/>
                  </w:rPr>
                  <w:t>[Enter number]</w:t>
                </w:r>
              </w:sdtContent>
            </w:sdt>
          </w:p>
        </w:tc>
        <w:tc>
          <w:tcPr>
            <w:tcW w:w="936" w:type="dxa"/>
          </w:tcPr>
          <w:p w14:paraId="5B4FB8C0" w14:textId="77777777" w:rsidR="005F7ABC" w:rsidRDefault="00126465">
            <w:sdt>
              <w:sdtPr>
                <w:alias w:val="5C Q3"/>
                <w:tag w:val="obj5_5c_q3"/>
                <w:id w:val="1218"/>
                <w:placeholder>
                  <w:docPart w:val="09CBF984F2F14D488C7BE64233853D9F"/>
                </w:placeholder>
                <w:showingPlcHdr/>
                <w:text/>
              </w:sdtPr>
              <w:sdtEndPr/>
              <w:sdtContent>
                <w:r w:rsidR="003C65DF">
                  <w:rPr>
                    <w:color w:val="555555"/>
                  </w:rPr>
                  <w:t>[Enter number]</w:t>
                </w:r>
              </w:sdtContent>
            </w:sdt>
          </w:p>
        </w:tc>
        <w:tc>
          <w:tcPr>
            <w:tcW w:w="936" w:type="dxa"/>
          </w:tcPr>
          <w:p w14:paraId="1C6F756B" w14:textId="77777777" w:rsidR="005F7ABC" w:rsidRDefault="00126465">
            <w:sdt>
              <w:sdtPr>
                <w:alias w:val="5C Q4"/>
                <w:tag w:val="obj5_5c_q4"/>
                <w:id w:val="1219"/>
                <w:placeholder>
                  <w:docPart w:val="39C3D55323E84E7697FDF140350ECA7D"/>
                </w:placeholder>
                <w:showingPlcHdr/>
                <w:text/>
              </w:sdtPr>
              <w:sdtEndPr/>
              <w:sdtContent>
                <w:r w:rsidR="003C65DF">
                  <w:rPr>
                    <w:color w:val="555555"/>
                  </w:rPr>
                  <w:t>[Enter number]</w:t>
                </w:r>
              </w:sdtContent>
            </w:sdt>
          </w:p>
        </w:tc>
        <w:tc>
          <w:tcPr>
            <w:tcW w:w="1007" w:type="dxa"/>
            <w:vAlign w:val="center"/>
          </w:tcPr>
          <w:p w14:paraId="7AF85146" w14:textId="77777777" w:rsidR="005F7ABC" w:rsidRDefault="003C65DF">
            <w:r>
              <w:rPr>
                <w:sz w:val="19"/>
              </w:rPr>
              <w:t>N/A</w:t>
            </w:r>
          </w:p>
        </w:tc>
      </w:tr>
      <w:tr w:rsidR="005F7ABC" w14:paraId="56B697AA" w14:textId="77777777">
        <w:trPr>
          <w:cantSplit/>
          <w:jc w:val="center"/>
        </w:trPr>
        <w:tc>
          <w:tcPr>
            <w:tcW w:w="648" w:type="dxa"/>
            <w:vAlign w:val="center"/>
          </w:tcPr>
          <w:p w14:paraId="3F9873AB" w14:textId="77777777" w:rsidR="005F7ABC" w:rsidRDefault="003C65DF">
            <w:r>
              <w:rPr>
                <w:sz w:val="19"/>
              </w:rPr>
              <w:t>5D</w:t>
            </w:r>
          </w:p>
        </w:tc>
        <w:tc>
          <w:tcPr>
            <w:tcW w:w="4680" w:type="dxa"/>
            <w:vAlign w:val="center"/>
          </w:tcPr>
          <w:p w14:paraId="569A4C46" w14:textId="77777777" w:rsidR="005F7ABC" w:rsidRDefault="003C65DF">
            <w:r>
              <w:rPr>
                <w:sz w:val="19"/>
              </w:rPr>
              <w:t>HOPE team member staff to client ratio. {total FTE staff : total clients for reporting period} (Complete Objective #5D Narrative below.)</w:t>
            </w:r>
          </w:p>
        </w:tc>
        <w:tc>
          <w:tcPr>
            <w:tcW w:w="936" w:type="dxa"/>
          </w:tcPr>
          <w:p w14:paraId="786CFB82" w14:textId="77777777" w:rsidR="005F7ABC" w:rsidRDefault="00126465">
            <w:sdt>
              <w:sdtPr>
                <w:alias w:val="5D Q1"/>
                <w:tag w:val="obj5_5d_q1"/>
                <w:id w:val="1220"/>
                <w:placeholder>
                  <w:docPart w:val="EE99F5EACF87436099F041B7725AE0E2"/>
                </w:placeholder>
                <w:showingPlcHdr/>
                <w:text/>
              </w:sdtPr>
              <w:sdtEndPr/>
              <w:sdtContent>
                <w:r w:rsidR="003C65DF">
                  <w:rPr>
                    <w:color w:val="555555"/>
                  </w:rPr>
                  <w:t>[Enter number]</w:t>
                </w:r>
              </w:sdtContent>
            </w:sdt>
          </w:p>
        </w:tc>
        <w:tc>
          <w:tcPr>
            <w:tcW w:w="936" w:type="dxa"/>
          </w:tcPr>
          <w:p w14:paraId="07F9A184" w14:textId="77777777" w:rsidR="005F7ABC" w:rsidRDefault="00126465">
            <w:sdt>
              <w:sdtPr>
                <w:alias w:val="5D Q2"/>
                <w:tag w:val="obj5_5d_q2"/>
                <w:id w:val="1221"/>
                <w:placeholder>
                  <w:docPart w:val="9E28164B1CCA454D8C86C603ABA67DE2"/>
                </w:placeholder>
                <w:showingPlcHdr/>
                <w:text/>
              </w:sdtPr>
              <w:sdtEndPr/>
              <w:sdtContent>
                <w:r w:rsidR="003C65DF">
                  <w:rPr>
                    <w:color w:val="555555"/>
                  </w:rPr>
                  <w:t>[Enter number]</w:t>
                </w:r>
              </w:sdtContent>
            </w:sdt>
          </w:p>
        </w:tc>
        <w:tc>
          <w:tcPr>
            <w:tcW w:w="936" w:type="dxa"/>
          </w:tcPr>
          <w:p w14:paraId="0EB5FF07" w14:textId="77777777" w:rsidR="005F7ABC" w:rsidRDefault="00126465">
            <w:sdt>
              <w:sdtPr>
                <w:alias w:val="5D Q3"/>
                <w:tag w:val="obj5_5d_q3"/>
                <w:id w:val="1222"/>
                <w:placeholder>
                  <w:docPart w:val="9470C5961D1D4C99A6726694659A20B3"/>
                </w:placeholder>
                <w:showingPlcHdr/>
                <w:text/>
              </w:sdtPr>
              <w:sdtEndPr/>
              <w:sdtContent>
                <w:r w:rsidR="003C65DF">
                  <w:rPr>
                    <w:color w:val="555555"/>
                  </w:rPr>
                  <w:t>[Enter number]</w:t>
                </w:r>
              </w:sdtContent>
            </w:sdt>
          </w:p>
        </w:tc>
        <w:tc>
          <w:tcPr>
            <w:tcW w:w="936" w:type="dxa"/>
          </w:tcPr>
          <w:p w14:paraId="77055A40" w14:textId="77777777" w:rsidR="005F7ABC" w:rsidRDefault="00126465">
            <w:sdt>
              <w:sdtPr>
                <w:alias w:val="5D Q4"/>
                <w:tag w:val="obj5_5d_q4"/>
                <w:id w:val="1223"/>
                <w:placeholder>
                  <w:docPart w:val="3E1DBB48660B44F4BA7C30171DB68C2D"/>
                </w:placeholder>
                <w:showingPlcHdr/>
                <w:text/>
              </w:sdtPr>
              <w:sdtEndPr/>
              <w:sdtContent>
                <w:r w:rsidR="003C65DF">
                  <w:rPr>
                    <w:color w:val="555555"/>
                  </w:rPr>
                  <w:t>[Enter number]</w:t>
                </w:r>
              </w:sdtContent>
            </w:sdt>
          </w:p>
        </w:tc>
        <w:tc>
          <w:tcPr>
            <w:tcW w:w="1007" w:type="dxa"/>
            <w:vAlign w:val="center"/>
          </w:tcPr>
          <w:p w14:paraId="2364379F" w14:textId="77777777" w:rsidR="005F7ABC" w:rsidRDefault="003C65DF">
            <w:r>
              <w:rPr>
                <w:sz w:val="19"/>
              </w:rPr>
              <w:t>N/A</w:t>
            </w:r>
          </w:p>
        </w:tc>
      </w:tr>
      <w:tr w:rsidR="005F7ABC" w14:paraId="3EC9283D" w14:textId="77777777">
        <w:trPr>
          <w:cantSplit/>
          <w:jc w:val="center"/>
        </w:trPr>
        <w:tc>
          <w:tcPr>
            <w:tcW w:w="648" w:type="dxa"/>
            <w:vAlign w:val="center"/>
          </w:tcPr>
          <w:p w14:paraId="35E54AD9" w14:textId="77777777" w:rsidR="005F7ABC" w:rsidRDefault="003C65DF">
            <w:r>
              <w:rPr>
                <w:sz w:val="19"/>
              </w:rPr>
              <w:t>5E</w:t>
            </w:r>
          </w:p>
        </w:tc>
        <w:tc>
          <w:tcPr>
            <w:tcW w:w="4680" w:type="dxa"/>
            <w:vAlign w:val="center"/>
          </w:tcPr>
          <w:p w14:paraId="38752480" w14:textId="77777777" w:rsidR="005F7ABC" w:rsidRDefault="003C65DF">
            <w:r>
              <w:rPr>
                <w:sz w:val="19"/>
              </w:rPr>
              <w:t>Total number of iHOPE discharges for the quarter.</w:t>
            </w:r>
          </w:p>
        </w:tc>
        <w:tc>
          <w:tcPr>
            <w:tcW w:w="936" w:type="dxa"/>
          </w:tcPr>
          <w:p w14:paraId="010608C9" w14:textId="77777777" w:rsidR="005F7ABC" w:rsidRDefault="00126465">
            <w:sdt>
              <w:sdtPr>
                <w:alias w:val="5E Q1"/>
                <w:tag w:val="obj5_5e_q1"/>
                <w:id w:val="1224"/>
                <w:placeholder>
                  <w:docPart w:val="98DE583864BD43CD8746D1C1AA4EC453"/>
                </w:placeholder>
                <w:showingPlcHdr/>
                <w:text/>
              </w:sdtPr>
              <w:sdtEndPr/>
              <w:sdtContent>
                <w:r w:rsidR="003C65DF">
                  <w:rPr>
                    <w:color w:val="555555"/>
                  </w:rPr>
                  <w:t>[Enter number]</w:t>
                </w:r>
              </w:sdtContent>
            </w:sdt>
          </w:p>
        </w:tc>
        <w:tc>
          <w:tcPr>
            <w:tcW w:w="936" w:type="dxa"/>
          </w:tcPr>
          <w:p w14:paraId="5F8BC908" w14:textId="77777777" w:rsidR="005F7ABC" w:rsidRDefault="00126465">
            <w:sdt>
              <w:sdtPr>
                <w:alias w:val="5E Q2"/>
                <w:tag w:val="obj5_5e_q2"/>
                <w:id w:val="1225"/>
                <w:placeholder>
                  <w:docPart w:val="D092E6BCD05D4346863F77CEB7B19A3E"/>
                </w:placeholder>
                <w:showingPlcHdr/>
                <w:text/>
              </w:sdtPr>
              <w:sdtEndPr/>
              <w:sdtContent>
                <w:r w:rsidR="003C65DF">
                  <w:rPr>
                    <w:color w:val="555555"/>
                  </w:rPr>
                  <w:t>[Enter number]</w:t>
                </w:r>
              </w:sdtContent>
            </w:sdt>
          </w:p>
        </w:tc>
        <w:tc>
          <w:tcPr>
            <w:tcW w:w="936" w:type="dxa"/>
          </w:tcPr>
          <w:p w14:paraId="10AC12B9" w14:textId="77777777" w:rsidR="005F7ABC" w:rsidRDefault="00126465">
            <w:sdt>
              <w:sdtPr>
                <w:alias w:val="5E Q3"/>
                <w:tag w:val="obj5_5e_q3"/>
                <w:id w:val="1226"/>
                <w:placeholder>
                  <w:docPart w:val="07E9BC601F174DA6B840CEC528C95B95"/>
                </w:placeholder>
                <w:showingPlcHdr/>
                <w:text/>
              </w:sdtPr>
              <w:sdtEndPr/>
              <w:sdtContent>
                <w:r w:rsidR="003C65DF">
                  <w:rPr>
                    <w:color w:val="555555"/>
                  </w:rPr>
                  <w:t>[Enter number]</w:t>
                </w:r>
              </w:sdtContent>
            </w:sdt>
          </w:p>
        </w:tc>
        <w:tc>
          <w:tcPr>
            <w:tcW w:w="936" w:type="dxa"/>
          </w:tcPr>
          <w:p w14:paraId="345707D8" w14:textId="77777777" w:rsidR="005F7ABC" w:rsidRDefault="00126465">
            <w:sdt>
              <w:sdtPr>
                <w:alias w:val="5E Q4"/>
                <w:tag w:val="obj5_5e_q4"/>
                <w:id w:val="1227"/>
                <w:placeholder>
                  <w:docPart w:val="8AAA49D1E8A8472B962B8808BD68A28E"/>
                </w:placeholder>
                <w:showingPlcHdr/>
                <w:text/>
              </w:sdtPr>
              <w:sdtEndPr/>
              <w:sdtContent>
                <w:r w:rsidR="003C65DF">
                  <w:rPr>
                    <w:color w:val="555555"/>
                  </w:rPr>
                  <w:t>[Enter number]</w:t>
                </w:r>
              </w:sdtContent>
            </w:sdt>
          </w:p>
        </w:tc>
        <w:tc>
          <w:tcPr>
            <w:tcW w:w="1007" w:type="dxa"/>
          </w:tcPr>
          <w:p w14:paraId="09D4ABA2" w14:textId="77777777" w:rsidR="005F7ABC" w:rsidRDefault="003C65DF">
            <w:r>
              <w:fldChar w:fldCharType="begin"/>
            </w:r>
            <w:r>
              <w:instrText>=SUM(LEFT)</w:instrText>
            </w:r>
            <w:r>
              <w:fldChar w:fldCharType="separate"/>
            </w:r>
            <w:r>
              <w:t>0</w:t>
            </w:r>
            <w:r>
              <w:fldChar w:fldCharType="end"/>
            </w:r>
          </w:p>
        </w:tc>
      </w:tr>
    </w:tbl>
    <w:p w14:paraId="46198374" w14:textId="77777777" w:rsidR="005F7ABC" w:rsidRDefault="003C65DF">
      <w:pPr>
        <w:pStyle w:val="Heading2"/>
      </w:pPr>
      <w:r>
        <w:t>Objective #5D Narrative – Staff to Client Ratio:</w:t>
      </w:r>
    </w:p>
    <w:p w14:paraId="5BD4C411" w14:textId="77777777" w:rsidR="005F7ABC" w:rsidRDefault="003C65DF">
      <w:r>
        <w:t>If your region does not meet the minimum standard of 1:10 staff to client ratio, please list reason and indicate how your region will resolve this issue by the next reporting period.</w:t>
      </w:r>
    </w:p>
    <w:p w14:paraId="0C72B298" w14:textId="77777777" w:rsidR="005F7ABC" w:rsidRDefault="003C65DF">
      <w:r>
        <w:rPr>
          <w:b/>
        </w:rPr>
        <w:lastRenderedPageBreak/>
        <w:t xml:space="preserve">Response: </w:t>
      </w:r>
      <w:sdt>
        <w:sdtPr>
          <w:alias w:val="Response:"/>
          <w:tag w:val="obj5d_narrative"/>
          <w:id w:val="1228"/>
          <w:placeholder>
            <w:docPart w:val="26728A5A6D564281B00C717D38C0CEEE"/>
          </w:placeholder>
          <w:showingPlcHdr/>
          <w:text w:multiLine="1"/>
        </w:sdtPr>
        <w:sdtEndPr/>
        <w:sdtContent>
          <w:r>
            <w:rPr>
              <w:color w:val="555555"/>
            </w:rPr>
            <w:t>[Enter Objective 5D narrative response]</w:t>
          </w:r>
        </w:sdtContent>
      </w:sdt>
    </w:p>
    <w:p w14:paraId="273A32B5" w14:textId="77777777" w:rsidR="005F7ABC" w:rsidRDefault="003C65DF">
      <w:pPr>
        <w:pStyle w:val="Heading2"/>
      </w:pPr>
      <w:r>
        <w:t>Objective #5E Narrative – Discharges:</w:t>
      </w:r>
    </w:p>
    <w:p w14:paraId="7EB81A26" w14:textId="77777777" w:rsidR="005F7ABC" w:rsidRDefault="003C65DF">
      <w:r>
        <w:t>For each discharge, please list reason for discharge and follow-up services provided.</w:t>
      </w:r>
    </w:p>
    <w:p w14:paraId="77D0202F" w14:textId="77777777" w:rsidR="005F7ABC" w:rsidRDefault="003C65DF">
      <w:r>
        <w:rPr>
          <w:b/>
        </w:rPr>
        <w:t xml:space="preserve">Response: </w:t>
      </w:r>
      <w:sdt>
        <w:sdtPr>
          <w:alias w:val="Response:"/>
          <w:tag w:val="obj5e_narrative"/>
          <w:id w:val="1229"/>
          <w:placeholder>
            <w:docPart w:val="C3972C40287D42C898AE475FA5D2DCD4"/>
          </w:placeholder>
          <w:showingPlcHdr/>
          <w:text w:multiLine="1"/>
        </w:sdtPr>
        <w:sdtEndPr/>
        <w:sdtContent>
          <w:r>
            <w:rPr>
              <w:color w:val="555555"/>
            </w:rPr>
            <w:t>[Enter Objective 5E narrative response]</w:t>
          </w:r>
        </w:sdtContent>
      </w:sdt>
    </w:p>
    <w:p w14:paraId="066F98FF" w14:textId="77777777" w:rsidR="005F7ABC" w:rsidRDefault="003C65DF" w:rsidP="000D5184">
      <w:pPr>
        <w:pStyle w:val="Heading1"/>
        <w:spacing w:before="240"/>
      </w:pPr>
      <w:r>
        <w:t>Objective #6</w:t>
      </w:r>
    </w:p>
    <w:p w14:paraId="024D3419" w14:textId="77777777" w:rsidR="005F7ABC" w:rsidRDefault="003C65DF">
      <w:pPr>
        <w:pStyle w:val="Heading2"/>
      </w:pPr>
      <w:r>
        <w:t>Objective Statement #6:</w:t>
      </w:r>
    </w:p>
    <w:p w14:paraId="66D4652B" w14:textId="77777777" w:rsidR="005F7ABC" w:rsidRDefault="003C65DF">
      <w:r>
        <w:t>Agency must identify a Lead Trainer/Coach for local implementation of the following practices/tools:</w:t>
      </w:r>
    </w:p>
    <w:p w14:paraId="7D3A0467" w14:textId="77777777" w:rsidR="005F7ABC" w:rsidRDefault="003C65DF">
      <w:pPr>
        <w:pStyle w:val="ListBullet"/>
      </w:pPr>
      <w:r>
        <w:t>Structured Interview for Psychosis Risk Syndromes (SIPS)</w:t>
      </w:r>
    </w:p>
    <w:p w14:paraId="35C7D5D6" w14:textId="77777777" w:rsidR="005F7ABC" w:rsidRDefault="003C65DF">
      <w:pPr>
        <w:pStyle w:val="ListBullet"/>
      </w:pPr>
      <w:r>
        <w:t>Cognitive Behavioral Therapy for Psychosis (CBTp)</w:t>
      </w:r>
    </w:p>
    <w:p w14:paraId="4E63344E" w14:textId="77777777" w:rsidR="005F7ABC" w:rsidRDefault="003C65DF">
      <w:pPr>
        <w:pStyle w:val="Heading2"/>
      </w:pPr>
      <w:r>
        <w:t>Measurement Method:</w:t>
      </w:r>
    </w:p>
    <w:p w14:paraId="4EDA6BB4" w14:textId="77777777" w:rsidR="005F7ABC" w:rsidRDefault="003C65DF">
      <w:r>
        <w:t>Reporting of the SIPS and CBTp leads with contact information.  If the Lead Trainer/Coach changes anytime during the fiscal year, please update with new contact information.</w:t>
      </w:r>
    </w:p>
    <w:p w14:paraId="2C62AA4A" w14:textId="77777777" w:rsidR="005F7ABC" w:rsidRDefault="003C65DF">
      <w:pPr>
        <w:pStyle w:val="Heading3"/>
      </w:pPr>
      <w:r>
        <w:t>Lead Trainers/Coaches</w:t>
      </w:r>
    </w:p>
    <w:tbl>
      <w:tblPr>
        <w:tblStyle w:val="TableGrid"/>
        <w:tblW w:w="0" w:type="auto"/>
        <w:jc w:val="center"/>
        <w:tblLayout w:type="fixed"/>
        <w:tblLook w:val="04A0" w:firstRow="1" w:lastRow="0" w:firstColumn="1" w:lastColumn="0" w:noHBand="0" w:noVBand="1"/>
        <w:tblCaption w:val="Lead trainers and coaches"/>
        <w:tblDescription w:val="Contact information for the SIPS and CBTp lead trainers or coaches."/>
      </w:tblPr>
      <w:tblGrid>
        <w:gridCol w:w="3168"/>
        <w:gridCol w:w="2592"/>
        <w:gridCol w:w="3311"/>
        <w:gridCol w:w="2448"/>
      </w:tblGrid>
      <w:tr w:rsidR="005F7ABC" w14:paraId="1460958C" w14:textId="77777777">
        <w:trPr>
          <w:cantSplit/>
          <w:tblHeader/>
          <w:jc w:val="center"/>
        </w:trPr>
        <w:tc>
          <w:tcPr>
            <w:tcW w:w="3168" w:type="dxa"/>
            <w:shd w:val="clear" w:color="auto" w:fill="E7E6C8"/>
            <w:vAlign w:val="center"/>
          </w:tcPr>
          <w:p w14:paraId="602BA0D0" w14:textId="77777777" w:rsidR="005F7ABC" w:rsidRDefault="003C65DF">
            <w:r>
              <w:rPr>
                <w:b/>
                <w:sz w:val="19"/>
              </w:rPr>
              <w:t>Lead</w:t>
            </w:r>
          </w:p>
        </w:tc>
        <w:tc>
          <w:tcPr>
            <w:tcW w:w="2592" w:type="dxa"/>
            <w:shd w:val="clear" w:color="auto" w:fill="E7E6C8"/>
            <w:vAlign w:val="center"/>
          </w:tcPr>
          <w:p w14:paraId="04C533CB" w14:textId="77777777" w:rsidR="005F7ABC" w:rsidRDefault="003C65DF">
            <w:r>
              <w:rPr>
                <w:b/>
                <w:sz w:val="19"/>
              </w:rPr>
              <w:t>Name</w:t>
            </w:r>
          </w:p>
        </w:tc>
        <w:tc>
          <w:tcPr>
            <w:tcW w:w="3311" w:type="dxa"/>
            <w:shd w:val="clear" w:color="auto" w:fill="E7E6C8"/>
            <w:vAlign w:val="center"/>
          </w:tcPr>
          <w:p w14:paraId="1C609943" w14:textId="77777777" w:rsidR="005F7ABC" w:rsidRDefault="003C65DF">
            <w:r>
              <w:rPr>
                <w:b/>
                <w:sz w:val="19"/>
              </w:rPr>
              <w:t>Email</w:t>
            </w:r>
          </w:p>
        </w:tc>
        <w:tc>
          <w:tcPr>
            <w:tcW w:w="2448" w:type="dxa"/>
            <w:shd w:val="clear" w:color="auto" w:fill="E7E6C8"/>
            <w:vAlign w:val="center"/>
          </w:tcPr>
          <w:p w14:paraId="40E460C1" w14:textId="77777777" w:rsidR="005F7ABC" w:rsidRDefault="003C65DF">
            <w:r>
              <w:rPr>
                <w:b/>
                <w:sz w:val="19"/>
              </w:rPr>
              <w:t>Role w/Agency</w:t>
            </w:r>
          </w:p>
        </w:tc>
      </w:tr>
      <w:tr w:rsidR="005F7ABC" w14:paraId="05146B42" w14:textId="77777777">
        <w:trPr>
          <w:cantSplit/>
          <w:jc w:val="center"/>
        </w:trPr>
        <w:tc>
          <w:tcPr>
            <w:tcW w:w="3168" w:type="dxa"/>
            <w:vAlign w:val="center"/>
          </w:tcPr>
          <w:p w14:paraId="5855CFA2" w14:textId="77777777" w:rsidR="005F7ABC" w:rsidRDefault="003C65DF">
            <w:r>
              <w:rPr>
                <w:sz w:val="19"/>
              </w:rPr>
              <w:t>SIPS Lead Trainer/Coach</w:t>
            </w:r>
          </w:p>
        </w:tc>
        <w:tc>
          <w:tcPr>
            <w:tcW w:w="2592" w:type="dxa"/>
          </w:tcPr>
          <w:p w14:paraId="6F0B6765" w14:textId="77777777" w:rsidR="005F7ABC" w:rsidRDefault="00126465">
            <w:sdt>
              <w:sdtPr>
                <w:alias w:val="SIPS Lead Trainer/Coach name"/>
                <w:tag w:val="obj6_1_name"/>
                <w:id w:val="1230"/>
                <w:placeholder>
                  <w:docPart w:val="E0BE701AFCD44E10B8BF662CDA0722F3"/>
                </w:placeholder>
                <w:showingPlcHdr/>
                <w:text/>
              </w:sdtPr>
              <w:sdtEndPr/>
              <w:sdtContent>
                <w:r w:rsidR="003C65DF">
                  <w:rPr>
                    <w:color w:val="555555"/>
                  </w:rPr>
                  <w:t>[Enter name]</w:t>
                </w:r>
              </w:sdtContent>
            </w:sdt>
          </w:p>
        </w:tc>
        <w:tc>
          <w:tcPr>
            <w:tcW w:w="3311" w:type="dxa"/>
          </w:tcPr>
          <w:p w14:paraId="238A7CF6" w14:textId="77777777" w:rsidR="005F7ABC" w:rsidRDefault="00126465">
            <w:sdt>
              <w:sdtPr>
                <w:alias w:val="SIPS Lead Trainer/Coach email"/>
                <w:tag w:val="obj6_1_email"/>
                <w:id w:val="1231"/>
                <w:placeholder>
                  <w:docPart w:val="E04B2E68183345AA9009053B6A4B4088"/>
                </w:placeholder>
                <w:showingPlcHdr/>
                <w:text/>
              </w:sdtPr>
              <w:sdtEndPr/>
              <w:sdtContent>
                <w:r w:rsidR="003C65DF">
                  <w:rPr>
                    <w:color w:val="555555"/>
                  </w:rPr>
                  <w:t>[Enter email]</w:t>
                </w:r>
              </w:sdtContent>
            </w:sdt>
          </w:p>
        </w:tc>
        <w:tc>
          <w:tcPr>
            <w:tcW w:w="2448" w:type="dxa"/>
          </w:tcPr>
          <w:p w14:paraId="12E8B92B" w14:textId="77777777" w:rsidR="005F7ABC" w:rsidRDefault="00126465">
            <w:sdt>
              <w:sdtPr>
                <w:alias w:val="SIPS Lead Trainer/Coach agency role"/>
                <w:tag w:val="obj6_1_role"/>
                <w:id w:val="1232"/>
                <w:placeholder>
                  <w:docPart w:val="E51DAEE91149465FB81DB08B31AD0C20"/>
                </w:placeholder>
                <w:showingPlcHdr/>
                <w:text/>
              </w:sdtPr>
              <w:sdtEndPr/>
              <w:sdtContent>
                <w:r w:rsidR="003C65DF">
                  <w:rPr>
                    <w:color w:val="555555"/>
                  </w:rPr>
                  <w:t>[Enter role]</w:t>
                </w:r>
              </w:sdtContent>
            </w:sdt>
          </w:p>
        </w:tc>
      </w:tr>
      <w:tr w:rsidR="005F7ABC" w14:paraId="39626782" w14:textId="77777777">
        <w:trPr>
          <w:cantSplit/>
          <w:jc w:val="center"/>
        </w:trPr>
        <w:tc>
          <w:tcPr>
            <w:tcW w:w="3168" w:type="dxa"/>
            <w:vAlign w:val="center"/>
          </w:tcPr>
          <w:p w14:paraId="7B638523" w14:textId="77777777" w:rsidR="005F7ABC" w:rsidRDefault="003C65DF">
            <w:r>
              <w:rPr>
                <w:sz w:val="19"/>
              </w:rPr>
              <w:t>CBTp Lead Trainer/Coach</w:t>
            </w:r>
          </w:p>
        </w:tc>
        <w:tc>
          <w:tcPr>
            <w:tcW w:w="2592" w:type="dxa"/>
          </w:tcPr>
          <w:p w14:paraId="33F77877" w14:textId="77777777" w:rsidR="005F7ABC" w:rsidRDefault="00126465">
            <w:sdt>
              <w:sdtPr>
                <w:alias w:val="CBTp Lead Trainer/Coach name"/>
                <w:tag w:val="obj6_2_name"/>
                <w:id w:val="1233"/>
                <w:placeholder>
                  <w:docPart w:val="8BDF9A8B9F064C0EBE7E4776BE283A0C"/>
                </w:placeholder>
                <w:showingPlcHdr/>
                <w:text/>
              </w:sdtPr>
              <w:sdtEndPr/>
              <w:sdtContent>
                <w:r w:rsidR="003C65DF">
                  <w:rPr>
                    <w:color w:val="555555"/>
                  </w:rPr>
                  <w:t>[Enter name]</w:t>
                </w:r>
              </w:sdtContent>
            </w:sdt>
          </w:p>
        </w:tc>
        <w:tc>
          <w:tcPr>
            <w:tcW w:w="3311" w:type="dxa"/>
          </w:tcPr>
          <w:p w14:paraId="37D544AC" w14:textId="77777777" w:rsidR="005F7ABC" w:rsidRDefault="00126465">
            <w:sdt>
              <w:sdtPr>
                <w:alias w:val="CBTp Lead Trainer/Coach email"/>
                <w:tag w:val="obj6_2_email"/>
                <w:id w:val="1234"/>
                <w:placeholder>
                  <w:docPart w:val="D2F0B079FBC44E13932CBF9AA42C2A34"/>
                </w:placeholder>
                <w:showingPlcHdr/>
                <w:text/>
              </w:sdtPr>
              <w:sdtEndPr/>
              <w:sdtContent>
                <w:r w:rsidR="003C65DF">
                  <w:rPr>
                    <w:color w:val="555555"/>
                  </w:rPr>
                  <w:t>[Enter email]</w:t>
                </w:r>
              </w:sdtContent>
            </w:sdt>
          </w:p>
        </w:tc>
        <w:tc>
          <w:tcPr>
            <w:tcW w:w="2448" w:type="dxa"/>
          </w:tcPr>
          <w:p w14:paraId="0BB8535A" w14:textId="77777777" w:rsidR="005F7ABC" w:rsidRDefault="00126465">
            <w:sdt>
              <w:sdtPr>
                <w:alias w:val="CBTp Lead Trainer/Coach agency role"/>
                <w:tag w:val="obj6_2_role"/>
                <w:id w:val="1235"/>
                <w:placeholder>
                  <w:docPart w:val="95B5E6663120488988804C679ACDCCA7"/>
                </w:placeholder>
                <w:showingPlcHdr/>
                <w:text/>
              </w:sdtPr>
              <w:sdtEndPr/>
              <w:sdtContent>
                <w:r w:rsidR="003C65DF">
                  <w:rPr>
                    <w:color w:val="555555"/>
                  </w:rPr>
                  <w:t>[Enter role]</w:t>
                </w:r>
              </w:sdtContent>
            </w:sdt>
          </w:p>
        </w:tc>
      </w:tr>
    </w:tbl>
    <w:p w14:paraId="0F29A877" w14:textId="77777777" w:rsidR="005F7ABC" w:rsidRDefault="003C65DF" w:rsidP="000D5184">
      <w:pPr>
        <w:pStyle w:val="Heading1"/>
        <w:spacing w:before="240"/>
      </w:pPr>
      <w:r>
        <w:t>Objective #7</w:t>
      </w:r>
    </w:p>
    <w:p w14:paraId="4C30A696" w14:textId="77777777" w:rsidR="005F7ABC" w:rsidRDefault="003C65DF">
      <w:pPr>
        <w:pStyle w:val="Heading2"/>
      </w:pPr>
      <w:r>
        <w:t>Objective Statement # 7:</w:t>
      </w:r>
    </w:p>
    <w:p w14:paraId="01739BAB" w14:textId="77777777" w:rsidR="005F7ABC" w:rsidRDefault="003C65DF">
      <w:r>
        <w:t>Early screening and assessment is vital to ensure appropriateness of care.</w:t>
      </w:r>
    </w:p>
    <w:p w14:paraId="4B27940F" w14:textId="77777777" w:rsidR="005F7ABC" w:rsidRDefault="003C65DF">
      <w:pPr>
        <w:pStyle w:val="ListBullet"/>
      </w:pPr>
      <w:r>
        <w:t>PRIME Screen – Tool developed by Yale PRIME clinic to screen for early psychosis.</w:t>
      </w:r>
    </w:p>
    <w:p w14:paraId="4867F258" w14:textId="77777777" w:rsidR="005F7ABC" w:rsidRDefault="003C65DF">
      <w:pPr>
        <w:pStyle w:val="ListBullet"/>
      </w:pPr>
      <w:r>
        <w:t>Structured Interview for Psychosis Risk Syndromes (SIPS) – Assessment tool for early psychosis.</w:t>
      </w:r>
    </w:p>
    <w:p w14:paraId="56C8F8AD" w14:textId="77777777" w:rsidR="005F7ABC" w:rsidRDefault="003C65DF">
      <w:pPr>
        <w:pStyle w:val="ListBullet"/>
      </w:pPr>
      <w:r>
        <w:t>Prodromal Questionnaire-Brief (PQ-B) – Screening tool for early psychosis.</w:t>
      </w:r>
    </w:p>
    <w:p w14:paraId="76F8F576" w14:textId="77777777" w:rsidR="005F7ABC" w:rsidRDefault="003C65DF">
      <w:pPr>
        <w:pStyle w:val="Heading2"/>
      </w:pPr>
      <w:r>
        <w:t>Measurement Methods:</w:t>
      </w:r>
    </w:p>
    <w:p w14:paraId="47EDB04B" w14:textId="77777777" w:rsidR="005F7ABC" w:rsidRDefault="003C65DF">
      <w:pPr>
        <w:numPr>
          <w:ilvl w:val="0"/>
          <w:numId w:val="12"/>
        </w:numPr>
      </w:pPr>
      <w:r>
        <w:t>Number of individuals receiving either PRIME screen or PQ-B, by Agency, during quarter.</w:t>
      </w:r>
    </w:p>
    <w:p w14:paraId="049113FA" w14:textId="77777777" w:rsidR="005F7ABC" w:rsidRDefault="003C65DF">
      <w:pPr>
        <w:numPr>
          <w:ilvl w:val="0"/>
          <w:numId w:val="12"/>
        </w:numPr>
      </w:pPr>
      <w:r>
        <w:t>Number of individuals referred for SIPS assessment, by Agency, during quarter.</w:t>
      </w:r>
    </w:p>
    <w:p w14:paraId="4CB8126B" w14:textId="77777777" w:rsidR="005F7ABC" w:rsidRDefault="003C65DF">
      <w:pPr>
        <w:numPr>
          <w:ilvl w:val="0"/>
          <w:numId w:val="12"/>
        </w:numPr>
      </w:pPr>
      <w:r>
        <w:t>Number of individuals having SIPS completed, by Agency, during quarter.</w:t>
      </w:r>
    </w:p>
    <w:tbl>
      <w:tblPr>
        <w:tblStyle w:val="TableGrid"/>
        <w:tblW w:w="0" w:type="auto"/>
        <w:jc w:val="center"/>
        <w:tblLayout w:type="fixed"/>
        <w:tblLook w:val="04A0" w:firstRow="1" w:lastRow="0" w:firstColumn="1" w:lastColumn="0" w:noHBand="0" w:noVBand="1"/>
        <w:tblCaption w:val="Objective 7 quarterly screening and assessment measures"/>
        <w:tblDescription w:val="Quarterly and year-to-date screening and assessment measures for Objective 7."/>
      </w:tblPr>
      <w:tblGrid>
        <w:gridCol w:w="648"/>
        <w:gridCol w:w="4680"/>
        <w:gridCol w:w="936"/>
        <w:gridCol w:w="936"/>
        <w:gridCol w:w="936"/>
        <w:gridCol w:w="936"/>
        <w:gridCol w:w="1007"/>
      </w:tblGrid>
      <w:tr w:rsidR="005F7ABC" w14:paraId="21433C44" w14:textId="77777777">
        <w:trPr>
          <w:cantSplit/>
          <w:tblHeader/>
          <w:jc w:val="center"/>
        </w:trPr>
        <w:tc>
          <w:tcPr>
            <w:tcW w:w="648" w:type="dxa"/>
            <w:shd w:val="clear" w:color="auto" w:fill="E7E6C8"/>
            <w:vAlign w:val="center"/>
          </w:tcPr>
          <w:p w14:paraId="4CA78057" w14:textId="77777777" w:rsidR="005F7ABC" w:rsidRDefault="003C65DF">
            <w:r>
              <w:rPr>
                <w:b/>
                <w:sz w:val="19"/>
              </w:rPr>
              <w:t>#</w:t>
            </w:r>
          </w:p>
        </w:tc>
        <w:tc>
          <w:tcPr>
            <w:tcW w:w="4680" w:type="dxa"/>
            <w:shd w:val="clear" w:color="auto" w:fill="E7E6C8"/>
            <w:vAlign w:val="center"/>
          </w:tcPr>
          <w:p w14:paraId="50F371E8" w14:textId="77777777" w:rsidR="005F7ABC" w:rsidRDefault="003C65DF">
            <w:r>
              <w:rPr>
                <w:b/>
                <w:sz w:val="19"/>
              </w:rPr>
              <w:t>Activity Description</w:t>
            </w:r>
          </w:p>
        </w:tc>
        <w:tc>
          <w:tcPr>
            <w:tcW w:w="936" w:type="dxa"/>
            <w:shd w:val="clear" w:color="auto" w:fill="E7E6C8"/>
            <w:vAlign w:val="center"/>
          </w:tcPr>
          <w:p w14:paraId="2665A521" w14:textId="77777777" w:rsidR="005F7ABC" w:rsidRDefault="003C65DF">
            <w:r>
              <w:rPr>
                <w:b/>
                <w:sz w:val="19"/>
              </w:rPr>
              <w:t>Q1</w:t>
            </w:r>
          </w:p>
        </w:tc>
        <w:tc>
          <w:tcPr>
            <w:tcW w:w="936" w:type="dxa"/>
            <w:shd w:val="clear" w:color="auto" w:fill="E7E6C8"/>
            <w:vAlign w:val="center"/>
          </w:tcPr>
          <w:p w14:paraId="247CA048" w14:textId="77777777" w:rsidR="005F7ABC" w:rsidRDefault="003C65DF">
            <w:r>
              <w:rPr>
                <w:b/>
                <w:sz w:val="19"/>
              </w:rPr>
              <w:t>Q2</w:t>
            </w:r>
          </w:p>
        </w:tc>
        <w:tc>
          <w:tcPr>
            <w:tcW w:w="936" w:type="dxa"/>
            <w:shd w:val="clear" w:color="auto" w:fill="E7E6C8"/>
            <w:vAlign w:val="center"/>
          </w:tcPr>
          <w:p w14:paraId="5C1DB3F6" w14:textId="77777777" w:rsidR="005F7ABC" w:rsidRDefault="003C65DF">
            <w:r>
              <w:rPr>
                <w:b/>
                <w:sz w:val="19"/>
              </w:rPr>
              <w:t>Q3</w:t>
            </w:r>
          </w:p>
        </w:tc>
        <w:tc>
          <w:tcPr>
            <w:tcW w:w="936" w:type="dxa"/>
            <w:shd w:val="clear" w:color="auto" w:fill="E7E6C8"/>
            <w:vAlign w:val="center"/>
          </w:tcPr>
          <w:p w14:paraId="7A8DBAFB" w14:textId="77777777" w:rsidR="005F7ABC" w:rsidRDefault="003C65DF">
            <w:r>
              <w:rPr>
                <w:b/>
                <w:sz w:val="19"/>
              </w:rPr>
              <w:t>Q4</w:t>
            </w:r>
          </w:p>
        </w:tc>
        <w:tc>
          <w:tcPr>
            <w:tcW w:w="1007" w:type="dxa"/>
            <w:shd w:val="clear" w:color="auto" w:fill="E7E6C8"/>
            <w:vAlign w:val="center"/>
          </w:tcPr>
          <w:p w14:paraId="2A4B2E7D" w14:textId="77777777" w:rsidR="005F7ABC" w:rsidRDefault="003C65DF">
            <w:r>
              <w:rPr>
                <w:b/>
                <w:sz w:val="19"/>
              </w:rPr>
              <w:t>YTD</w:t>
            </w:r>
          </w:p>
        </w:tc>
      </w:tr>
      <w:tr w:rsidR="005F7ABC" w14:paraId="699CD961" w14:textId="77777777">
        <w:trPr>
          <w:cantSplit/>
          <w:jc w:val="center"/>
        </w:trPr>
        <w:tc>
          <w:tcPr>
            <w:tcW w:w="648" w:type="dxa"/>
            <w:vAlign w:val="center"/>
          </w:tcPr>
          <w:p w14:paraId="2B6BC1CA" w14:textId="77777777" w:rsidR="005F7ABC" w:rsidRDefault="003C65DF">
            <w:r>
              <w:rPr>
                <w:sz w:val="19"/>
              </w:rPr>
              <w:t>7A</w:t>
            </w:r>
          </w:p>
        </w:tc>
        <w:tc>
          <w:tcPr>
            <w:tcW w:w="4680" w:type="dxa"/>
            <w:vAlign w:val="center"/>
          </w:tcPr>
          <w:p w14:paraId="5FF627FD" w14:textId="77777777" w:rsidR="005F7ABC" w:rsidRDefault="003C65DF">
            <w:r>
              <w:rPr>
                <w:sz w:val="19"/>
              </w:rPr>
              <w:t>Number of individuals receiving either PRIME screen or PQ-B, by Agency, during quarter.</w:t>
            </w:r>
          </w:p>
        </w:tc>
        <w:tc>
          <w:tcPr>
            <w:tcW w:w="936" w:type="dxa"/>
          </w:tcPr>
          <w:p w14:paraId="01690B4D" w14:textId="77777777" w:rsidR="005F7ABC" w:rsidRDefault="00126465">
            <w:sdt>
              <w:sdtPr>
                <w:alias w:val="7A Q1"/>
                <w:tag w:val="obj7_7a_q1"/>
                <w:id w:val="1236"/>
                <w:placeholder>
                  <w:docPart w:val="94CBB54BE60943FFB79091E6B2BFE091"/>
                </w:placeholder>
                <w:showingPlcHdr/>
                <w:text/>
              </w:sdtPr>
              <w:sdtEndPr/>
              <w:sdtContent>
                <w:r w:rsidR="003C65DF">
                  <w:rPr>
                    <w:color w:val="555555"/>
                  </w:rPr>
                  <w:t>[Enter number]</w:t>
                </w:r>
              </w:sdtContent>
            </w:sdt>
          </w:p>
        </w:tc>
        <w:tc>
          <w:tcPr>
            <w:tcW w:w="936" w:type="dxa"/>
          </w:tcPr>
          <w:p w14:paraId="35E33C26" w14:textId="77777777" w:rsidR="005F7ABC" w:rsidRDefault="00126465">
            <w:sdt>
              <w:sdtPr>
                <w:alias w:val="7A Q2"/>
                <w:tag w:val="obj7_7a_q2"/>
                <w:id w:val="1237"/>
                <w:placeholder>
                  <w:docPart w:val="9AFABBA0FF6D488B95BD0EE0E31D3665"/>
                </w:placeholder>
                <w:showingPlcHdr/>
                <w:text/>
              </w:sdtPr>
              <w:sdtEndPr/>
              <w:sdtContent>
                <w:r w:rsidR="003C65DF">
                  <w:rPr>
                    <w:color w:val="555555"/>
                  </w:rPr>
                  <w:t>[Enter number]</w:t>
                </w:r>
              </w:sdtContent>
            </w:sdt>
          </w:p>
        </w:tc>
        <w:tc>
          <w:tcPr>
            <w:tcW w:w="936" w:type="dxa"/>
          </w:tcPr>
          <w:p w14:paraId="698759F7" w14:textId="77777777" w:rsidR="005F7ABC" w:rsidRDefault="00126465">
            <w:sdt>
              <w:sdtPr>
                <w:alias w:val="7A Q3"/>
                <w:tag w:val="obj7_7a_q3"/>
                <w:id w:val="1238"/>
                <w:placeholder>
                  <w:docPart w:val="55F163848FA244F5BD5F77AE3A769741"/>
                </w:placeholder>
                <w:showingPlcHdr/>
                <w:text/>
              </w:sdtPr>
              <w:sdtEndPr/>
              <w:sdtContent>
                <w:r w:rsidR="003C65DF">
                  <w:rPr>
                    <w:color w:val="555555"/>
                  </w:rPr>
                  <w:t>[Enter number]</w:t>
                </w:r>
              </w:sdtContent>
            </w:sdt>
          </w:p>
        </w:tc>
        <w:tc>
          <w:tcPr>
            <w:tcW w:w="936" w:type="dxa"/>
          </w:tcPr>
          <w:p w14:paraId="08934E12" w14:textId="77777777" w:rsidR="005F7ABC" w:rsidRDefault="00126465">
            <w:sdt>
              <w:sdtPr>
                <w:alias w:val="7A Q4"/>
                <w:tag w:val="obj7_7a_q4"/>
                <w:id w:val="1239"/>
                <w:placeholder>
                  <w:docPart w:val="B38BD163FC9A4E7CB897F1035828C208"/>
                </w:placeholder>
                <w:showingPlcHdr/>
                <w:text/>
              </w:sdtPr>
              <w:sdtEndPr/>
              <w:sdtContent>
                <w:r w:rsidR="003C65DF">
                  <w:rPr>
                    <w:color w:val="555555"/>
                  </w:rPr>
                  <w:t>[Enter number]</w:t>
                </w:r>
              </w:sdtContent>
            </w:sdt>
          </w:p>
        </w:tc>
        <w:tc>
          <w:tcPr>
            <w:tcW w:w="1007" w:type="dxa"/>
          </w:tcPr>
          <w:p w14:paraId="1626CD40" w14:textId="77777777" w:rsidR="005F7ABC" w:rsidRDefault="003C65DF">
            <w:r>
              <w:fldChar w:fldCharType="begin"/>
            </w:r>
            <w:r>
              <w:instrText>=SUM(LEFT)</w:instrText>
            </w:r>
            <w:r>
              <w:fldChar w:fldCharType="separate"/>
            </w:r>
            <w:r>
              <w:t>0</w:t>
            </w:r>
            <w:r>
              <w:fldChar w:fldCharType="end"/>
            </w:r>
          </w:p>
        </w:tc>
      </w:tr>
      <w:tr w:rsidR="005F7ABC" w14:paraId="315037F9" w14:textId="77777777">
        <w:trPr>
          <w:cantSplit/>
          <w:jc w:val="center"/>
        </w:trPr>
        <w:tc>
          <w:tcPr>
            <w:tcW w:w="648" w:type="dxa"/>
            <w:vAlign w:val="center"/>
          </w:tcPr>
          <w:p w14:paraId="414C42DE" w14:textId="77777777" w:rsidR="005F7ABC" w:rsidRDefault="003C65DF">
            <w:r>
              <w:rPr>
                <w:sz w:val="19"/>
              </w:rPr>
              <w:t>7B</w:t>
            </w:r>
          </w:p>
        </w:tc>
        <w:tc>
          <w:tcPr>
            <w:tcW w:w="4680" w:type="dxa"/>
            <w:vAlign w:val="center"/>
          </w:tcPr>
          <w:p w14:paraId="25AE1651" w14:textId="77777777" w:rsidR="005F7ABC" w:rsidRDefault="003C65DF">
            <w:r>
              <w:rPr>
                <w:sz w:val="19"/>
              </w:rPr>
              <w:t>Number of individuals referred for SIPS assessment, by Agency, during quarter.</w:t>
            </w:r>
          </w:p>
        </w:tc>
        <w:tc>
          <w:tcPr>
            <w:tcW w:w="936" w:type="dxa"/>
          </w:tcPr>
          <w:p w14:paraId="229AE8D6" w14:textId="77777777" w:rsidR="005F7ABC" w:rsidRDefault="00126465">
            <w:sdt>
              <w:sdtPr>
                <w:alias w:val="7B Q1"/>
                <w:tag w:val="obj7_7b_q1"/>
                <w:id w:val="1240"/>
                <w:placeholder>
                  <w:docPart w:val="527DDB215C8F4915859A47D0E6908E1F"/>
                </w:placeholder>
                <w:showingPlcHdr/>
                <w:text/>
              </w:sdtPr>
              <w:sdtEndPr/>
              <w:sdtContent>
                <w:r w:rsidR="003C65DF">
                  <w:rPr>
                    <w:color w:val="555555"/>
                  </w:rPr>
                  <w:t>[Enter number]</w:t>
                </w:r>
              </w:sdtContent>
            </w:sdt>
          </w:p>
        </w:tc>
        <w:tc>
          <w:tcPr>
            <w:tcW w:w="936" w:type="dxa"/>
          </w:tcPr>
          <w:p w14:paraId="2BE31131" w14:textId="77777777" w:rsidR="005F7ABC" w:rsidRDefault="00126465">
            <w:sdt>
              <w:sdtPr>
                <w:alias w:val="7B Q2"/>
                <w:tag w:val="obj7_7b_q2"/>
                <w:id w:val="1241"/>
                <w:placeholder>
                  <w:docPart w:val="FF1A011460C94F30BCDF793C2A7A5531"/>
                </w:placeholder>
                <w:showingPlcHdr/>
                <w:text/>
              </w:sdtPr>
              <w:sdtEndPr/>
              <w:sdtContent>
                <w:r w:rsidR="003C65DF">
                  <w:rPr>
                    <w:color w:val="555555"/>
                  </w:rPr>
                  <w:t>[Enter number]</w:t>
                </w:r>
              </w:sdtContent>
            </w:sdt>
          </w:p>
        </w:tc>
        <w:tc>
          <w:tcPr>
            <w:tcW w:w="936" w:type="dxa"/>
          </w:tcPr>
          <w:p w14:paraId="41174829" w14:textId="77777777" w:rsidR="005F7ABC" w:rsidRDefault="00126465">
            <w:sdt>
              <w:sdtPr>
                <w:alias w:val="7B Q3"/>
                <w:tag w:val="obj7_7b_q3"/>
                <w:id w:val="1242"/>
                <w:placeholder>
                  <w:docPart w:val="E583381AF5294313B62410ADFD71534B"/>
                </w:placeholder>
                <w:showingPlcHdr/>
                <w:text/>
              </w:sdtPr>
              <w:sdtEndPr/>
              <w:sdtContent>
                <w:r w:rsidR="003C65DF">
                  <w:rPr>
                    <w:color w:val="555555"/>
                  </w:rPr>
                  <w:t>[Enter number]</w:t>
                </w:r>
              </w:sdtContent>
            </w:sdt>
          </w:p>
        </w:tc>
        <w:tc>
          <w:tcPr>
            <w:tcW w:w="936" w:type="dxa"/>
          </w:tcPr>
          <w:p w14:paraId="3538320C" w14:textId="77777777" w:rsidR="005F7ABC" w:rsidRDefault="00126465">
            <w:sdt>
              <w:sdtPr>
                <w:alias w:val="7B Q4"/>
                <w:tag w:val="obj7_7b_q4"/>
                <w:id w:val="1243"/>
                <w:placeholder>
                  <w:docPart w:val="96417E9C5AB244FE8CDEAAD72F674512"/>
                </w:placeholder>
                <w:showingPlcHdr/>
                <w:text/>
              </w:sdtPr>
              <w:sdtEndPr/>
              <w:sdtContent>
                <w:r w:rsidR="003C65DF">
                  <w:rPr>
                    <w:color w:val="555555"/>
                  </w:rPr>
                  <w:t>[Enter number]</w:t>
                </w:r>
              </w:sdtContent>
            </w:sdt>
          </w:p>
        </w:tc>
        <w:tc>
          <w:tcPr>
            <w:tcW w:w="1007" w:type="dxa"/>
          </w:tcPr>
          <w:p w14:paraId="47E4D871" w14:textId="77777777" w:rsidR="005F7ABC" w:rsidRDefault="003C65DF">
            <w:r>
              <w:fldChar w:fldCharType="begin"/>
            </w:r>
            <w:r>
              <w:instrText>=SUM(LEFT)</w:instrText>
            </w:r>
            <w:r>
              <w:fldChar w:fldCharType="separate"/>
            </w:r>
            <w:r>
              <w:t>0</w:t>
            </w:r>
            <w:r>
              <w:fldChar w:fldCharType="end"/>
            </w:r>
          </w:p>
        </w:tc>
      </w:tr>
      <w:tr w:rsidR="005F7ABC" w14:paraId="1125A7B0" w14:textId="77777777">
        <w:trPr>
          <w:cantSplit/>
          <w:jc w:val="center"/>
        </w:trPr>
        <w:tc>
          <w:tcPr>
            <w:tcW w:w="648" w:type="dxa"/>
            <w:vAlign w:val="center"/>
          </w:tcPr>
          <w:p w14:paraId="6D802BE3" w14:textId="77777777" w:rsidR="005F7ABC" w:rsidRDefault="003C65DF">
            <w:r>
              <w:rPr>
                <w:sz w:val="19"/>
              </w:rPr>
              <w:lastRenderedPageBreak/>
              <w:t>7C</w:t>
            </w:r>
          </w:p>
        </w:tc>
        <w:tc>
          <w:tcPr>
            <w:tcW w:w="4680" w:type="dxa"/>
            <w:vAlign w:val="center"/>
          </w:tcPr>
          <w:p w14:paraId="69209AE6" w14:textId="77777777" w:rsidR="005F7ABC" w:rsidRDefault="003C65DF">
            <w:r>
              <w:rPr>
                <w:sz w:val="19"/>
              </w:rPr>
              <w:t>Number of individuals having SIPS completed, By Agency, during quarter.</w:t>
            </w:r>
          </w:p>
        </w:tc>
        <w:tc>
          <w:tcPr>
            <w:tcW w:w="936" w:type="dxa"/>
          </w:tcPr>
          <w:p w14:paraId="22E35813" w14:textId="77777777" w:rsidR="005F7ABC" w:rsidRDefault="00126465">
            <w:sdt>
              <w:sdtPr>
                <w:alias w:val="7C Q1"/>
                <w:tag w:val="obj7_7c_q1"/>
                <w:id w:val="1244"/>
                <w:placeholder>
                  <w:docPart w:val="4EFA23F2CA3B4B3285BE800B21D8C43A"/>
                </w:placeholder>
                <w:showingPlcHdr/>
                <w:text/>
              </w:sdtPr>
              <w:sdtEndPr/>
              <w:sdtContent>
                <w:r w:rsidR="003C65DF">
                  <w:rPr>
                    <w:color w:val="555555"/>
                  </w:rPr>
                  <w:t>[Enter number]</w:t>
                </w:r>
              </w:sdtContent>
            </w:sdt>
          </w:p>
        </w:tc>
        <w:tc>
          <w:tcPr>
            <w:tcW w:w="936" w:type="dxa"/>
          </w:tcPr>
          <w:p w14:paraId="06B6A7AC" w14:textId="77777777" w:rsidR="005F7ABC" w:rsidRDefault="00126465">
            <w:sdt>
              <w:sdtPr>
                <w:alias w:val="7C Q2"/>
                <w:tag w:val="obj7_7c_q2"/>
                <w:id w:val="1245"/>
                <w:placeholder>
                  <w:docPart w:val="2C42CCAF552E4CEA9687F8FE106E4CB2"/>
                </w:placeholder>
                <w:showingPlcHdr/>
                <w:text/>
              </w:sdtPr>
              <w:sdtEndPr/>
              <w:sdtContent>
                <w:r w:rsidR="003C65DF">
                  <w:rPr>
                    <w:color w:val="555555"/>
                  </w:rPr>
                  <w:t>[Enter number]</w:t>
                </w:r>
              </w:sdtContent>
            </w:sdt>
          </w:p>
        </w:tc>
        <w:tc>
          <w:tcPr>
            <w:tcW w:w="936" w:type="dxa"/>
          </w:tcPr>
          <w:p w14:paraId="284B3200" w14:textId="77777777" w:rsidR="005F7ABC" w:rsidRDefault="00126465">
            <w:sdt>
              <w:sdtPr>
                <w:alias w:val="7C Q3"/>
                <w:tag w:val="obj7_7c_q3"/>
                <w:id w:val="1246"/>
                <w:placeholder>
                  <w:docPart w:val="F32E4DFD1F904475A957274F75907DFF"/>
                </w:placeholder>
                <w:showingPlcHdr/>
                <w:text/>
              </w:sdtPr>
              <w:sdtEndPr/>
              <w:sdtContent>
                <w:r w:rsidR="003C65DF">
                  <w:rPr>
                    <w:color w:val="555555"/>
                  </w:rPr>
                  <w:t>[Enter number]</w:t>
                </w:r>
              </w:sdtContent>
            </w:sdt>
          </w:p>
        </w:tc>
        <w:tc>
          <w:tcPr>
            <w:tcW w:w="936" w:type="dxa"/>
          </w:tcPr>
          <w:p w14:paraId="67C9EC89" w14:textId="77777777" w:rsidR="005F7ABC" w:rsidRDefault="00126465">
            <w:sdt>
              <w:sdtPr>
                <w:alias w:val="7C Q4"/>
                <w:tag w:val="obj7_7c_q4"/>
                <w:id w:val="1247"/>
                <w:placeholder>
                  <w:docPart w:val="6A12D1F6F9994ABBBF4CB572F7AF156C"/>
                </w:placeholder>
                <w:showingPlcHdr/>
                <w:text/>
              </w:sdtPr>
              <w:sdtEndPr/>
              <w:sdtContent>
                <w:r w:rsidR="003C65DF">
                  <w:rPr>
                    <w:color w:val="555555"/>
                  </w:rPr>
                  <w:t>[Enter number]</w:t>
                </w:r>
              </w:sdtContent>
            </w:sdt>
          </w:p>
        </w:tc>
        <w:tc>
          <w:tcPr>
            <w:tcW w:w="1007" w:type="dxa"/>
          </w:tcPr>
          <w:p w14:paraId="488428FF" w14:textId="77777777" w:rsidR="005F7ABC" w:rsidRDefault="003C65DF">
            <w:r>
              <w:fldChar w:fldCharType="begin"/>
            </w:r>
            <w:r>
              <w:instrText>=SUM(LEFT)</w:instrText>
            </w:r>
            <w:r>
              <w:fldChar w:fldCharType="separate"/>
            </w:r>
            <w:r>
              <w:t>0</w:t>
            </w:r>
            <w:r>
              <w:fldChar w:fldCharType="end"/>
            </w:r>
          </w:p>
        </w:tc>
      </w:tr>
    </w:tbl>
    <w:p w14:paraId="4AE2EEC8" w14:textId="77777777" w:rsidR="003C65DF" w:rsidRDefault="003C65DF"/>
    <w:sectPr w:rsidR="003C65DF" w:rsidSect="00034616">
      <w:headerReference w:type="default" r:id="rId8"/>
      <w:footerReference w:type="default" r:id="rId9"/>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35F53" w14:textId="77777777" w:rsidR="00126465" w:rsidRDefault="00126465">
      <w:pPr>
        <w:spacing w:after="0" w:line="240" w:lineRule="auto"/>
      </w:pPr>
      <w:r>
        <w:separator/>
      </w:r>
    </w:p>
  </w:endnote>
  <w:endnote w:type="continuationSeparator" w:id="0">
    <w:p w14:paraId="06F2A4BF" w14:textId="77777777" w:rsidR="00126465" w:rsidRDefault="00126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FBB5E" w14:textId="77777777" w:rsidR="005F7ABC" w:rsidRDefault="003C65DF">
    <w:pPr>
      <w:pStyle w:val="Footer"/>
      <w:jc w:val="center"/>
    </w:pPr>
    <w:r>
      <w:t xml:space="preserve">Page </w:t>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A8FE3" w14:textId="77777777" w:rsidR="00126465" w:rsidRDefault="00126465">
      <w:pPr>
        <w:spacing w:after="0" w:line="240" w:lineRule="auto"/>
      </w:pPr>
      <w:r>
        <w:separator/>
      </w:r>
    </w:p>
  </w:footnote>
  <w:footnote w:type="continuationSeparator" w:id="0">
    <w:p w14:paraId="52BE5C62" w14:textId="77777777" w:rsidR="00126465" w:rsidRDefault="001264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FA39F" w14:textId="77777777" w:rsidR="007C07D7" w:rsidRPr="007C07D7" w:rsidRDefault="007C07D7" w:rsidP="007C07D7">
    <w:pPr>
      <w:tabs>
        <w:tab w:val="center" w:pos="4320"/>
        <w:tab w:val="right" w:pos="8640"/>
      </w:tabs>
      <w:spacing w:after="0" w:line="240" w:lineRule="auto"/>
      <w:jc w:val="right"/>
      <w:rPr>
        <w:rFonts w:asciiTheme="majorHAnsi" w:eastAsia="Times New Roman" w:hAnsiTheme="majorHAnsi" w:cstheme="majorHAnsi"/>
        <w:b/>
        <w:bCs/>
        <w:noProof/>
        <w:color w:val="365F91" w:themeColor="accent1" w:themeShade="BF"/>
        <w:sz w:val="20"/>
        <w:szCs w:val="20"/>
      </w:rPr>
    </w:pPr>
    <w:r w:rsidRPr="007C07D7">
      <w:rPr>
        <w:rFonts w:asciiTheme="majorHAnsi" w:eastAsia="Times New Roman" w:hAnsiTheme="majorHAnsi" w:cstheme="majorHAnsi"/>
        <w:noProof/>
        <w:color w:val="365F91" w:themeColor="accent1" w:themeShade="BF"/>
        <w:sz w:val="20"/>
        <w:szCs w:val="20"/>
      </w:rPr>
      <w:drawing>
        <wp:anchor distT="0" distB="0" distL="114300" distR="114300" simplePos="0" relativeHeight="251659264" behindDoc="0" locked="0" layoutInCell="1" allowOverlap="1" wp14:anchorId="597173D5" wp14:editId="7075A936">
          <wp:simplePos x="0" y="0"/>
          <wp:positionH relativeFrom="margin">
            <wp:align>center</wp:align>
          </wp:positionH>
          <wp:positionV relativeFrom="paragraph">
            <wp:posOffset>-1618</wp:posOffset>
          </wp:positionV>
          <wp:extent cx="1069848" cy="585216"/>
          <wp:effectExtent l="0" t="0" r="0" b="5715"/>
          <wp:wrapNone/>
          <wp:docPr id="621758607" name="Picture 621758607" descr="Cabinet for Health and Family Services Team Kentucky Logo">
            <a:extLst xmlns:a="http://schemas.openxmlformats.org/drawingml/2006/main">
              <a:ext uri="{FF2B5EF4-FFF2-40B4-BE49-F238E27FC236}">
                <a16:creationId xmlns:a16="http://schemas.microsoft.com/office/drawing/2014/main" id="{8F6BFE5A-D80A-4625-9068-DB7C37A6D0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abinet for Health and Family Services Team Kentucky Logo">
                    <a:extLst>
                      <a:ext uri="{FF2B5EF4-FFF2-40B4-BE49-F238E27FC236}">
                        <a16:creationId xmlns:a16="http://schemas.microsoft.com/office/drawing/2014/main" id="{8F6BFE5A-D80A-4625-9068-DB7C37A6D0A6}"/>
                      </a:ext>
                    </a:extLst>
                  </pic:cNvPr>
                  <pic:cNvPicPr>
                    <a:picLocks noChangeAspect="1"/>
                  </pic:cNvPicPr>
                </pic:nvPicPr>
                <pic:blipFill rotWithShape="1">
                  <a:blip r:embed="rId1"/>
                  <a:srcRect l="7551" t="5680" r="11947" b="8299"/>
                  <a:stretch/>
                </pic:blipFill>
                <pic:spPr>
                  <a:xfrm>
                    <a:off x="0" y="0"/>
                    <a:ext cx="1069848" cy="585216"/>
                  </a:xfrm>
                  <a:prstGeom prst="rect">
                    <a:avLst/>
                  </a:prstGeom>
                </pic:spPr>
              </pic:pic>
            </a:graphicData>
          </a:graphic>
          <wp14:sizeRelH relativeFrom="margin">
            <wp14:pctWidth>0</wp14:pctWidth>
          </wp14:sizeRelH>
          <wp14:sizeRelV relativeFrom="margin">
            <wp14:pctHeight>0</wp14:pctHeight>
          </wp14:sizeRelV>
        </wp:anchor>
      </w:drawing>
    </w:r>
    <w:r w:rsidRPr="007C07D7">
      <w:rPr>
        <w:rFonts w:asciiTheme="majorHAnsi" w:eastAsia="Times New Roman" w:hAnsiTheme="majorHAnsi" w:cstheme="majorHAnsi"/>
        <w:b/>
        <w:bCs/>
        <w:noProof/>
        <w:color w:val="365F91" w:themeColor="accent1" w:themeShade="BF"/>
        <w:sz w:val="20"/>
        <w:szCs w:val="20"/>
      </w:rPr>
      <w:t>SFY 2027</w:t>
    </w:r>
  </w:p>
  <w:p w14:paraId="2D850FC3" w14:textId="312D3DEC" w:rsidR="007C07D7" w:rsidRPr="007C07D7" w:rsidRDefault="007C07D7" w:rsidP="007C07D7">
    <w:pPr>
      <w:tabs>
        <w:tab w:val="center" w:pos="4320"/>
        <w:tab w:val="right" w:pos="8640"/>
      </w:tabs>
      <w:spacing w:after="60" w:line="216" w:lineRule="auto"/>
      <w:jc w:val="right"/>
      <w:rPr>
        <w:rFonts w:asciiTheme="majorHAnsi" w:eastAsia="Times New Roman" w:hAnsiTheme="majorHAnsi" w:cstheme="majorHAnsi"/>
        <w:b/>
        <w:bCs/>
        <w:noProof/>
        <w:color w:val="365F91" w:themeColor="accent1" w:themeShade="BF"/>
        <w:sz w:val="20"/>
        <w:szCs w:val="20"/>
      </w:rPr>
    </w:pPr>
    <w:r w:rsidRPr="007C07D7">
      <w:rPr>
        <w:rFonts w:asciiTheme="majorHAnsi" w:eastAsia="Times New Roman" w:hAnsiTheme="majorHAnsi" w:cstheme="majorHAnsi"/>
        <w:b/>
        <w:bCs/>
        <w:noProof/>
        <w:color w:val="365F91" w:themeColor="accent1" w:themeShade="BF"/>
        <w:sz w:val="20"/>
        <w:szCs w:val="20"/>
      </w:rPr>
      <w:t>Form 11</w:t>
    </w:r>
    <w:r>
      <w:rPr>
        <w:rFonts w:asciiTheme="majorHAnsi" w:eastAsia="Times New Roman" w:hAnsiTheme="majorHAnsi" w:cstheme="majorHAnsi"/>
        <w:b/>
        <w:bCs/>
        <w:noProof/>
        <w:color w:val="365F91" w:themeColor="accent1" w:themeShade="BF"/>
        <w:sz w:val="20"/>
        <w:szCs w:val="20"/>
      </w:rPr>
      <w:t>3H</w:t>
    </w:r>
  </w:p>
  <w:p w14:paraId="64BA8620" w14:textId="77777777" w:rsidR="007C07D7" w:rsidRPr="00D766F7" w:rsidRDefault="007C07D7" w:rsidP="007C07D7">
    <w:pPr>
      <w:tabs>
        <w:tab w:val="center" w:pos="4320"/>
      </w:tabs>
      <w:spacing w:before="160" w:after="0" w:line="240" w:lineRule="auto"/>
      <w:rPr>
        <w:rFonts w:ascii="Open Sans" w:eastAsia="Times New Roman" w:hAnsi="Open Sans" w:cs="Open Sans"/>
        <w:b/>
        <w:bCs/>
        <w:noProof/>
        <w:color w:val="365F91"/>
        <w:sz w:val="16"/>
        <w:szCs w:val="16"/>
      </w:rPr>
    </w:pPr>
  </w:p>
  <w:p w14:paraId="132B3A3C" w14:textId="2FAD4A52" w:rsidR="005F7ABC" w:rsidRPr="007C07D7" w:rsidRDefault="007C07D7" w:rsidP="007C07D7">
    <w:pPr>
      <w:tabs>
        <w:tab w:val="center" w:pos="4320"/>
      </w:tabs>
      <w:spacing w:before="160" w:after="160" w:line="240" w:lineRule="auto"/>
      <w:jc w:val="center"/>
    </w:pPr>
    <w:r w:rsidRPr="00EE14CA">
      <w:rPr>
        <w:rFonts w:ascii="Verdana" w:eastAsia="Times New Roman" w:hAnsi="Verdana" w:cs="Open Sans"/>
        <w:noProof/>
        <w:color w:val="365F91"/>
        <w:sz w:val="16"/>
        <w:szCs w:val="16"/>
      </w:rPr>
      <w:t>DEPARTMENT FOR BEHAVIORAL HEALTH,</w:t>
    </w:r>
    <w:r>
      <w:rPr>
        <w:rFonts w:ascii="Verdana" w:eastAsia="Times New Roman" w:hAnsi="Verdana" w:cs="Open Sans"/>
        <w:noProof/>
        <w:color w:val="365F91"/>
        <w:sz w:val="16"/>
        <w:szCs w:val="16"/>
      </w:rPr>
      <w:t xml:space="preserve"> </w:t>
    </w:r>
    <w:r w:rsidRPr="00EE14CA">
      <w:rPr>
        <w:rFonts w:ascii="Verdana" w:eastAsia="Times New Roman" w:hAnsi="Verdana" w:cs="Open Sans"/>
        <w:noProof/>
        <w:color w:val="365F91"/>
        <w:sz w:val="16"/>
        <w:szCs w:val="16"/>
      </w:rPr>
      <w:t>DEVELOPMENTAL AND INTELLECTUAL DISABILITES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15495966">
    <w:abstractNumId w:val="8"/>
  </w:num>
  <w:num w:numId="2" w16cid:durableId="1764229822">
    <w:abstractNumId w:val="6"/>
  </w:num>
  <w:num w:numId="3" w16cid:durableId="1481770203">
    <w:abstractNumId w:val="5"/>
  </w:num>
  <w:num w:numId="4" w16cid:durableId="1448427819">
    <w:abstractNumId w:val="4"/>
  </w:num>
  <w:num w:numId="5" w16cid:durableId="146018331">
    <w:abstractNumId w:val="7"/>
  </w:num>
  <w:num w:numId="6" w16cid:durableId="110714165">
    <w:abstractNumId w:val="3"/>
  </w:num>
  <w:num w:numId="7" w16cid:durableId="1348600910">
    <w:abstractNumId w:val="2"/>
  </w:num>
  <w:num w:numId="8" w16cid:durableId="1221207261">
    <w:abstractNumId w:val="1"/>
  </w:num>
  <w:num w:numId="9" w16cid:durableId="1080904024">
    <w:abstractNumId w:val="0"/>
  </w:num>
  <w:num w:numId="10" w16cid:durableId="1044527598">
    <w:abstractNumId w:val="0"/>
    <w:lvlOverride w:ilvl="0">
      <w:startOverride w:val="1"/>
    </w:lvlOverride>
  </w:num>
  <w:num w:numId="11" w16cid:durableId="1288007562">
    <w:abstractNumId w:val="0"/>
    <w:lvlOverride w:ilvl="0">
      <w:startOverride w:val="1"/>
    </w:lvlOverride>
  </w:num>
  <w:num w:numId="12" w16cid:durableId="9041445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slREVZpphCnIu8YQQiuc6NmDtJIfXr0kB4R0gzdH9cfvQB4dG+9zkby9Od7p7lwKpv8lISF/k7bwjBbVrr42Dg==" w:salt="pDwTXCFWqBZBcdi5em0AWQ=="/>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5184"/>
    <w:rsid w:val="0011732F"/>
    <w:rsid w:val="00126465"/>
    <w:rsid w:val="0015074B"/>
    <w:rsid w:val="001963F1"/>
    <w:rsid w:val="0029639D"/>
    <w:rsid w:val="00326F90"/>
    <w:rsid w:val="003B7F74"/>
    <w:rsid w:val="003C65DF"/>
    <w:rsid w:val="004A171C"/>
    <w:rsid w:val="0057193C"/>
    <w:rsid w:val="00593C7E"/>
    <w:rsid w:val="005F7ABC"/>
    <w:rsid w:val="007C07D7"/>
    <w:rsid w:val="007E3412"/>
    <w:rsid w:val="00A21736"/>
    <w:rsid w:val="00AA1D8D"/>
    <w:rsid w:val="00B24F6F"/>
    <w:rsid w:val="00B47730"/>
    <w:rsid w:val="00C154C4"/>
    <w:rsid w:val="00C90951"/>
    <w:rsid w:val="00CB0664"/>
    <w:rsid w:val="00E11120"/>
    <w:rsid w:val="00E16C9D"/>
    <w:rsid w:val="00E702CB"/>
    <w:rsid w:val="00F2112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0E565026-AD74-429B-8745-2C0652D24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hAnsi="Arial"/>
      <w:sz w:val="21"/>
    </w:rPr>
  </w:style>
  <w:style w:type="paragraph" w:styleId="Heading1">
    <w:name w:val="heading 1"/>
    <w:basedOn w:val="Normal"/>
    <w:next w:val="Normal"/>
    <w:link w:val="Heading1Char"/>
    <w:uiPriority w:val="9"/>
    <w:qFormat/>
    <w:rsid w:val="007C07D7"/>
    <w:pPr>
      <w:keepNext/>
      <w:keepLines/>
      <w:spacing w:before="160" w:after="80"/>
      <w:outlineLvl w:val="0"/>
    </w:pPr>
    <w:rPr>
      <w:rFonts w:ascii="Calibri Light" w:eastAsiaTheme="majorEastAsia" w:hAnsi="Calibri Light" w:cstheme="majorBidi"/>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7C07D7"/>
    <w:rPr>
      <w:rFonts w:ascii="Calibri Light" w:eastAsiaTheme="majorEastAsia" w:hAnsi="Calibri Light" w:cstheme="majorBidi"/>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0D5184"/>
    <w:pPr>
      <w:pBdr>
        <w:bottom w:val="single" w:sz="8" w:space="4" w:color="4F81BD" w:themeColor="accent1"/>
      </w:pBdr>
      <w:spacing w:before="160" w:after="80" w:line="240" w:lineRule="auto"/>
      <w:contextualSpacing/>
    </w:pPr>
    <w:rPr>
      <w:rFonts w:asciiTheme="majorHAnsi" w:eastAsiaTheme="majorEastAsia" w:hAnsiTheme="majorHAnsi" w:cstheme="majorBidi"/>
      <w:b/>
      <w:color w:val="000000"/>
      <w:spacing w:val="5"/>
      <w:kern w:val="28"/>
      <w:sz w:val="32"/>
      <w:szCs w:val="52"/>
    </w:rPr>
  </w:style>
  <w:style w:type="character" w:customStyle="1" w:styleId="TitleChar">
    <w:name w:val="Title Char"/>
    <w:basedOn w:val="DefaultParagraphFont"/>
    <w:link w:val="Title"/>
    <w:uiPriority w:val="10"/>
    <w:rsid w:val="000D5184"/>
    <w:rPr>
      <w:rFonts w:asciiTheme="majorHAnsi" w:eastAsiaTheme="majorEastAsia" w:hAnsiTheme="majorHAnsi" w:cstheme="majorBidi"/>
      <w:b/>
      <w:color w:val="000000"/>
      <w:spacing w:val="5"/>
      <w:kern w:val="28"/>
      <w:sz w:val="3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rial9Bold">
    <w:name w:val="Arial_9 Bold"/>
    <w:basedOn w:val="DefaultParagraphFont"/>
    <w:uiPriority w:val="1"/>
    <w:rsid w:val="004A171C"/>
    <w:rPr>
      <w:rFonts w:ascii="Arial" w:hAnsi="Arial"/>
      <w:b/>
      <w:sz w:val="18"/>
    </w:rPr>
  </w:style>
  <w:style w:type="character" w:styleId="PlaceholderText">
    <w:name w:val="Placeholder Text"/>
    <w:basedOn w:val="DefaultParagraphFont"/>
    <w:uiPriority w:val="99"/>
    <w:semiHidden/>
    <w:rsid w:val="004A171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F47CA562DD04772B0142800D656941D"/>
        <w:category>
          <w:name w:val="General"/>
          <w:gallery w:val="placeholder"/>
        </w:category>
        <w:types>
          <w:type w:val="bbPlcHdr"/>
        </w:types>
        <w:behaviors>
          <w:behavior w:val="content"/>
        </w:behaviors>
        <w:guid w:val="{58EDDF34-4CE3-4FBA-AA8B-512B4C20E7FE}"/>
      </w:docPartPr>
      <w:docPartBody>
        <w:p w:rsidR="004079D4" w:rsidRDefault="00BA2E8D" w:rsidP="00BA2E8D">
          <w:pPr>
            <w:pStyle w:val="4F47CA562DD04772B0142800D656941D"/>
          </w:pPr>
          <w:r>
            <w:rPr>
              <w:color w:val="555555"/>
            </w:rPr>
            <w:t>[Enter submitter name]</w:t>
          </w:r>
        </w:p>
      </w:docPartBody>
    </w:docPart>
    <w:docPart>
      <w:docPartPr>
        <w:name w:val="09186C4140894472B719FD7C58ACC92A"/>
        <w:category>
          <w:name w:val="General"/>
          <w:gallery w:val="placeholder"/>
        </w:category>
        <w:types>
          <w:type w:val="bbPlcHdr"/>
        </w:types>
        <w:behaviors>
          <w:behavior w:val="content"/>
        </w:behaviors>
        <w:guid w:val="{C522C38E-A954-4F40-955A-EC32628AD553}"/>
      </w:docPartPr>
      <w:docPartBody>
        <w:p w:rsidR="004079D4" w:rsidRDefault="00BA2E8D" w:rsidP="00BA2E8D">
          <w:pPr>
            <w:pStyle w:val="09186C4140894472B719FD7C58ACC92A"/>
          </w:pPr>
          <w:r>
            <w:rPr>
              <w:color w:val="555555"/>
            </w:rPr>
            <w:t>[Enter submitter title]</w:t>
          </w:r>
        </w:p>
      </w:docPartBody>
    </w:docPart>
    <w:docPart>
      <w:docPartPr>
        <w:name w:val="41E616A4D61A478A864EE4E8CF86AEE8"/>
        <w:category>
          <w:name w:val="General"/>
          <w:gallery w:val="placeholder"/>
        </w:category>
        <w:types>
          <w:type w:val="bbPlcHdr"/>
        </w:types>
        <w:behaviors>
          <w:behavior w:val="content"/>
        </w:behaviors>
        <w:guid w:val="{E620F3BB-565A-4287-97AA-76AD63EB3C90}"/>
      </w:docPartPr>
      <w:docPartBody>
        <w:p w:rsidR="004079D4" w:rsidRDefault="00BA2E8D" w:rsidP="00BA2E8D">
          <w:pPr>
            <w:pStyle w:val="41E616A4D61A478A864EE4E8CF86AEE8"/>
          </w:pPr>
          <w:r>
            <w:rPr>
              <w:color w:val="555555"/>
            </w:rPr>
            <w:t>[Enter submitter email]</w:t>
          </w:r>
        </w:p>
      </w:docPartBody>
    </w:docPart>
    <w:docPart>
      <w:docPartPr>
        <w:name w:val="A821BFB9372C4BCDB8685962261A06E4"/>
        <w:category>
          <w:name w:val="General"/>
          <w:gallery w:val="placeholder"/>
        </w:category>
        <w:types>
          <w:type w:val="bbPlcHdr"/>
        </w:types>
        <w:behaviors>
          <w:behavior w:val="content"/>
        </w:behaviors>
        <w:guid w:val="{AD882077-5CBB-42D0-8EBA-8E58017071FD}"/>
      </w:docPartPr>
      <w:docPartBody>
        <w:p w:rsidR="004079D4" w:rsidRDefault="00BA2E8D" w:rsidP="00BA2E8D">
          <w:pPr>
            <w:pStyle w:val="A821BFB9372C4BCDB8685962261A06E4"/>
          </w:pPr>
          <w:r>
            <w:rPr>
              <w:color w:val="555555"/>
            </w:rPr>
            <w:t>[Enter phone number]</w:t>
          </w:r>
        </w:p>
      </w:docPartBody>
    </w:docPart>
    <w:docPart>
      <w:docPartPr>
        <w:name w:val="1D0231BFB2EE470A919C96DF11683798"/>
        <w:category>
          <w:name w:val="General"/>
          <w:gallery w:val="placeholder"/>
        </w:category>
        <w:types>
          <w:type w:val="bbPlcHdr"/>
        </w:types>
        <w:behaviors>
          <w:behavior w:val="content"/>
        </w:behaviors>
        <w:guid w:val="{93BBE822-D37F-447F-B3FB-34148D77BDFC}"/>
      </w:docPartPr>
      <w:docPartBody>
        <w:p w:rsidR="004079D4" w:rsidRDefault="00BA2E8D" w:rsidP="00BA2E8D">
          <w:pPr>
            <w:pStyle w:val="1D0231BFB2EE470A919C96DF11683798"/>
          </w:pPr>
          <w:r>
            <w:rPr>
              <w:color w:val="555555"/>
            </w:rPr>
            <w:t>[Enter name(s) or anticipated fill date]</w:t>
          </w:r>
        </w:p>
      </w:docPartBody>
    </w:docPart>
    <w:docPart>
      <w:docPartPr>
        <w:name w:val="9202690D4B2A4C7A91E15EF33D652BD5"/>
        <w:category>
          <w:name w:val="General"/>
          <w:gallery w:val="placeholder"/>
        </w:category>
        <w:types>
          <w:type w:val="bbPlcHdr"/>
        </w:types>
        <w:behaviors>
          <w:behavior w:val="content"/>
        </w:behaviors>
        <w:guid w:val="{F71D2359-F42D-41C8-9DDD-AAF86068BE2E}"/>
      </w:docPartPr>
      <w:docPartBody>
        <w:p w:rsidR="004079D4" w:rsidRDefault="00BA2E8D" w:rsidP="00BA2E8D">
          <w:pPr>
            <w:pStyle w:val="9202690D4B2A4C7A91E15EF33D652BD5"/>
          </w:pPr>
          <w:r>
            <w:rPr>
              <w:color w:val="555555"/>
            </w:rPr>
            <w:t>[Enter FTE]</w:t>
          </w:r>
        </w:p>
      </w:docPartBody>
    </w:docPart>
    <w:docPart>
      <w:docPartPr>
        <w:name w:val="46CE9C1D6F5D450BB498584BF13ADFC6"/>
        <w:category>
          <w:name w:val="General"/>
          <w:gallery w:val="placeholder"/>
        </w:category>
        <w:types>
          <w:type w:val="bbPlcHdr"/>
        </w:types>
        <w:behaviors>
          <w:behavior w:val="content"/>
        </w:behaviors>
        <w:guid w:val="{A1103734-215E-47A0-8932-623826DF78A1}"/>
      </w:docPartPr>
      <w:docPartBody>
        <w:p w:rsidR="004079D4" w:rsidRDefault="00BA2E8D" w:rsidP="00BA2E8D">
          <w:pPr>
            <w:pStyle w:val="46CE9C1D6F5D450BB498584BF13ADFC6"/>
          </w:pPr>
          <w:r>
            <w:rPr>
              <w:color w:val="555555"/>
            </w:rPr>
            <w:t>[Enter name(s) or anticipated fill date]</w:t>
          </w:r>
        </w:p>
      </w:docPartBody>
    </w:docPart>
    <w:docPart>
      <w:docPartPr>
        <w:name w:val="81A692927BF346DF8608551612490B32"/>
        <w:category>
          <w:name w:val="General"/>
          <w:gallery w:val="placeholder"/>
        </w:category>
        <w:types>
          <w:type w:val="bbPlcHdr"/>
        </w:types>
        <w:behaviors>
          <w:behavior w:val="content"/>
        </w:behaviors>
        <w:guid w:val="{0479F517-3ED7-4AEE-85E7-3CAB445EF6B1}"/>
      </w:docPartPr>
      <w:docPartBody>
        <w:p w:rsidR="004079D4" w:rsidRDefault="00BA2E8D" w:rsidP="00BA2E8D">
          <w:pPr>
            <w:pStyle w:val="81A692927BF346DF8608551612490B32"/>
          </w:pPr>
          <w:r>
            <w:rPr>
              <w:color w:val="555555"/>
            </w:rPr>
            <w:t>[Enter FTE]</w:t>
          </w:r>
        </w:p>
      </w:docPartBody>
    </w:docPart>
    <w:docPart>
      <w:docPartPr>
        <w:name w:val="BDCD334832C8414ABDCDF0ADC63283C6"/>
        <w:category>
          <w:name w:val="General"/>
          <w:gallery w:val="placeholder"/>
        </w:category>
        <w:types>
          <w:type w:val="bbPlcHdr"/>
        </w:types>
        <w:behaviors>
          <w:behavior w:val="content"/>
        </w:behaviors>
        <w:guid w:val="{DFF0FB90-C378-43BB-A20A-0E789D6955AA}"/>
      </w:docPartPr>
      <w:docPartBody>
        <w:p w:rsidR="004079D4" w:rsidRDefault="00BA2E8D" w:rsidP="00BA2E8D">
          <w:pPr>
            <w:pStyle w:val="BDCD334832C8414ABDCDF0ADC63283C6"/>
          </w:pPr>
          <w:r>
            <w:rPr>
              <w:color w:val="555555"/>
            </w:rPr>
            <w:t>[Enter name(s) or anticipated fill date]</w:t>
          </w:r>
        </w:p>
      </w:docPartBody>
    </w:docPart>
    <w:docPart>
      <w:docPartPr>
        <w:name w:val="D4A36FABE23843DFBDF98F7E39C72F3F"/>
        <w:category>
          <w:name w:val="General"/>
          <w:gallery w:val="placeholder"/>
        </w:category>
        <w:types>
          <w:type w:val="bbPlcHdr"/>
        </w:types>
        <w:behaviors>
          <w:behavior w:val="content"/>
        </w:behaviors>
        <w:guid w:val="{FF468438-7732-4879-91E0-D5B7515FAE4B}"/>
      </w:docPartPr>
      <w:docPartBody>
        <w:p w:rsidR="004079D4" w:rsidRDefault="00BA2E8D" w:rsidP="00BA2E8D">
          <w:pPr>
            <w:pStyle w:val="D4A36FABE23843DFBDF98F7E39C72F3F"/>
          </w:pPr>
          <w:r>
            <w:rPr>
              <w:color w:val="555555"/>
            </w:rPr>
            <w:t>[Enter FTE]</w:t>
          </w:r>
        </w:p>
      </w:docPartBody>
    </w:docPart>
    <w:docPart>
      <w:docPartPr>
        <w:name w:val="FEA06E2D8331420BB9658C4674217C8A"/>
        <w:category>
          <w:name w:val="General"/>
          <w:gallery w:val="placeholder"/>
        </w:category>
        <w:types>
          <w:type w:val="bbPlcHdr"/>
        </w:types>
        <w:behaviors>
          <w:behavior w:val="content"/>
        </w:behaviors>
        <w:guid w:val="{49E7DF34-65EC-4AB6-972C-D17254EEB2A1}"/>
      </w:docPartPr>
      <w:docPartBody>
        <w:p w:rsidR="004079D4" w:rsidRDefault="00BA2E8D" w:rsidP="00BA2E8D">
          <w:pPr>
            <w:pStyle w:val="FEA06E2D8331420BB9658C4674217C8A"/>
          </w:pPr>
          <w:r>
            <w:rPr>
              <w:color w:val="555555"/>
            </w:rPr>
            <w:t>[Enter name(s) or anticipated fill date]</w:t>
          </w:r>
        </w:p>
      </w:docPartBody>
    </w:docPart>
    <w:docPart>
      <w:docPartPr>
        <w:name w:val="9C4052D6C9EC4810BC2C8E56E8CDCD77"/>
        <w:category>
          <w:name w:val="General"/>
          <w:gallery w:val="placeholder"/>
        </w:category>
        <w:types>
          <w:type w:val="bbPlcHdr"/>
        </w:types>
        <w:behaviors>
          <w:behavior w:val="content"/>
        </w:behaviors>
        <w:guid w:val="{106CD780-8E7D-4FD4-AEB1-97D30C5AAFCF}"/>
      </w:docPartPr>
      <w:docPartBody>
        <w:p w:rsidR="004079D4" w:rsidRDefault="00BA2E8D" w:rsidP="00BA2E8D">
          <w:pPr>
            <w:pStyle w:val="9C4052D6C9EC4810BC2C8E56E8CDCD77"/>
          </w:pPr>
          <w:r>
            <w:rPr>
              <w:color w:val="555555"/>
            </w:rPr>
            <w:t>[Enter FTE]</w:t>
          </w:r>
        </w:p>
      </w:docPartBody>
    </w:docPart>
    <w:docPart>
      <w:docPartPr>
        <w:name w:val="E87B047B9E30488BB41CB2AFE1606951"/>
        <w:category>
          <w:name w:val="General"/>
          <w:gallery w:val="placeholder"/>
        </w:category>
        <w:types>
          <w:type w:val="bbPlcHdr"/>
        </w:types>
        <w:behaviors>
          <w:behavior w:val="content"/>
        </w:behaviors>
        <w:guid w:val="{2F31D3BC-3195-4A4B-A87F-739FD78C0B20}"/>
      </w:docPartPr>
      <w:docPartBody>
        <w:p w:rsidR="004079D4" w:rsidRDefault="00BA2E8D" w:rsidP="00BA2E8D">
          <w:pPr>
            <w:pStyle w:val="E87B047B9E30488BB41CB2AFE1606951"/>
          </w:pPr>
          <w:r>
            <w:rPr>
              <w:color w:val="555555"/>
            </w:rPr>
            <w:t>[Enter name(s) or anticipated fill date]</w:t>
          </w:r>
        </w:p>
      </w:docPartBody>
    </w:docPart>
    <w:docPart>
      <w:docPartPr>
        <w:name w:val="F58B6642F7C54FA69F30DD30B5D45257"/>
        <w:category>
          <w:name w:val="General"/>
          <w:gallery w:val="placeholder"/>
        </w:category>
        <w:types>
          <w:type w:val="bbPlcHdr"/>
        </w:types>
        <w:behaviors>
          <w:behavior w:val="content"/>
        </w:behaviors>
        <w:guid w:val="{A547903F-2EA3-4659-8D83-D208DA76B4DC}"/>
      </w:docPartPr>
      <w:docPartBody>
        <w:p w:rsidR="004079D4" w:rsidRDefault="00BA2E8D" w:rsidP="00BA2E8D">
          <w:pPr>
            <w:pStyle w:val="F58B6642F7C54FA69F30DD30B5D45257"/>
          </w:pPr>
          <w:r>
            <w:rPr>
              <w:color w:val="555555"/>
            </w:rPr>
            <w:t>[Enter FTE]</w:t>
          </w:r>
        </w:p>
      </w:docPartBody>
    </w:docPart>
    <w:docPart>
      <w:docPartPr>
        <w:name w:val="4C9A4F02B2CC4A8A933D24E2190CA1BF"/>
        <w:category>
          <w:name w:val="General"/>
          <w:gallery w:val="placeholder"/>
        </w:category>
        <w:types>
          <w:type w:val="bbPlcHdr"/>
        </w:types>
        <w:behaviors>
          <w:behavior w:val="content"/>
        </w:behaviors>
        <w:guid w:val="{08B9503E-4C54-4C49-AAF1-3F56118D1941}"/>
      </w:docPartPr>
      <w:docPartBody>
        <w:p w:rsidR="004079D4" w:rsidRDefault="00BA2E8D" w:rsidP="00BA2E8D">
          <w:pPr>
            <w:pStyle w:val="4C9A4F02B2CC4A8A933D24E2190CA1BF"/>
          </w:pPr>
          <w:r>
            <w:rPr>
              <w:color w:val="555555"/>
            </w:rPr>
            <w:t>[Enter name(s) or anticipated fill date]</w:t>
          </w:r>
        </w:p>
      </w:docPartBody>
    </w:docPart>
    <w:docPart>
      <w:docPartPr>
        <w:name w:val="924ECA9C8AD54BBA9FBA911857B97446"/>
        <w:category>
          <w:name w:val="General"/>
          <w:gallery w:val="placeholder"/>
        </w:category>
        <w:types>
          <w:type w:val="bbPlcHdr"/>
        </w:types>
        <w:behaviors>
          <w:behavior w:val="content"/>
        </w:behaviors>
        <w:guid w:val="{4C638A6C-85A1-4116-8D1B-37B1BB181A4E}"/>
      </w:docPartPr>
      <w:docPartBody>
        <w:p w:rsidR="004079D4" w:rsidRDefault="00BA2E8D" w:rsidP="00BA2E8D">
          <w:pPr>
            <w:pStyle w:val="924ECA9C8AD54BBA9FBA911857B97446"/>
          </w:pPr>
          <w:r>
            <w:rPr>
              <w:color w:val="555555"/>
            </w:rPr>
            <w:t>[Enter FTE]</w:t>
          </w:r>
        </w:p>
      </w:docPartBody>
    </w:docPart>
    <w:docPart>
      <w:docPartPr>
        <w:name w:val="CD6C84DDFBE143D998528DE56A44F937"/>
        <w:category>
          <w:name w:val="General"/>
          <w:gallery w:val="placeholder"/>
        </w:category>
        <w:types>
          <w:type w:val="bbPlcHdr"/>
        </w:types>
        <w:behaviors>
          <w:behavior w:val="content"/>
        </w:behaviors>
        <w:guid w:val="{D48FD203-EF28-4E0E-ABD3-96D81D1F5C71}"/>
      </w:docPartPr>
      <w:docPartBody>
        <w:p w:rsidR="004079D4" w:rsidRDefault="00BA2E8D" w:rsidP="00BA2E8D">
          <w:pPr>
            <w:pStyle w:val="CD6C84DDFBE143D998528DE56A44F937"/>
          </w:pPr>
          <w:r>
            <w:rPr>
              <w:color w:val="555555"/>
            </w:rPr>
            <w:t>[Enter name(s) or anticipated fill date]</w:t>
          </w:r>
        </w:p>
      </w:docPartBody>
    </w:docPart>
    <w:docPart>
      <w:docPartPr>
        <w:name w:val="D706426EFA0346C2BFA861A03A1910BD"/>
        <w:category>
          <w:name w:val="General"/>
          <w:gallery w:val="placeholder"/>
        </w:category>
        <w:types>
          <w:type w:val="bbPlcHdr"/>
        </w:types>
        <w:behaviors>
          <w:behavior w:val="content"/>
        </w:behaviors>
        <w:guid w:val="{30AA5451-5DA3-4613-BCBC-7F2EE1A88EDB}"/>
      </w:docPartPr>
      <w:docPartBody>
        <w:p w:rsidR="004079D4" w:rsidRDefault="00BA2E8D" w:rsidP="00BA2E8D">
          <w:pPr>
            <w:pStyle w:val="D706426EFA0346C2BFA861A03A1910BD"/>
          </w:pPr>
          <w:r>
            <w:rPr>
              <w:color w:val="555555"/>
            </w:rPr>
            <w:t>[Enter FTE]</w:t>
          </w:r>
        </w:p>
      </w:docPartBody>
    </w:docPart>
    <w:docPart>
      <w:docPartPr>
        <w:name w:val="D6C6FBABEB2149C49B7E61F4D42F0EF4"/>
        <w:category>
          <w:name w:val="General"/>
          <w:gallery w:val="placeholder"/>
        </w:category>
        <w:types>
          <w:type w:val="bbPlcHdr"/>
        </w:types>
        <w:behaviors>
          <w:behavior w:val="content"/>
        </w:behaviors>
        <w:guid w:val="{49EDC67F-0418-4F8B-AC8A-F0A932A5E52F}"/>
      </w:docPartPr>
      <w:docPartBody>
        <w:p w:rsidR="004079D4" w:rsidRDefault="00BA2E8D" w:rsidP="00BA2E8D">
          <w:pPr>
            <w:pStyle w:val="D6C6FBABEB2149C49B7E61F4D42F0EF4"/>
          </w:pPr>
          <w:r>
            <w:rPr>
              <w:color w:val="555555"/>
            </w:rPr>
            <w:t>[Enter name(s) or anticipated fill date]</w:t>
          </w:r>
        </w:p>
      </w:docPartBody>
    </w:docPart>
    <w:docPart>
      <w:docPartPr>
        <w:name w:val="17F2A51885E34E6FB4BF007052E8EA74"/>
        <w:category>
          <w:name w:val="General"/>
          <w:gallery w:val="placeholder"/>
        </w:category>
        <w:types>
          <w:type w:val="bbPlcHdr"/>
        </w:types>
        <w:behaviors>
          <w:behavior w:val="content"/>
        </w:behaviors>
        <w:guid w:val="{493C61AD-0259-49CD-A3BF-7579A4AA1DD0}"/>
      </w:docPartPr>
      <w:docPartBody>
        <w:p w:rsidR="004079D4" w:rsidRDefault="00BA2E8D" w:rsidP="00BA2E8D">
          <w:pPr>
            <w:pStyle w:val="17F2A51885E34E6FB4BF007052E8EA74"/>
          </w:pPr>
          <w:r>
            <w:rPr>
              <w:color w:val="555555"/>
            </w:rPr>
            <w:t>[Enter FTE]</w:t>
          </w:r>
        </w:p>
      </w:docPartBody>
    </w:docPart>
    <w:docPart>
      <w:docPartPr>
        <w:name w:val="461C529E81BE4C528A9F18BCC720EBF1"/>
        <w:category>
          <w:name w:val="General"/>
          <w:gallery w:val="placeholder"/>
        </w:category>
        <w:types>
          <w:type w:val="bbPlcHdr"/>
        </w:types>
        <w:behaviors>
          <w:behavior w:val="content"/>
        </w:behaviors>
        <w:guid w:val="{16E8273F-F31C-4AA4-8EAC-CEB77C5C0C45}"/>
      </w:docPartPr>
      <w:docPartBody>
        <w:p w:rsidR="004079D4" w:rsidRDefault="00BA2E8D" w:rsidP="00BA2E8D">
          <w:pPr>
            <w:pStyle w:val="461C529E81BE4C528A9F18BCC720EBF1"/>
          </w:pPr>
          <w:r>
            <w:rPr>
              <w:color w:val="555555"/>
            </w:rPr>
            <w:t>[Enter name(s) or anticipated fill date]</w:t>
          </w:r>
        </w:p>
      </w:docPartBody>
    </w:docPart>
    <w:docPart>
      <w:docPartPr>
        <w:name w:val="0EBFED856F294E63B7E6AA77A49FA683"/>
        <w:category>
          <w:name w:val="General"/>
          <w:gallery w:val="placeholder"/>
        </w:category>
        <w:types>
          <w:type w:val="bbPlcHdr"/>
        </w:types>
        <w:behaviors>
          <w:behavior w:val="content"/>
        </w:behaviors>
        <w:guid w:val="{5CEEDF1A-A7F6-47D6-8470-00E0BC0A4D56}"/>
      </w:docPartPr>
      <w:docPartBody>
        <w:p w:rsidR="004079D4" w:rsidRDefault="00BA2E8D" w:rsidP="00BA2E8D">
          <w:pPr>
            <w:pStyle w:val="0EBFED856F294E63B7E6AA77A49FA683"/>
          </w:pPr>
          <w:r>
            <w:rPr>
              <w:color w:val="555555"/>
            </w:rPr>
            <w:t>[Enter FTE]</w:t>
          </w:r>
        </w:p>
      </w:docPartBody>
    </w:docPart>
    <w:docPart>
      <w:docPartPr>
        <w:name w:val="BA052A0D63DA4350858C4FD8246761C5"/>
        <w:category>
          <w:name w:val="General"/>
          <w:gallery w:val="placeholder"/>
        </w:category>
        <w:types>
          <w:type w:val="bbPlcHdr"/>
        </w:types>
        <w:behaviors>
          <w:behavior w:val="content"/>
        </w:behaviors>
        <w:guid w:val="{A46B3D80-4771-4469-A6A1-54D51AFF5597}"/>
      </w:docPartPr>
      <w:docPartBody>
        <w:p w:rsidR="004079D4" w:rsidRDefault="00BA2E8D" w:rsidP="00BA2E8D">
          <w:pPr>
            <w:pStyle w:val="BA052A0D63DA4350858C4FD8246761C5"/>
          </w:pPr>
          <w:r>
            <w:rPr>
              <w:color w:val="555555"/>
            </w:rPr>
            <w:t>[Enter name(s) or anticipated fill date]</w:t>
          </w:r>
        </w:p>
      </w:docPartBody>
    </w:docPart>
    <w:docPart>
      <w:docPartPr>
        <w:name w:val="F7045EE06E7E4EFFAE5510FAB414AFA1"/>
        <w:category>
          <w:name w:val="General"/>
          <w:gallery w:val="placeholder"/>
        </w:category>
        <w:types>
          <w:type w:val="bbPlcHdr"/>
        </w:types>
        <w:behaviors>
          <w:behavior w:val="content"/>
        </w:behaviors>
        <w:guid w:val="{7DD26603-E4FE-4D70-94BE-1F0EB6104313}"/>
      </w:docPartPr>
      <w:docPartBody>
        <w:p w:rsidR="004079D4" w:rsidRDefault="00BA2E8D" w:rsidP="00BA2E8D">
          <w:pPr>
            <w:pStyle w:val="F7045EE06E7E4EFFAE5510FAB414AFA1"/>
          </w:pPr>
          <w:r>
            <w:rPr>
              <w:color w:val="555555"/>
            </w:rPr>
            <w:t>[Enter FTE]</w:t>
          </w:r>
        </w:p>
      </w:docPartBody>
    </w:docPart>
    <w:docPart>
      <w:docPartPr>
        <w:name w:val="5787D827614E449281718A7368F7A84C"/>
        <w:category>
          <w:name w:val="General"/>
          <w:gallery w:val="placeholder"/>
        </w:category>
        <w:types>
          <w:type w:val="bbPlcHdr"/>
        </w:types>
        <w:behaviors>
          <w:behavior w:val="content"/>
        </w:behaviors>
        <w:guid w:val="{3E44A596-8811-46BA-81D7-96D7A36D5878}"/>
      </w:docPartPr>
      <w:docPartBody>
        <w:p w:rsidR="004079D4" w:rsidRDefault="00BA2E8D" w:rsidP="00BA2E8D">
          <w:pPr>
            <w:pStyle w:val="5787D827614E449281718A7368F7A84C"/>
          </w:pPr>
          <w:r>
            <w:rPr>
              <w:color w:val="555555"/>
            </w:rPr>
            <w:t>[Enter grand total FTE]</w:t>
          </w:r>
        </w:p>
      </w:docPartBody>
    </w:docPart>
    <w:docPart>
      <w:docPartPr>
        <w:name w:val="1B72E91557354593A38B287F119ABFEF"/>
        <w:category>
          <w:name w:val="General"/>
          <w:gallery w:val="placeholder"/>
        </w:category>
        <w:types>
          <w:type w:val="bbPlcHdr"/>
        </w:types>
        <w:behaviors>
          <w:behavior w:val="content"/>
        </w:behaviors>
        <w:guid w:val="{DE9B343A-C4DB-4B0A-9CD7-63708062404B}"/>
      </w:docPartPr>
      <w:docPartBody>
        <w:p w:rsidR="004079D4" w:rsidRDefault="00BA2E8D" w:rsidP="00BA2E8D">
          <w:pPr>
            <w:pStyle w:val="1B72E91557354593A38B287F119ABFEF"/>
          </w:pPr>
          <w:r>
            <w:rPr>
              <w:color w:val="555555"/>
            </w:rPr>
            <w:t>[Enter name]</w:t>
          </w:r>
        </w:p>
      </w:docPartBody>
    </w:docPart>
    <w:docPart>
      <w:docPartPr>
        <w:name w:val="151E344D2C5D4E47967C37493179B576"/>
        <w:category>
          <w:name w:val="General"/>
          <w:gallery w:val="placeholder"/>
        </w:category>
        <w:types>
          <w:type w:val="bbPlcHdr"/>
        </w:types>
        <w:behaviors>
          <w:behavior w:val="content"/>
        </w:behaviors>
        <w:guid w:val="{4C3FFFC3-71DB-4FBE-B37F-CE57F4704460}"/>
      </w:docPartPr>
      <w:docPartBody>
        <w:p w:rsidR="004079D4" w:rsidRDefault="00BA2E8D" w:rsidP="00BA2E8D">
          <w:pPr>
            <w:pStyle w:val="151E344D2C5D4E47967C37493179B576"/>
          </w:pPr>
          <w:r>
            <w:rPr>
              <w:color w:val="555555"/>
            </w:rPr>
            <w:t>[Enter date]</w:t>
          </w:r>
        </w:p>
      </w:docPartBody>
    </w:docPart>
    <w:docPart>
      <w:docPartPr>
        <w:name w:val="7F717FA1CCFE45099D45E23ED833ABAB"/>
        <w:category>
          <w:name w:val="General"/>
          <w:gallery w:val="placeholder"/>
        </w:category>
        <w:types>
          <w:type w:val="bbPlcHdr"/>
        </w:types>
        <w:behaviors>
          <w:behavior w:val="content"/>
        </w:behaviors>
        <w:guid w:val="{4919B7C2-ABE6-4926-90E8-51CB83B41C56}"/>
      </w:docPartPr>
      <w:docPartBody>
        <w:p w:rsidR="004079D4" w:rsidRDefault="00BA2E8D" w:rsidP="00BA2E8D">
          <w:pPr>
            <w:pStyle w:val="7F717FA1CCFE45099D45E23ED833ABAB"/>
          </w:pPr>
          <w:r>
            <w:rPr>
              <w:color w:val="555555"/>
            </w:rPr>
            <w:t>[Enter mode]</w:t>
          </w:r>
        </w:p>
      </w:docPartBody>
    </w:docPart>
    <w:docPart>
      <w:docPartPr>
        <w:name w:val="8CDAE092D1F249998A6ADF33C5C8EDAC"/>
        <w:category>
          <w:name w:val="General"/>
          <w:gallery w:val="placeholder"/>
        </w:category>
        <w:types>
          <w:type w:val="bbPlcHdr"/>
        </w:types>
        <w:behaviors>
          <w:behavior w:val="content"/>
        </w:behaviors>
        <w:guid w:val="{4FEE93E3-C091-42B3-8D07-97397574DACD}"/>
      </w:docPartPr>
      <w:docPartBody>
        <w:p w:rsidR="004079D4" w:rsidRDefault="00BA2E8D" w:rsidP="00BA2E8D">
          <w:pPr>
            <w:pStyle w:val="8CDAE092D1F249998A6ADF33C5C8EDAC"/>
          </w:pPr>
          <w:r>
            <w:rPr>
              <w:color w:val="555555"/>
            </w:rPr>
            <w:t>[Enter hours]</w:t>
          </w:r>
        </w:p>
      </w:docPartBody>
    </w:docPart>
    <w:docPart>
      <w:docPartPr>
        <w:name w:val="7210DCC84F314917A063330A12F8FAD4"/>
        <w:category>
          <w:name w:val="General"/>
          <w:gallery w:val="placeholder"/>
        </w:category>
        <w:types>
          <w:type w:val="bbPlcHdr"/>
        </w:types>
        <w:behaviors>
          <w:behavior w:val="content"/>
        </w:behaviors>
        <w:guid w:val="{8FC607CD-6BA6-4791-9FE6-80E445A8256E}"/>
      </w:docPartPr>
      <w:docPartBody>
        <w:p w:rsidR="004079D4" w:rsidRDefault="00BA2E8D" w:rsidP="00BA2E8D">
          <w:pPr>
            <w:pStyle w:val="7210DCC84F314917A063330A12F8FAD4"/>
          </w:pPr>
          <w:r>
            <w:rPr>
              <w:color w:val="555555"/>
            </w:rPr>
            <w:t>[Enter name]</w:t>
          </w:r>
        </w:p>
      </w:docPartBody>
    </w:docPart>
    <w:docPart>
      <w:docPartPr>
        <w:name w:val="682AF9168A8440F5B113EDF096A4B995"/>
        <w:category>
          <w:name w:val="General"/>
          <w:gallery w:val="placeholder"/>
        </w:category>
        <w:types>
          <w:type w:val="bbPlcHdr"/>
        </w:types>
        <w:behaviors>
          <w:behavior w:val="content"/>
        </w:behaviors>
        <w:guid w:val="{27D4DF15-2048-4CE3-8A3A-6DCF49DD715F}"/>
      </w:docPartPr>
      <w:docPartBody>
        <w:p w:rsidR="004079D4" w:rsidRDefault="00BA2E8D" w:rsidP="00BA2E8D">
          <w:pPr>
            <w:pStyle w:val="682AF9168A8440F5B113EDF096A4B995"/>
          </w:pPr>
          <w:r>
            <w:rPr>
              <w:color w:val="555555"/>
            </w:rPr>
            <w:t>[Enter date]</w:t>
          </w:r>
        </w:p>
      </w:docPartBody>
    </w:docPart>
    <w:docPart>
      <w:docPartPr>
        <w:name w:val="7E2FA2D1876F419D82390F1DAFC0C948"/>
        <w:category>
          <w:name w:val="General"/>
          <w:gallery w:val="placeholder"/>
        </w:category>
        <w:types>
          <w:type w:val="bbPlcHdr"/>
        </w:types>
        <w:behaviors>
          <w:behavior w:val="content"/>
        </w:behaviors>
        <w:guid w:val="{4E5607B3-CB8F-4A83-A9B5-5D016E959E00}"/>
      </w:docPartPr>
      <w:docPartBody>
        <w:p w:rsidR="004079D4" w:rsidRDefault="00BA2E8D" w:rsidP="00BA2E8D">
          <w:pPr>
            <w:pStyle w:val="7E2FA2D1876F419D82390F1DAFC0C948"/>
          </w:pPr>
          <w:r>
            <w:rPr>
              <w:color w:val="555555"/>
            </w:rPr>
            <w:t>[Enter mode]</w:t>
          </w:r>
        </w:p>
      </w:docPartBody>
    </w:docPart>
    <w:docPart>
      <w:docPartPr>
        <w:name w:val="45AB33195B2D412AB33185E3143788A4"/>
        <w:category>
          <w:name w:val="General"/>
          <w:gallery w:val="placeholder"/>
        </w:category>
        <w:types>
          <w:type w:val="bbPlcHdr"/>
        </w:types>
        <w:behaviors>
          <w:behavior w:val="content"/>
        </w:behaviors>
        <w:guid w:val="{08B61F3F-33F1-4844-BEA1-C9AF5F715E46}"/>
      </w:docPartPr>
      <w:docPartBody>
        <w:p w:rsidR="004079D4" w:rsidRDefault="00BA2E8D" w:rsidP="00BA2E8D">
          <w:pPr>
            <w:pStyle w:val="45AB33195B2D412AB33185E3143788A4"/>
          </w:pPr>
          <w:r>
            <w:rPr>
              <w:color w:val="555555"/>
            </w:rPr>
            <w:t>[Enter hours]</w:t>
          </w:r>
        </w:p>
      </w:docPartBody>
    </w:docPart>
    <w:docPart>
      <w:docPartPr>
        <w:name w:val="859AFFB32DE64C24A096F883EBDB17E8"/>
        <w:category>
          <w:name w:val="General"/>
          <w:gallery w:val="placeholder"/>
        </w:category>
        <w:types>
          <w:type w:val="bbPlcHdr"/>
        </w:types>
        <w:behaviors>
          <w:behavior w:val="content"/>
        </w:behaviors>
        <w:guid w:val="{C5893DC3-CFCA-48B8-87FD-28786C6120DF}"/>
      </w:docPartPr>
      <w:docPartBody>
        <w:p w:rsidR="004079D4" w:rsidRDefault="00BA2E8D" w:rsidP="00BA2E8D">
          <w:pPr>
            <w:pStyle w:val="859AFFB32DE64C24A096F883EBDB17E8"/>
          </w:pPr>
          <w:r>
            <w:rPr>
              <w:color w:val="555555"/>
            </w:rPr>
            <w:t>[Enter name]</w:t>
          </w:r>
        </w:p>
      </w:docPartBody>
    </w:docPart>
    <w:docPart>
      <w:docPartPr>
        <w:name w:val="DC30356D4F5E4A0D949D6D5DE5778EFA"/>
        <w:category>
          <w:name w:val="General"/>
          <w:gallery w:val="placeholder"/>
        </w:category>
        <w:types>
          <w:type w:val="bbPlcHdr"/>
        </w:types>
        <w:behaviors>
          <w:behavior w:val="content"/>
        </w:behaviors>
        <w:guid w:val="{EE646418-94F9-4685-AD18-0EFA83ED2D69}"/>
      </w:docPartPr>
      <w:docPartBody>
        <w:p w:rsidR="004079D4" w:rsidRDefault="00BA2E8D" w:rsidP="00BA2E8D">
          <w:pPr>
            <w:pStyle w:val="DC30356D4F5E4A0D949D6D5DE5778EFA"/>
          </w:pPr>
          <w:r>
            <w:rPr>
              <w:color w:val="555555"/>
            </w:rPr>
            <w:t>[Enter date]</w:t>
          </w:r>
        </w:p>
      </w:docPartBody>
    </w:docPart>
    <w:docPart>
      <w:docPartPr>
        <w:name w:val="D464AE6316EB41CA8D3A45755D096D06"/>
        <w:category>
          <w:name w:val="General"/>
          <w:gallery w:val="placeholder"/>
        </w:category>
        <w:types>
          <w:type w:val="bbPlcHdr"/>
        </w:types>
        <w:behaviors>
          <w:behavior w:val="content"/>
        </w:behaviors>
        <w:guid w:val="{CE745C6C-82C5-4956-9619-829D2EA6AFC2}"/>
      </w:docPartPr>
      <w:docPartBody>
        <w:p w:rsidR="004079D4" w:rsidRDefault="00BA2E8D" w:rsidP="00BA2E8D">
          <w:pPr>
            <w:pStyle w:val="D464AE6316EB41CA8D3A45755D096D06"/>
          </w:pPr>
          <w:r>
            <w:rPr>
              <w:color w:val="555555"/>
            </w:rPr>
            <w:t>[Enter mode]</w:t>
          </w:r>
        </w:p>
      </w:docPartBody>
    </w:docPart>
    <w:docPart>
      <w:docPartPr>
        <w:name w:val="94AA5C41AC5E46B38ECB68BD497F8A18"/>
        <w:category>
          <w:name w:val="General"/>
          <w:gallery w:val="placeholder"/>
        </w:category>
        <w:types>
          <w:type w:val="bbPlcHdr"/>
        </w:types>
        <w:behaviors>
          <w:behavior w:val="content"/>
        </w:behaviors>
        <w:guid w:val="{D0D4B714-91C9-4955-A5C9-C02DC794DBB3}"/>
      </w:docPartPr>
      <w:docPartBody>
        <w:p w:rsidR="004079D4" w:rsidRDefault="00BA2E8D" w:rsidP="00BA2E8D">
          <w:pPr>
            <w:pStyle w:val="94AA5C41AC5E46B38ECB68BD497F8A18"/>
          </w:pPr>
          <w:r>
            <w:rPr>
              <w:color w:val="555555"/>
            </w:rPr>
            <w:t>[Enter hours]</w:t>
          </w:r>
        </w:p>
      </w:docPartBody>
    </w:docPart>
    <w:docPart>
      <w:docPartPr>
        <w:name w:val="F954C4E28CEA405F993E0BD1FF7BD3BA"/>
        <w:category>
          <w:name w:val="General"/>
          <w:gallery w:val="placeholder"/>
        </w:category>
        <w:types>
          <w:type w:val="bbPlcHdr"/>
        </w:types>
        <w:behaviors>
          <w:behavior w:val="content"/>
        </w:behaviors>
        <w:guid w:val="{73F07F3C-D637-48D7-BCB0-E95DE1BC9A1F}"/>
      </w:docPartPr>
      <w:docPartBody>
        <w:p w:rsidR="004079D4" w:rsidRDefault="00BA2E8D" w:rsidP="00BA2E8D">
          <w:pPr>
            <w:pStyle w:val="F954C4E28CEA405F993E0BD1FF7BD3BA"/>
          </w:pPr>
          <w:r>
            <w:rPr>
              <w:color w:val="555555"/>
            </w:rPr>
            <w:t>[Enter name]</w:t>
          </w:r>
        </w:p>
      </w:docPartBody>
    </w:docPart>
    <w:docPart>
      <w:docPartPr>
        <w:name w:val="F611156EBB9E470E8BEDC26C51CADB4F"/>
        <w:category>
          <w:name w:val="General"/>
          <w:gallery w:val="placeholder"/>
        </w:category>
        <w:types>
          <w:type w:val="bbPlcHdr"/>
        </w:types>
        <w:behaviors>
          <w:behavior w:val="content"/>
        </w:behaviors>
        <w:guid w:val="{DB6094FF-04E3-41D6-83A5-3BDFCE0B1373}"/>
      </w:docPartPr>
      <w:docPartBody>
        <w:p w:rsidR="004079D4" w:rsidRDefault="00BA2E8D" w:rsidP="00BA2E8D">
          <w:pPr>
            <w:pStyle w:val="F611156EBB9E470E8BEDC26C51CADB4F"/>
          </w:pPr>
          <w:r>
            <w:rPr>
              <w:color w:val="555555"/>
            </w:rPr>
            <w:t>[Enter date]</w:t>
          </w:r>
        </w:p>
      </w:docPartBody>
    </w:docPart>
    <w:docPart>
      <w:docPartPr>
        <w:name w:val="86EE29ACAECE426AA1A62F25FFF3FEE1"/>
        <w:category>
          <w:name w:val="General"/>
          <w:gallery w:val="placeholder"/>
        </w:category>
        <w:types>
          <w:type w:val="bbPlcHdr"/>
        </w:types>
        <w:behaviors>
          <w:behavior w:val="content"/>
        </w:behaviors>
        <w:guid w:val="{87FFB90E-D1B2-4476-9EA6-61A6D480A288}"/>
      </w:docPartPr>
      <w:docPartBody>
        <w:p w:rsidR="004079D4" w:rsidRDefault="00BA2E8D" w:rsidP="00BA2E8D">
          <w:pPr>
            <w:pStyle w:val="86EE29ACAECE426AA1A62F25FFF3FEE1"/>
          </w:pPr>
          <w:r>
            <w:rPr>
              <w:color w:val="555555"/>
            </w:rPr>
            <w:t>[Enter mode]</w:t>
          </w:r>
        </w:p>
      </w:docPartBody>
    </w:docPart>
    <w:docPart>
      <w:docPartPr>
        <w:name w:val="2C72F6A481A344859EF27F1BC4E1B277"/>
        <w:category>
          <w:name w:val="General"/>
          <w:gallery w:val="placeholder"/>
        </w:category>
        <w:types>
          <w:type w:val="bbPlcHdr"/>
        </w:types>
        <w:behaviors>
          <w:behavior w:val="content"/>
        </w:behaviors>
        <w:guid w:val="{AE136AFC-895A-41CB-8708-4CE69555EF5B}"/>
      </w:docPartPr>
      <w:docPartBody>
        <w:p w:rsidR="004079D4" w:rsidRDefault="00BA2E8D" w:rsidP="00BA2E8D">
          <w:pPr>
            <w:pStyle w:val="2C72F6A481A344859EF27F1BC4E1B277"/>
          </w:pPr>
          <w:r>
            <w:rPr>
              <w:color w:val="555555"/>
            </w:rPr>
            <w:t>[Enter hours]</w:t>
          </w:r>
        </w:p>
      </w:docPartBody>
    </w:docPart>
    <w:docPart>
      <w:docPartPr>
        <w:name w:val="FE8285BF1769475E9DE346392FFEEAC2"/>
        <w:category>
          <w:name w:val="General"/>
          <w:gallery w:val="placeholder"/>
        </w:category>
        <w:types>
          <w:type w:val="bbPlcHdr"/>
        </w:types>
        <w:behaviors>
          <w:behavior w:val="content"/>
        </w:behaviors>
        <w:guid w:val="{9166A8C7-5DA5-4E84-A5DB-AC9EB8F7FB36}"/>
      </w:docPartPr>
      <w:docPartBody>
        <w:p w:rsidR="004079D4" w:rsidRDefault="00BA2E8D" w:rsidP="00BA2E8D">
          <w:pPr>
            <w:pStyle w:val="FE8285BF1769475E9DE346392FFEEAC2"/>
          </w:pPr>
          <w:r>
            <w:rPr>
              <w:color w:val="555555"/>
            </w:rPr>
            <w:t>[Enter name]</w:t>
          </w:r>
        </w:p>
      </w:docPartBody>
    </w:docPart>
    <w:docPart>
      <w:docPartPr>
        <w:name w:val="84A6D65BA0214D76AE281CB2AA9D72F2"/>
        <w:category>
          <w:name w:val="General"/>
          <w:gallery w:val="placeholder"/>
        </w:category>
        <w:types>
          <w:type w:val="bbPlcHdr"/>
        </w:types>
        <w:behaviors>
          <w:behavior w:val="content"/>
        </w:behaviors>
        <w:guid w:val="{DC879719-2F52-407E-B591-F4AE5FAE366D}"/>
      </w:docPartPr>
      <w:docPartBody>
        <w:p w:rsidR="004079D4" w:rsidRDefault="00BA2E8D" w:rsidP="00BA2E8D">
          <w:pPr>
            <w:pStyle w:val="84A6D65BA0214D76AE281CB2AA9D72F2"/>
          </w:pPr>
          <w:r>
            <w:rPr>
              <w:color w:val="555555"/>
            </w:rPr>
            <w:t>[Enter date]</w:t>
          </w:r>
        </w:p>
      </w:docPartBody>
    </w:docPart>
    <w:docPart>
      <w:docPartPr>
        <w:name w:val="19F9AEC059A743838F148072A38CD519"/>
        <w:category>
          <w:name w:val="General"/>
          <w:gallery w:val="placeholder"/>
        </w:category>
        <w:types>
          <w:type w:val="bbPlcHdr"/>
        </w:types>
        <w:behaviors>
          <w:behavior w:val="content"/>
        </w:behaviors>
        <w:guid w:val="{8E998014-D500-448A-AAD7-DB4181E03A65}"/>
      </w:docPartPr>
      <w:docPartBody>
        <w:p w:rsidR="004079D4" w:rsidRDefault="00BA2E8D" w:rsidP="00BA2E8D">
          <w:pPr>
            <w:pStyle w:val="19F9AEC059A743838F148072A38CD519"/>
          </w:pPr>
          <w:r>
            <w:rPr>
              <w:color w:val="555555"/>
            </w:rPr>
            <w:t>[Enter mode]</w:t>
          </w:r>
        </w:p>
      </w:docPartBody>
    </w:docPart>
    <w:docPart>
      <w:docPartPr>
        <w:name w:val="281A93A765104DDD8ACB0103C3104026"/>
        <w:category>
          <w:name w:val="General"/>
          <w:gallery w:val="placeholder"/>
        </w:category>
        <w:types>
          <w:type w:val="bbPlcHdr"/>
        </w:types>
        <w:behaviors>
          <w:behavior w:val="content"/>
        </w:behaviors>
        <w:guid w:val="{E53AC153-F1EA-4EF3-A735-ECCCA9D96031}"/>
      </w:docPartPr>
      <w:docPartBody>
        <w:p w:rsidR="004079D4" w:rsidRDefault="00BA2E8D" w:rsidP="00BA2E8D">
          <w:pPr>
            <w:pStyle w:val="281A93A765104DDD8ACB0103C3104026"/>
          </w:pPr>
          <w:r>
            <w:rPr>
              <w:color w:val="555555"/>
            </w:rPr>
            <w:t>[Enter hours]</w:t>
          </w:r>
        </w:p>
      </w:docPartBody>
    </w:docPart>
    <w:docPart>
      <w:docPartPr>
        <w:name w:val="942137F795F14E61859990729E9B6D07"/>
        <w:category>
          <w:name w:val="General"/>
          <w:gallery w:val="placeholder"/>
        </w:category>
        <w:types>
          <w:type w:val="bbPlcHdr"/>
        </w:types>
        <w:behaviors>
          <w:behavior w:val="content"/>
        </w:behaviors>
        <w:guid w:val="{D07C8052-C455-4CD1-BE2F-A55FD78A852B}"/>
      </w:docPartPr>
      <w:docPartBody>
        <w:p w:rsidR="004079D4" w:rsidRDefault="00BA2E8D" w:rsidP="00BA2E8D">
          <w:pPr>
            <w:pStyle w:val="942137F795F14E61859990729E9B6D07"/>
          </w:pPr>
          <w:r>
            <w:rPr>
              <w:color w:val="555555"/>
            </w:rPr>
            <w:t>[Enter name]</w:t>
          </w:r>
        </w:p>
      </w:docPartBody>
    </w:docPart>
    <w:docPart>
      <w:docPartPr>
        <w:name w:val="BB9A7929981A4CA99ED5AF8CB15514E5"/>
        <w:category>
          <w:name w:val="General"/>
          <w:gallery w:val="placeholder"/>
        </w:category>
        <w:types>
          <w:type w:val="bbPlcHdr"/>
        </w:types>
        <w:behaviors>
          <w:behavior w:val="content"/>
        </w:behaviors>
        <w:guid w:val="{26A1B3D0-5E4F-4710-B0EA-AFD2DB439DF2}"/>
      </w:docPartPr>
      <w:docPartBody>
        <w:p w:rsidR="004079D4" w:rsidRDefault="00BA2E8D" w:rsidP="00BA2E8D">
          <w:pPr>
            <w:pStyle w:val="BB9A7929981A4CA99ED5AF8CB15514E5"/>
          </w:pPr>
          <w:r>
            <w:rPr>
              <w:color w:val="555555"/>
            </w:rPr>
            <w:t>[Enter date]</w:t>
          </w:r>
        </w:p>
      </w:docPartBody>
    </w:docPart>
    <w:docPart>
      <w:docPartPr>
        <w:name w:val="4599A650B28C471185A99EED0F3F0465"/>
        <w:category>
          <w:name w:val="General"/>
          <w:gallery w:val="placeholder"/>
        </w:category>
        <w:types>
          <w:type w:val="bbPlcHdr"/>
        </w:types>
        <w:behaviors>
          <w:behavior w:val="content"/>
        </w:behaviors>
        <w:guid w:val="{F4D24399-C142-481D-823E-E983C50AEF82}"/>
      </w:docPartPr>
      <w:docPartBody>
        <w:p w:rsidR="004079D4" w:rsidRDefault="00BA2E8D" w:rsidP="00BA2E8D">
          <w:pPr>
            <w:pStyle w:val="4599A650B28C471185A99EED0F3F0465"/>
          </w:pPr>
          <w:r>
            <w:rPr>
              <w:color w:val="555555"/>
            </w:rPr>
            <w:t>[Enter mode]</w:t>
          </w:r>
        </w:p>
      </w:docPartBody>
    </w:docPart>
    <w:docPart>
      <w:docPartPr>
        <w:name w:val="E3EB88669FA643769E4794DCD32FF290"/>
        <w:category>
          <w:name w:val="General"/>
          <w:gallery w:val="placeholder"/>
        </w:category>
        <w:types>
          <w:type w:val="bbPlcHdr"/>
        </w:types>
        <w:behaviors>
          <w:behavior w:val="content"/>
        </w:behaviors>
        <w:guid w:val="{46B8431C-34CD-4DB6-BB4C-47C5F04A2A83}"/>
      </w:docPartPr>
      <w:docPartBody>
        <w:p w:rsidR="004079D4" w:rsidRDefault="00BA2E8D" w:rsidP="00BA2E8D">
          <w:pPr>
            <w:pStyle w:val="E3EB88669FA643769E4794DCD32FF290"/>
          </w:pPr>
          <w:r>
            <w:rPr>
              <w:color w:val="555555"/>
            </w:rPr>
            <w:t>[Enter hours]</w:t>
          </w:r>
        </w:p>
      </w:docPartBody>
    </w:docPart>
    <w:docPart>
      <w:docPartPr>
        <w:name w:val="37805827C4BE4FDDB79869FD5C602D79"/>
        <w:category>
          <w:name w:val="General"/>
          <w:gallery w:val="placeholder"/>
        </w:category>
        <w:types>
          <w:type w:val="bbPlcHdr"/>
        </w:types>
        <w:behaviors>
          <w:behavior w:val="content"/>
        </w:behaviors>
        <w:guid w:val="{8070C226-9408-4991-8464-B3F947EA2208}"/>
      </w:docPartPr>
      <w:docPartBody>
        <w:p w:rsidR="004079D4" w:rsidRDefault="00BA2E8D" w:rsidP="00BA2E8D">
          <w:pPr>
            <w:pStyle w:val="37805827C4BE4FDDB79869FD5C602D79"/>
          </w:pPr>
          <w:r>
            <w:rPr>
              <w:color w:val="555555"/>
            </w:rPr>
            <w:t>[Enter name]</w:t>
          </w:r>
        </w:p>
      </w:docPartBody>
    </w:docPart>
    <w:docPart>
      <w:docPartPr>
        <w:name w:val="75971F83776E44AFBC6DB8D61BDF3253"/>
        <w:category>
          <w:name w:val="General"/>
          <w:gallery w:val="placeholder"/>
        </w:category>
        <w:types>
          <w:type w:val="bbPlcHdr"/>
        </w:types>
        <w:behaviors>
          <w:behavior w:val="content"/>
        </w:behaviors>
        <w:guid w:val="{783FDA55-9EB8-41FF-A5C5-07AB7FAFDC6E}"/>
      </w:docPartPr>
      <w:docPartBody>
        <w:p w:rsidR="004079D4" w:rsidRDefault="00BA2E8D" w:rsidP="00BA2E8D">
          <w:pPr>
            <w:pStyle w:val="75971F83776E44AFBC6DB8D61BDF3253"/>
          </w:pPr>
          <w:r>
            <w:rPr>
              <w:color w:val="555555"/>
            </w:rPr>
            <w:t>[Enter date]</w:t>
          </w:r>
        </w:p>
      </w:docPartBody>
    </w:docPart>
    <w:docPart>
      <w:docPartPr>
        <w:name w:val="C08C7412F7CA4278BBA4DB0E4915B8E9"/>
        <w:category>
          <w:name w:val="General"/>
          <w:gallery w:val="placeholder"/>
        </w:category>
        <w:types>
          <w:type w:val="bbPlcHdr"/>
        </w:types>
        <w:behaviors>
          <w:behavior w:val="content"/>
        </w:behaviors>
        <w:guid w:val="{870ECE60-B019-4BE5-BBD2-B769AED66A3A}"/>
      </w:docPartPr>
      <w:docPartBody>
        <w:p w:rsidR="004079D4" w:rsidRDefault="00BA2E8D" w:rsidP="00BA2E8D">
          <w:pPr>
            <w:pStyle w:val="C08C7412F7CA4278BBA4DB0E4915B8E9"/>
          </w:pPr>
          <w:r>
            <w:rPr>
              <w:color w:val="555555"/>
            </w:rPr>
            <w:t>[Enter mode]</w:t>
          </w:r>
        </w:p>
      </w:docPartBody>
    </w:docPart>
    <w:docPart>
      <w:docPartPr>
        <w:name w:val="C6A9C1AE387D4C4786DE147B8478B71D"/>
        <w:category>
          <w:name w:val="General"/>
          <w:gallery w:val="placeholder"/>
        </w:category>
        <w:types>
          <w:type w:val="bbPlcHdr"/>
        </w:types>
        <w:behaviors>
          <w:behavior w:val="content"/>
        </w:behaviors>
        <w:guid w:val="{156F172F-A8E2-471A-AA6D-B522F47A5F7B}"/>
      </w:docPartPr>
      <w:docPartBody>
        <w:p w:rsidR="004079D4" w:rsidRDefault="00BA2E8D" w:rsidP="00BA2E8D">
          <w:pPr>
            <w:pStyle w:val="C6A9C1AE387D4C4786DE147B8478B71D"/>
          </w:pPr>
          <w:r>
            <w:rPr>
              <w:color w:val="555555"/>
            </w:rPr>
            <w:t>[Enter hours]</w:t>
          </w:r>
        </w:p>
      </w:docPartBody>
    </w:docPart>
    <w:docPart>
      <w:docPartPr>
        <w:name w:val="BA73E8529DD742EBA29DEB014F82E7EF"/>
        <w:category>
          <w:name w:val="General"/>
          <w:gallery w:val="placeholder"/>
        </w:category>
        <w:types>
          <w:type w:val="bbPlcHdr"/>
        </w:types>
        <w:behaviors>
          <w:behavior w:val="content"/>
        </w:behaviors>
        <w:guid w:val="{45997CBE-56DF-44BF-A973-CE45DD838A70}"/>
      </w:docPartPr>
      <w:docPartBody>
        <w:p w:rsidR="004079D4" w:rsidRDefault="00BA2E8D" w:rsidP="00BA2E8D">
          <w:pPr>
            <w:pStyle w:val="BA73E8529DD742EBA29DEB014F82E7EF"/>
          </w:pPr>
          <w:r>
            <w:rPr>
              <w:color w:val="555555"/>
            </w:rPr>
            <w:t>[Enter name]</w:t>
          </w:r>
        </w:p>
      </w:docPartBody>
    </w:docPart>
    <w:docPart>
      <w:docPartPr>
        <w:name w:val="661F1A11495B4D1485E02C60B624B7B2"/>
        <w:category>
          <w:name w:val="General"/>
          <w:gallery w:val="placeholder"/>
        </w:category>
        <w:types>
          <w:type w:val="bbPlcHdr"/>
        </w:types>
        <w:behaviors>
          <w:behavior w:val="content"/>
        </w:behaviors>
        <w:guid w:val="{A3533B3D-DBDD-40FF-B688-A55046290B34}"/>
      </w:docPartPr>
      <w:docPartBody>
        <w:p w:rsidR="004079D4" w:rsidRDefault="00BA2E8D" w:rsidP="00BA2E8D">
          <w:pPr>
            <w:pStyle w:val="661F1A11495B4D1485E02C60B624B7B2"/>
          </w:pPr>
          <w:r>
            <w:rPr>
              <w:color w:val="555555"/>
            </w:rPr>
            <w:t>[Enter date]</w:t>
          </w:r>
        </w:p>
      </w:docPartBody>
    </w:docPart>
    <w:docPart>
      <w:docPartPr>
        <w:name w:val="3E7CB2428B4C45DA80646C2D8AD2847E"/>
        <w:category>
          <w:name w:val="General"/>
          <w:gallery w:val="placeholder"/>
        </w:category>
        <w:types>
          <w:type w:val="bbPlcHdr"/>
        </w:types>
        <w:behaviors>
          <w:behavior w:val="content"/>
        </w:behaviors>
        <w:guid w:val="{DD7179BE-5F7E-470B-9471-8F3887AD7EDF}"/>
      </w:docPartPr>
      <w:docPartBody>
        <w:p w:rsidR="004079D4" w:rsidRDefault="00BA2E8D" w:rsidP="00BA2E8D">
          <w:pPr>
            <w:pStyle w:val="3E7CB2428B4C45DA80646C2D8AD2847E"/>
          </w:pPr>
          <w:r>
            <w:rPr>
              <w:color w:val="555555"/>
            </w:rPr>
            <w:t>[Enter mode]</w:t>
          </w:r>
        </w:p>
      </w:docPartBody>
    </w:docPart>
    <w:docPart>
      <w:docPartPr>
        <w:name w:val="1873C6987FCB4BA4B66C5D182A214394"/>
        <w:category>
          <w:name w:val="General"/>
          <w:gallery w:val="placeholder"/>
        </w:category>
        <w:types>
          <w:type w:val="bbPlcHdr"/>
        </w:types>
        <w:behaviors>
          <w:behavior w:val="content"/>
        </w:behaviors>
        <w:guid w:val="{0F4DC427-BA7D-4229-B1FF-F7FE534AF426}"/>
      </w:docPartPr>
      <w:docPartBody>
        <w:p w:rsidR="004079D4" w:rsidRDefault="00BA2E8D" w:rsidP="00BA2E8D">
          <w:pPr>
            <w:pStyle w:val="1873C6987FCB4BA4B66C5D182A214394"/>
          </w:pPr>
          <w:r>
            <w:rPr>
              <w:color w:val="555555"/>
            </w:rPr>
            <w:t>[Enter hours]</w:t>
          </w:r>
        </w:p>
      </w:docPartBody>
    </w:docPart>
    <w:docPart>
      <w:docPartPr>
        <w:name w:val="004EB7D50C4F4F779DCDFBAD8691AD61"/>
        <w:category>
          <w:name w:val="General"/>
          <w:gallery w:val="placeholder"/>
        </w:category>
        <w:types>
          <w:type w:val="bbPlcHdr"/>
        </w:types>
        <w:behaviors>
          <w:behavior w:val="content"/>
        </w:behaviors>
        <w:guid w:val="{63F6D834-274C-4D5C-BCD7-6FC213A9BA5D}"/>
      </w:docPartPr>
      <w:docPartBody>
        <w:p w:rsidR="004079D4" w:rsidRDefault="00BA2E8D" w:rsidP="00BA2E8D">
          <w:pPr>
            <w:pStyle w:val="004EB7D50C4F4F779DCDFBAD8691AD61"/>
          </w:pPr>
          <w:r>
            <w:rPr>
              <w:color w:val="555555"/>
            </w:rPr>
            <w:t>[Enter name]</w:t>
          </w:r>
        </w:p>
      </w:docPartBody>
    </w:docPart>
    <w:docPart>
      <w:docPartPr>
        <w:name w:val="6E780D6EBEC049E8A6F235AF2FE1D6A1"/>
        <w:category>
          <w:name w:val="General"/>
          <w:gallery w:val="placeholder"/>
        </w:category>
        <w:types>
          <w:type w:val="bbPlcHdr"/>
        </w:types>
        <w:behaviors>
          <w:behavior w:val="content"/>
        </w:behaviors>
        <w:guid w:val="{4299B1B3-CC41-4751-8B93-0A311AF4DB0D}"/>
      </w:docPartPr>
      <w:docPartBody>
        <w:p w:rsidR="004079D4" w:rsidRDefault="00BA2E8D" w:rsidP="00BA2E8D">
          <w:pPr>
            <w:pStyle w:val="6E780D6EBEC049E8A6F235AF2FE1D6A1"/>
          </w:pPr>
          <w:r>
            <w:rPr>
              <w:color w:val="555555"/>
            </w:rPr>
            <w:t>[Enter date]</w:t>
          </w:r>
        </w:p>
      </w:docPartBody>
    </w:docPart>
    <w:docPart>
      <w:docPartPr>
        <w:name w:val="F01357EA07A24C879C2ACC0F5476B8DB"/>
        <w:category>
          <w:name w:val="General"/>
          <w:gallery w:val="placeholder"/>
        </w:category>
        <w:types>
          <w:type w:val="bbPlcHdr"/>
        </w:types>
        <w:behaviors>
          <w:behavior w:val="content"/>
        </w:behaviors>
        <w:guid w:val="{C78AD22D-3D5F-4CAB-A89D-DFF3CC89B78B}"/>
      </w:docPartPr>
      <w:docPartBody>
        <w:p w:rsidR="004079D4" w:rsidRDefault="00BA2E8D" w:rsidP="00BA2E8D">
          <w:pPr>
            <w:pStyle w:val="F01357EA07A24C879C2ACC0F5476B8DB"/>
          </w:pPr>
          <w:r>
            <w:rPr>
              <w:color w:val="555555"/>
            </w:rPr>
            <w:t>[Enter mode]</w:t>
          </w:r>
        </w:p>
      </w:docPartBody>
    </w:docPart>
    <w:docPart>
      <w:docPartPr>
        <w:name w:val="8C14250D048B4DBABED658C1D716A320"/>
        <w:category>
          <w:name w:val="General"/>
          <w:gallery w:val="placeholder"/>
        </w:category>
        <w:types>
          <w:type w:val="bbPlcHdr"/>
        </w:types>
        <w:behaviors>
          <w:behavior w:val="content"/>
        </w:behaviors>
        <w:guid w:val="{8E66CC4A-C383-4219-B298-A6DF7A17989C}"/>
      </w:docPartPr>
      <w:docPartBody>
        <w:p w:rsidR="004079D4" w:rsidRDefault="00BA2E8D" w:rsidP="00BA2E8D">
          <w:pPr>
            <w:pStyle w:val="8C14250D048B4DBABED658C1D716A320"/>
          </w:pPr>
          <w:r>
            <w:rPr>
              <w:color w:val="555555"/>
            </w:rPr>
            <w:t>[Enter hours]</w:t>
          </w:r>
        </w:p>
      </w:docPartBody>
    </w:docPart>
    <w:docPart>
      <w:docPartPr>
        <w:name w:val="6D00FC5E20B84D5E9ACF64C67686A81E"/>
        <w:category>
          <w:name w:val="General"/>
          <w:gallery w:val="placeholder"/>
        </w:category>
        <w:types>
          <w:type w:val="bbPlcHdr"/>
        </w:types>
        <w:behaviors>
          <w:behavior w:val="content"/>
        </w:behaviors>
        <w:guid w:val="{BA5353BC-04E6-4632-9A61-1CD3B99BED68}"/>
      </w:docPartPr>
      <w:docPartBody>
        <w:p w:rsidR="004079D4" w:rsidRDefault="00BA2E8D" w:rsidP="00BA2E8D">
          <w:pPr>
            <w:pStyle w:val="6D00FC5E20B84D5E9ACF64C67686A81E"/>
          </w:pPr>
          <w:r>
            <w:rPr>
              <w:color w:val="555555"/>
            </w:rPr>
            <w:t>[Enter name]</w:t>
          </w:r>
        </w:p>
      </w:docPartBody>
    </w:docPart>
    <w:docPart>
      <w:docPartPr>
        <w:name w:val="577712DBF7224FC696E35806152AE689"/>
        <w:category>
          <w:name w:val="General"/>
          <w:gallery w:val="placeholder"/>
        </w:category>
        <w:types>
          <w:type w:val="bbPlcHdr"/>
        </w:types>
        <w:behaviors>
          <w:behavior w:val="content"/>
        </w:behaviors>
        <w:guid w:val="{51813E71-9DA0-484D-AE26-DC0929AEEE2C}"/>
      </w:docPartPr>
      <w:docPartBody>
        <w:p w:rsidR="004079D4" w:rsidRDefault="00BA2E8D" w:rsidP="00BA2E8D">
          <w:pPr>
            <w:pStyle w:val="577712DBF7224FC696E35806152AE689"/>
          </w:pPr>
          <w:r>
            <w:rPr>
              <w:color w:val="555555"/>
            </w:rPr>
            <w:t>[Enter date]</w:t>
          </w:r>
        </w:p>
      </w:docPartBody>
    </w:docPart>
    <w:docPart>
      <w:docPartPr>
        <w:name w:val="7332DD1FEFAA43E49DC35894345F25AE"/>
        <w:category>
          <w:name w:val="General"/>
          <w:gallery w:val="placeholder"/>
        </w:category>
        <w:types>
          <w:type w:val="bbPlcHdr"/>
        </w:types>
        <w:behaviors>
          <w:behavior w:val="content"/>
        </w:behaviors>
        <w:guid w:val="{0E5A8636-55E7-4C0C-B7E4-FE8BD955069F}"/>
      </w:docPartPr>
      <w:docPartBody>
        <w:p w:rsidR="004079D4" w:rsidRDefault="00BA2E8D" w:rsidP="00BA2E8D">
          <w:pPr>
            <w:pStyle w:val="7332DD1FEFAA43E49DC35894345F25AE"/>
          </w:pPr>
          <w:r>
            <w:rPr>
              <w:color w:val="555555"/>
            </w:rPr>
            <w:t>[Enter mode]</w:t>
          </w:r>
        </w:p>
      </w:docPartBody>
    </w:docPart>
    <w:docPart>
      <w:docPartPr>
        <w:name w:val="0EEE4785527943F59FE7DC26E0AF6175"/>
        <w:category>
          <w:name w:val="General"/>
          <w:gallery w:val="placeholder"/>
        </w:category>
        <w:types>
          <w:type w:val="bbPlcHdr"/>
        </w:types>
        <w:behaviors>
          <w:behavior w:val="content"/>
        </w:behaviors>
        <w:guid w:val="{0E3D58E0-C3C2-4FE0-876B-0FF2DE38DFA4}"/>
      </w:docPartPr>
      <w:docPartBody>
        <w:p w:rsidR="004079D4" w:rsidRDefault="00BA2E8D" w:rsidP="00BA2E8D">
          <w:pPr>
            <w:pStyle w:val="0EEE4785527943F59FE7DC26E0AF6175"/>
          </w:pPr>
          <w:r>
            <w:rPr>
              <w:color w:val="555555"/>
            </w:rPr>
            <w:t>[Enter hours]</w:t>
          </w:r>
        </w:p>
      </w:docPartBody>
    </w:docPart>
    <w:docPart>
      <w:docPartPr>
        <w:name w:val="87FE0F19C7474583B98EB55EAFE524E9"/>
        <w:category>
          <w:name w:val="General"/>
          <w:gallery w:val="placeholder"/>
        </w:category>
        <w:types>
          <w:type w:val="bbPlcHdr"/>
        </w:types>
        <w:behaviors>
          <w:behavior w:val="content"/>
        </w:behaviors>
        <w:guid w:val="{20451392-6D91-40E4-ADC8-EAA340A293EB}"/>
      </w:docPartPr>
      <w:docPartBody>
        <w:p w:rsidR="004079D4" w:rsidRDefault="00BA2E8D" w:rsidP="00BA2E8D">
          <w:pPr>
            <w:pStyle w:val="87FE0F19C7474583B98EB55EAFE524E9"/>
          </w:pPr>
          <w:r>
            <w:rPr>
              <w:color w:val="555555"/>
            </w:rPr>
            <w:t>[Enter name]</w:t>
          </w:r>
        </w:p>
      </w:docPartBody>
    </w:docPart>
    <w:docPart>
      <w:docPartPr>
        <w:name w:val="0CCF7238B5394012BAD5C5C0E22944B0"/>
        <w:category>
          <w:name w:val="General"/>
          <w:gallery w:val="placeholder"/>
        </w:category>
        <w:types>
          <w:type w:val="bbPlcHdr"/>
        </w:types>
        <w:behaviors>
          <w:behavior w:val="content"/>
        </w:behaviors>
        <w:guid w:val="{6246F12B-CC02-4159-89D8-553CC933DEFB}"/>
      </w:docPartPr>
      <w:docPartBody>
        <w:p w:rsidR="004079D4" w:rsidRDefault="00BA2E8D" w:rsidP="00BA2E8D">
          <w:pPr>
            <w:pStyle w:val="0CCF7238B5394012BAD5C5C0E22944B0"/>
          </w:pPr>
          <w:r>
            <w:rPr>
              <w:color w:val="555555"/>
            </w:rPr>
            <w:t>[Enter date]</w:t>
          </w:r>
        </w:p>
      </w:docPartBody>
    </w:docPart>
    <w:docPart>
      <w:docPartPr>
        <w:name w:val="68D515E2145E4B819F09BDB7370D65EF"/>
        <w:category>
          <w:name w:val="General"/>
          <w:gallery w:val="placeholder"/>
        </w:category>
        <w:types>
          <w:type w:val="bbPlcHdr"/>
        </w:types>
        <w:behaviors>
          <w:behavior w:val="content"/>
        </w:behaviors>
        <w:guid w:val="{00B542CD-C63F-484D-BEB3-A748976B8EC9}"/>
      </w:docPartPr>
      <w:docPartBody>
        <w:p w:rsidR="004079D4" w:rsidRDefault="00BA2E8D" w:rsidP="00BA2E8D">
          <w:pPr>
            <w:pStyle w:val="68D515E2145E4B819F09BDB7370D65EF"/>
          </w:pPr>
          <w:r>
            <w:rPr>
              <w:color w:val="555555"/>
            </w:rPr>
            <w:t>[Enter mode]</w:t>
          </w:r>
        </w:p>
      </w:docPartBody>
    </w:docPart>
    <w:docPart>
      <w:docPartPr>
        <w:name w:val="1CAEFAED6B8F4E22B186A9CC98182394"/>
        <w:category>
          <w:name w:val="General"/>
          <w:gallery w:val="placeholder"/>
        </w:category>
        <w:types>
          <w:type w:val="bbPlcHdr"/>
        </w:types>
        <w:behaviors>
          <w:behavior w:val="content"/>
        </w:behaviors>
        <w:guid w:val="{795E22BA-B6E2-44C5-B464-0E0B09BEC24E}"/>
      </w:docPartPr>
      <w:docPartBody>
        <w:p w:rsidR="004079D4" w:rsidRDefault="00BA2E8D" w:rsidP="00BA2E8D">
          <w:pPr>
            <w:pStyle w:val="1CAEFAED6B8F4E22B186A9CC98182394"/>
          </w:pPr>
          <w:r>
            <w:rPr>
              <w:color w:val="555555"/>
            </w:rPr>
            <w:t>[Enter hours]</w:t>
          </w:r>
        </w:p>
      </w:docPartBody>
    </w:docPart>
    <w:docPart>
      <w:docPartPr>
        <w:name w:val="364B084B729C415C99090C9FB362E0D3"/>
        <w:category>
          <w:name w:val="General"/>
          <w:gallery w:val="placeholder"/>
        </w:category>
        <w:types>
          <w:type w:val="bbPlcHdr"/>
        </w:types>
        <w:behaviors>
          <w:behavior w:val="content"/>
        </w:behaviors>
        <w:guid w:val="{57633435-8F9F-4E24-96F6-D806D004D2F1}"/>
      </w:docPartPr>
      <w:docPartBody>
        <w:p w:rsidR="004079D4" w:rsidRDefault="00BA2E8D" w:rsidP="00BA2E8D">
          <w:pPr>
            <w:pStyle w:val="364B084B729C415C99090C9FB362E0D3"/>
          </w:pPr>
          <w:r>
            <w:rPr>
              <w:color w:val="555555"/>
            </w:rPr>
            <w:t>[Enter name]</w:t>
          </w:r>
        </w:p>
      </w:docPartBody>
    </w:docPart>
    <w:docPart>
      <w:docPartPr>
        <w:name w:val="01A60F4BA9264405B60ED49238C2AF6C"/>
        <w:category>
          <w:name w:val="General"/>
          <w:gallery w:val="placeholder"/>
        </w:category>
        <w:types>
          <w:type w:val="bbPlcHdr"/>
        </w:types>
        <w:behaviors>
          <w:behavior w:val="content"/>
        </w:behaviors>
        <w:guid w:val="{BD481047-C82B-49F2-BDF9-492BB5F48E7B}"/>
      </w:docPartPr>
      <w:docPartBody>
        <w:p w:rsidR="004079D4" w:rsidRDefault="00BA2E8D" w:rsidP="00BA2E8D">
          <w:pPr>
            <w:pStyle w:val="01A60F4BA9264405B60ED49238C2AF6C"/>
          </w:pPr>
          <w:r>
            <w:rPr>
              <w:color w:val="555555"/>
            </w:rPr>
            <w:t>[Enter date]</w:t>
          </w:r>
        </w:p>
      </w:docPartBody>
    </w:docPart>
    <w:docPart>
      <w:docPartPr>
        <w:name w:val="6014543BA5C24AD0B48BFCD7ED177669"/>
        <w:category>
          <w:name w:val="General"/>
          <w:gallery w:val="placeholder"/>
        </w:category>
        <w:types>
          <w:type w:val="bbPlcHdr"/>
        </w:types>
        <w:behaviors>
          <w:behavior w:val="content"/>
        </w:behaviors>
        <w:guid w:val="{FFC1D62E-19DE-4A5B-BAFF-5F73AB39DA36}"/>
      </w:docPartPr>
      <w:docPartBody>
        <w:p w:rsidR="004079D4" w:rsidRDefault="00BA2E8D" w:rsidP="00BA2E8D">
          <w:pPr>
            <w:pStyle w:val="6014543BA5C24AD0B48BFCD7ED177669"/>
          </w:pPr>
          <w:r>
            <w:rPr>
              <w:color w:val="555555"/>
            </w:rPr>
            <w:t>[Enter mode]</w:t>
          </w:r>
        </w:p>
      </w:docPartBody>
    </w:docPart>
    <w:docPart>
      <w:docPartPr>
        <w:name w:val="69248120E92F499B8FC8D9348E4CBCAE"/>
        <w:category>
          <w:name w:val="General"/>
          <w:gallery w:val="placeholder"/>
        </w:category>
        <w:types>
          <w:type w:val="bbPlcHdr"/>
        </w:types>
        <w:behaviors>
          <w:behavior w:val="content"/>
        </w:behaviors>
        <w:guid w:val="{A36E3310-7259-493F-913F-030A42BB1929}"/>
      </w:docPartPr>
      <w:docPartBody>
        <w:p w:rsidR="004079D4" w:rsidRDefault="00BA2E8D" w:rsidP="00BA2E8D">
          <w:pPr>
            <w:pStyle w:val="69248120E92F499B8FC8D9348E4CBCAE"/>
          </w:pPr>
          <w:r>
            <w:rPr>
              <w:color w:val="555555"/>
            </w:rPr>
            <w:t>[Enter hours]</w:t>
          </w:r>
        </w:p>
      </w:docPartBody>
    </w:docPart>
    <w:docPart>
      <w:docPartPr>
        <w:name w:val="7C3B9F67859948D8B573C39A7CA12C8A"/>
        <w:category>
          <w:name w:val="General"/>
          <w:gallery w:val="placeholder"/>
        </w:category>
        <w:types>
          <w:type w:val="bbPlcHdr"/>
        </w:types>
        <w:behaviors>
          <w:behavior w:val="content"/>
        </w:behaviors>
        <w:guid w:val="{F13DE919-7C18-4D47-AE92-6FA4ECFA99CB}"/>
      </w:docPartPr>
      <w:docPartBody>
        <w:p w:rsidR="004079D4" w:rsidRDefault="00BA2E8D" w:rsidP="00BA2E8D">
          <w:pPr>
            <w:pStyle w:val="7C3B9F67859948D8B573C39A7CA12C8A"/>
          </w:pPr>
          <w:r>
            <w:rPr>
              <w:color w:val="555555"/>
            </w:rPr>
            <w:t>[Enter name]</w:t>
          </w:r>
        </w:p>
      </w:docPartBody>
    </w:docPart>
    <w:docPart>
      <w:docPartPr>
        <w:name w:val="8C0407F1A4D9472D81A3339E162AF8B2"/>
        <w:category>
          <w:name w:val="General"/>
          <w:gallery w:val="placeholder"/>
        </w:category>
        <w:types>
          <w:type w:val="bbPlcHdr"/>
        </w:types>
        <w:behaviors>
          <w:behavior w:val="content"/>
        </w:behaviors>
        <w:guid w:val="{A696CBD2-D16E-4DE5-B374-39639B8DA3BB}"/>
      </w:docPartPr>
      <w:docPartBody>
        <w:p w:rsidR="004079D4" w:rsidRDefault="00BA2E8D" w:rsidP="00BA2E8D">
          <w:pPr>
            <w:pStyle w:val="8C0407F1A4D9472D81A3339E162AF8B2"/>
          </w:pPr>
          <w:r>
            <w:rPr>
              <w:color w:val="555555"/>
            </w:rPr>
            <w:t>[Enter date]</w:t>
          </w:r>
        </w:p>
      </w:docPartBody>
    </w:docPart>
    <w:docPart>
      <w:docPartPr>
        <w:name w:val="19D1E7D0C653474F861FE4EA82872E19"/>
        <w:category>
          <w:name w:val="General"/>
          <w:gallery w:val="placeholder"/>
        </w:category>
        <w:types>
          <w:type w:val="bbPlcHdr"/>
        </w:types>
        <w:behaviors>
          <w:behavior w:val="content"/>
        </w:behaviors>
        <w:guid w:val="{4AA32481-42B1-4F41-AF11-11C6F6E98479}"/>
      </w:docPartPr>
      <w:docPartBody>
        <w:p w:rsidR="004079D4" w:rsidRDefault="00BA2E8D" w:rsidP="00BA2E8D">
          <w:pPr>
            <w:pStyle w:val="19D1E7D0C653474F861FE4EA82872E19"/>
          </w:pPr>
          <w:r>
            <w:rPr>
              <w:color w:val="555555"/>
            </w:rPr>
            <w:t>[Enter mode]</w:t>
          </w:r>
        </w:p>
      </w:docPartBody>
    </w:docPart>
    <w:docPart>
      <w:docPartPr>
        <w:name w:val="CF707267027042F187C07B41724B7B7B"/>
        <w:category>
          <w:name w:val="General"/>
          <w:gallery w:val="placeholder"/>
        </w:category>
        <w:types>
          <w:type w:val="bbPlcHdr"/>
        </w:types>
        <w:behaviors>
          <w:behavior w:val="content"/>
        </w:behaviors>
        <w:guid w:val="{F3DF3A10-B6C4-4556-A9BD-187D21281543}"/>
      </w:docPartPr>
      <w:docPartBody>
        <w:p w:rsidR="004079D4" w:rsidRDefault="00BA2E8D" w:rsidP="00BA2E8D">
          <w:pPr>
            <w:pStyle w:val="CF707267027042F187C07B41724B7B7B"/>
          </w:pPr>
          <w:r>
            <w:rPr>
              <w:color w:val="555555"/>
            </w:rPr>
            <w:t>[Enter hours]</w:t>
          </w:r>
        </w:p>
      </w:docPartBody>
    </w:docPart>
    <w:docPart>
      <w:docPartPr>
        <w:name w:val="AC13A91D863C4B42B3B4D46B007C954E"/>
        <w:category>
          <w:name w:val="General"/>
          <w:gallery w:val="placeholder"/>
        </w:category>
        <w:types>
          <w:type w:val="bbPlcHdr"/>
        </w:types>
        <w:behaviors>
          <w:behavior w:val="content"/>
        </w:behaviors>
        <w:guid w:val="{1B0D6F70-5C76-4676-A632-8D7519191D80}"/>
      </w:docPartPr>
      <w:docPartBody>
        <w:p w:rsidR="004079D4" w:rsidRDefault="00BA2E8D" w:rsidP="00BA2E8D">
          <w:pPr>
            <w:pStyle w:val="AC13A91D863C4B42B3B4D46B007C954E"/>
          </w:pPr>
          <w:r>
            <w:rPr>
              <w:color w:val="555555"/>
            </w:rPr>
            <w:t>[Enter name]</w:t>
          </w:r>
        </w:p>
      </w:docPartBody>
    </w:docPart>
    <w:docPart>
      <w:docPartPr>
        <w:name w:val="02A6506CE81B4044895A77A4A8A7CBE4"/>
        <w:category>
          <w:name w:val="General"/>
          <w:gallery w:val="placeholder"/>
        </w:category>
        <w:types>
          <w:type w:val="bbPlcHdr"/>
        </w:types>
        <w:behaviors>
          <w:behavior w:val="content"/>
        </w:behaviors>
        <w:guid w:val="{24C41E4F-A162-466E-B596-0C36021C2C7D}"/>
      </w:docPartPr>
      <w:docPartBody>
        <w:p w:rsidR="004079D4" w:rsidRDefault="00BA2E8D" w:rsidP="00BA2E8D">
          <w:pPr>
            <w:pStyle w:val="02A6506CE81B4044895A77A4A8A7CBE4"/>
          </w:pPr>
          <w:r>
            <w:rPr>
              <w:color w:val="555555"/>
            </w:rPr>
            <w:t>[Enter date]</w:t>
          </w:r>
        </w:p>
      </w:docPartBody>
    </w:docPart>
    <w:docPart>
      <w:docPartPr>
        <w:name w:val="7F353F9C23BB4E818959FF0A6A6E9AD9"/>
        <w:category>
          <w:name w:val="General"/>
          <w:gallery w:val="placeholder"/>
        </w:category>
        <w:types>
          <w:type w:val="bbPlcHdr"/>
        </w:types>
        <w:behaviors>
          <w:behavior w:val="content"/>
        </w:behaviors>
        <w:guid w:val="{75307E53-6C87-4F10-8163-B31B6D607272}"/>
      </w:docPartPr>
      <w:docPartBody>
        <w:p w:rsidR="004079D4" w:rsidRDefault="00BA2E8D" w:rsidP="00BA2E8D">
          <w:pPr>
            <w:pStyle w:val="7F353F9C23BB4E818959FF0A6A6E9AD9"/>
          </w:pPr>
          <w:r>
            <w:rPr>
              <w:color w:val="555555"/>
            </w:rPr>
            <w:t>[Enter mode]</w:t>
          </w:r>
        </w:p>
      </w:docPartBody>
    </w:docPart>
    <w:docPart>
      <w:docPartPr>
        <w:name w:val="24A12B405E72491DAF3473F16167A6D6"/>
        <w:category>
          <w:name w:val="General"/>
          <w:gallery w:val="placeholder"/>
        </w:category>
        <w:types>
          <w:type w:val="bbPlcHdr"/>
        </w:types>
        <w:behaviors>
          <w:behavior w:val="content"/>
        </w:behaviors>
        <w:guid w:val="{7DB0A288-41FF-43B8-B7F7-A4BB60426987}"/>
      </w:docPartPr>
      <w:docPartBody>
        <w:p w:rsidR="004079D4" w:rsidRDefault="00BA2E8D" w:rsidP="00BA2E8D">
          <w:pPr>
            <w:pStyle w:val="24A12B405E72491DAF3473F16167A6D6"/>
          </w:pPr>
          <w:r>
            <w:rPr>
              <w:color w:val="555555"/>
            </w:rPr>
            <w:t>[Enter hours]</w:t>
          </w:r>
        </w:p>
      </w:docPartBody>
    </w:docPart>
    <w:docPart>
      <w:docPartPr>
        <w:name w:val="953C0276FF36498E828CE76D65E2C9C9"/>
        <w:category>
          <w:name w:val="General"/>
          <w:gallery w:val="placeholder"/>
        </w:category>
        <w:types>
          <w:type w:val="bbPlcHdr"/>
        </w:types>
        <w:behaviors>
          <w:behavior w:val="content"/>
        </w:behaviors>
        <w:guid w:val="{40AB03E2-0F55-413E-849B-78DE4D9AB5BF}"/>
      </w:docPartPr>
      <w:docPartBody>
        <w:p w:rsidR="004079D4" w:rsidRDefault="00BA2E8D" w:rsidP="00BA2E8D">
          <w:pPr>
            <w:pStyle w:val="953C0276FF36498E828CE76D65E2C9C9"/>
          </w:pPr>
          <w:r>
            <w:rPr>
              <w:color w:val="555555"/>
            </w:rPr>
            <w:t>[Enter name]</w:t>
          </w:r>
        </w:p>
      </w:docPartBody>
    </w:docPart>
    <w:docPart>
      <w:docPartPr>
        <w:name w:val="A7EE0843F4B5427A956FD7C5F1665F04"/>
        <w:category>
          <w:name w:val="General"/>
          <w:gallery w:val="placeholder"/>
        </w:category>
        <w:types>
          <w:type w:val="bbPlcHdr"/>
        </w:types>
        <w:behaviors>
          <w:behavior w:val="content"/>
        </w:behaviors>
        <w:guid w:val="{6ADB2377-079B-4C5C-AD3C-B7557060BBDE}"/>
      </w:docPartPr>
      <w:docPartBody>
        <w:p w:rsidR="004079D4" w:rsidRDefault="00BA2E8D" w:rsidP="00BA2E8D">
          <w:pPr>
            <w:pStyle w:val="A7EE0843F4B5427A956FD7C5F1665F04"/>
          </w:pPr>
          <w:r>
            <w:rPr>
              <w:color w:val="555555"/>
            </w:rPr>
            <w:t>[Enter date]</w:t>
          </w:r>
        </w:p>
      </w:docPartBody>
    </w:docPart>
    <w:docPart>
      <w:docPartPr>
        <w:name w:val="42FCE92F706248F79436911088F55055"/>
        <w:category>
          <w:name w:val="General"/>
          <w:gallery w:val="placeholder"/>
        </w:category>
        <w:types>
          <w:type w:val="bbPlcHdr"/>
        </w:types>
        <w:behaviors>
          <w:behavior w:val="content"/>
        </w:behaviors>
        <w:guid w:val="{9C67348C-A749-4921-A9B7-26D68E838F5B}"/>
      </w:docPartPr>
      <w:docPartBody>
        <w:p w:rsidR="004079D4" w:rsidRDefault="00BA2E8D" w:rsidP="00BA2E8D">
          <w:pPr>
            <w:pStyle w:val="42FCE92F706248F79436911088F55055"/>
          </w:pPr>
          <w:r>
            <w:rPr>
              <w:color w:val="555555"/>
            </w:rPr>
            <w:t>[Enter mode]</w:t>
          </w:r>
        </w:p>
      </w:docPartBody>
    </w:docPart>
    <w:docPart>
      <w:docPartPr>
        <w:name w:val="AEFD50506350463F84981753845F0FBD"/>
        <w:category>
          <w:name w:val="General"/>
          <w:gallery w:val="placeholder"/>
        </w:category>
        <w:types>
          <w:type w:val="bbPlcHdr"/>
        </w:types>
        <w:behaviors>
          <w:behavior w:val="content"/>
        </w:behaviors>
        <w:guid w:val="{2CE85655-02E8-4638-ADF7-26A5D97AE1AE}"/>
      </w:docPartPr>
      <w:docPartBody>
        <w:p w:rsidR="004079D4" w:rsidRDefault="00BA2E8D" w:rsidP="00BA2E8D">
          <w:pPr>
            <w:pStyle w:val="AEFD50506350463F84981753845F0FBD"/>
          </w:pPr>
          <w:r>
            <w:rPr>
              <w:color w:val="555555"/>
            </w:rPr>
            <w:t>[Enter hours]</w:t>
          </w:r>
        </w:p>
      </w:docPartBody>
    </w:docPart>
    <w:docPart>
      <w:docPartPr>
        <w:name w:val="999E6C6D56D94BA8AB6DC3C2D6B3475A"/>
        <w:category>
          <w:name w:val="General"/>
          <w:gallery w:val="placeholder"/>
        </w:category>
        <w:types>
          <w:type w:val="bbPlcHdr"/>
        </w:types>
        <w:behaviors>
          <w:behavior w:val="content"/>
        </w:behaviors>
        <w:guid w:val="{5649C37B-8599-40F4-9B3E-7C0CC48FCA7B}"/>
      </w:docPartPr>
      <w:docPartBody>
        <w:p w:rsidR="004079D4" w:rsidRDefault="00BA2E8D" w:rsidP="00BA2E8D">
          <w:pPr>
            <w:pStyle w:val="999E6C6D56D94BA8AB6DC3C2D6B3475A"/>
          </w:pPr>
          <w:r>
            <w:rPr>
              <w:color w:val="555555"/>
            </w:rPr>
            <w:t>[Enter name]</w:t>
          </w:r>
        </w:p>
      </w:docPartBody>
    </w:docPart>
    <w:docPart>
      <w:docPartPr>
        <w:name w:val="1649552104E543F381133902FF15B13D"/>
        <w:category>
          <w:name w:val="General"/>
          <w:gallery w:val="placeholder"/>
        </w:category>
        <w:types>
          <w:type w:val="bbPlcHdr"/>
        </w:types>
        <w:behaviors>
          <w:behavior w:val="content"/>
        </w:behaviors>
        <w:guid w:val="{0D0E2446-CA4B-40DE-BD1C-9F7CDB45B6BE}"/>
      </w:docPartPr>
      <w:docPartBody>
        <w:p w:rsidR="004079D4" w:rsidRDefault="00BA2E8D" w:rsidP="00BA2E8D">
          <w:pPr>
            <w:pStyle w:val="1649552104E543F381133902FF15B13D"/>
          </w:pPr>
          <w:r>
            <w:rPr>
              <w:color w:val="555555"/>
            </w:rPr>
            <w:t>[Enter date]</w:t>
          </w:r>
        </w:p>
      </w:docPartBody>
    </w:docPart>
    <w:docPart>
      <w:docPartPr>
        <w:name w:val="3682BD08CD4A4CFEAEFE207C1991B017"/>
        <w:category>
          <w:name w:val="General"/>
          <w:gallery w:val="placeholder"/>
        </w:category>
        <w:types>
          <w:type w:val="bbPlcHdr"/>
        </w:types>
        <w:behaviors>
          <w:behavior w:val="content"/>
        </w:behaviors>
        <w:guid w:val="{67A5B809-10FB-4E69-A9BA-3019EB7CE554}"/>
      </w:docPartPr>
      <w:docPartBody>
        <w:p w:rsidR="004079D4" w:rsidRDefault="00BA2E8D" w:rsidP="00BA2E8D">
          <w:pPr>
            <w:pStyle w:val="3682BD08CD4A4CFEAEFE207C1991B017"/>
          </w:pPr>
          <w:r>
            <w:rPr>
              <w:color w:val="555555"/>
            </w:rPr>
            <w:t>[Enter mode]</w:t>
          </w:r>
        </w:p>
      </w:docPartBody>
    </w:docPart>
    <w:docPart>
      <w:docPartPr>
        <w:name w:val="3009D32CC1C845A986B45DAB32B7F53C"/>
        <w:category>
          <w:name w:val="General"/>
          <w:gallery w:val="placeholder"/>
        </w:category>
        <w:types>
          <w:type w:val="bbPlcHdr"/>
        </w:types>
        <w:behaviors>
          <w:behavior w:val="content"/>
        </w:behaviors>
        <w:guid w:val="{C311D862-F13C-4A09-9530-0742778DB1E1}"/>
      </w:docPartPr>
      <w:docPartBody>
        <w:p w:rsidR="004079D4" w:rsidRDefault="00BA2E8D" w:rsidP="00BA2E8D">
          <w:pPr>
            <w:pStyle w:val="3009D32CC1C845A986B45DAB32B7F53C"/>
          </w:pPr>
          <w:r>
            <w:rPr>
              <w:color w:val="555555"/>
            </w:rPr>
            <w:t>[Enter hours]</w:t>
          </w:r>
        </w:p>
      </w:docPartBody>
    </w:docPart>
    <w:docPart>
      <w:docPartPr>
        <w:name w:val="5254A52A2E5D432FA3C443EFC42D1566"/>
        <w:category>
          <w:name w:val="General"/>
          <w:gallery w:val="placeholder"/>
        </w:category>
        <w:types>
          <w:type w:val="bbPlcHdr"/>
        </w:types>
        <w:behaviors>
          <w:behavior w:val="content"/>
        </w:behaviors>
        <w:guid w:val="{D2454FF0-09E9-4B1A-A7A3-120A45AB77A9}"/>
      </w:docPartPr>
      <w:docPartBody>
        <w:p w:rsidR="004079D4" w:rsidRDefault="00BA2E8D" w:rsidP="00BA2E8D">
          <w:pPr>
            <w:pStyle w:val="5254A52A2E5D432FA3C443EFC42D1566"/>
          </w:pPr>
          <w:r>
            <w:rPr>
              <w:color w:val="555555"/>
            </w:rPr>
            <w:t>[Enter name]</w:t>
          </w:r>
        </w:p>
      </w:docPartBody>
    </w:docPart>
    <w:docPart>
      <w:docPartPr>
        <w:name w:val="08E1FBC172234AC4AE926B77265F8E2C"/>
        <w:category>
          <w:name w:val="General"/>
          <w:gallery w:val="placeholder"/>
        </w:category>
        <w:types>
          <w:type w:val="bbPlcHdr"/>
        </w:types>
        <w:behaviors>
          <w:behavior w:val="content"/>
        </w:behaviors>
        <w:guid w:val="{D584B3D0-6B64-4C77-B6E2-3687A901D470}"/>
      </w:docPartPr>
      <w:docPartBody>
        <w:p w:rsidR="004079D4" w:rsidRDefault="00BA2E8D" w:rsidP="00BA2E8D">
          <w:pPr>
            <w:pStyle w:val="08E1FBC172234AC4AE926B77265F8E2C"/>
          </w:pPr>
          <w:r>
            <w:rPr>
              <w:color w:val="555555"/>
            </w:rPr>
            <w:t>[Enter date]</w:t>
          </w:r>
        </w:p>
      </w:docPartBody>
    </w:docPart>
    <w:docPart>
      <w:docPartPr>
        <w:name w:val="70F33680650C4E35A9F0E509BC4CFC5F"/>
        <w:category>
          <w:name w:val="General"/>
          <w:gallery w:val="placeholder"/>
        </w:category>
        <w:types>
          <w:type w:val="bbPlcHdr"/>
        </w:types>
        <w:behaviors>
          <w:behavior w:val="content"/>
        </w:behaviors>
        <w:guid w:val="{32FF5CEA-C5EE-49B9-824B-C1C4E31C494F}"/>
      </w:docPartPr>
      <w:docPartBody>
        <w:p w:rsidR="004079D4" w:rsidRDefault="00BA2E8D" w:rsidP="00BA2E8D">
          <w:pPr>
            <w:pStyle w:val="70F33680650C4E35A9F0E509BC4CFC5F"/>
          </w:pPr>
          <w:r>
            <w:rPr>
              <w:color w:val="555555"/>
            </w:rPr>
            <w:t>[Enter mode]</w:t>
          </w:r>
        </w:p>
      </w:docPartBody>
    </w:docPart>
    <w:docPart>
      <w:docPartPr>
        <w:name w:val="8EFFFC8C5AE34B5590CD6484C4CAD569"/>
        <w:category>
          <w:name w:val="General"/>
          <w:gallery w:val="placeholder"/>
        </w:category>
        <w:types>
          <w:type w:val="bbPlcHdr"/>
        </w:types>
        <w:behaviors>
          <w:behavior w:val="content"/>
        </w:behaviors>
        <w:guid w:val="{D533BC08-A07E-48E4-B417-99B1C2412732}"/>
      </w:docPartPr>
      <w:docPartBody>
        <w:p w:rsidR="004079D4" w:rsidRDefault="00BA2E8D" w:rsidP="00BA2E8D">
          <w:pPr>
            <w:pStyle w:val="8EFFFC8C5AE34B5590CD6484C4CAD569"/>
          </w:pPr>
          <w:r>
            <w:rPr>
              <w:color w:val="555555"/>
            </w:rPr>
            <w:t>[Enter hours]</w:t>
          </w:r>
        </w:p>
      </w:docPartBody>
    </w:docPart>
    <w:docPart>
      <w:docPartPr>
        <w:name w:val="120F4E2B92C94EC68B05811D94635BAF"/>
        <w:category>
          <w:name w:val="General"/>
          <w:gallery w:val="placeholder"/>
        </w:category>
        <w:types>
          <w:type w:val="bbPlcHdr"/>
        </w:types>
        <w:behaviors>
          <w:behavior w:val="content"/>
        </w:behaviors>
        <w:guid w:val="{D1B13AED-51AB-4E53-BDE6-228FB5416891}"/>
      </w:docPartPr>
      <w:docPartBody>
        <w:p w:rsidR="004079D4" w:rsidRDefault="00BA2E8D" w:rsidP="00BA2E8D">
          <w:pPr>
            <w:pStyle w:val="120F4E2B92C94EC68B05811D94635BAF"/>
          </w:pPr>
          <w:r>
            <w:rPr>
              <w:color w:val="555555"/>
            </w:rPr>
            <w:t>[Enter name]</w:t>
          </w:r>
        </w:p>
      </w:docPartBody>
    </w:docPart>
    <w:docPart>
      <w:docPartPr>
        <w:name w:val="22A67A10F09A4C848147C5A59E65D6BF"/>
        <w:category>
          <w:name w:val="General"/>
          <w:gallery w:val="placeholder"/>
        </w:category>
        <w:types>
          <w:type w:val="bbPlcHdr"/>
        </w:types>
        <w:behaviors>
          <w:behavior w:val="content"/>
        </w:behaviors>
        <w:guid w:val="{DC98C1DB-A3C5-4055-90E7-934678B58F0A}"/>
      </w:docPartPr>
      <w:docPartBody>
        <w:p w:rsidR="004079D4" w:rsidRDefault="00BA2E8D" w:rsidP="00BA2E8D">
          <w:pPr>
            <w:pStyle w:val="22A67A10F09A4C848147C5A59E65D6BF"/>
          </w:pPr>
          <w:r>
            <w:rPr>
              <w:color w:val="555555"/>
            </w:rPr>
            <w:t>[Enter date]</w:t>
          </w:r>
        </w:p>
      </w:docPartBody>
    </w:docPart>
    <w:docPart>
      <w:docPartPr>
        <w:name w:val="A95975165E254563829EC6940910E057"/>
        <w:category>
          <w:name w:val="General"/>
          <w:gallery w:val="placeholder"/>
        </w:category>
        <w:types>
          <w:type w:val="bbPlcHdr"/>
        </w:types>
        <w:behaviors>
          <w:behavior w:val="content"/>
        </w:behaviors>
        <w:guid w:val="{24AF14B7-FD66-4D99-83AE-60565068660A}"/>
      </w:docPartPr>
      <w:docPartBody>
        <w:p w:rsidR="004079D4" w:rsidRDefault="00BA2E8D" w:rsidP="00BA2E8D">
          <w:pPr>
            <w:pStyle w:val="A95975165E254563829EC6940910E057"/>
          </w:pPr>
          <w:r>
            <w:rPr>
              <w:color w:val="555555"/>
            </w:rPr>
            <w:t>[Enter mode]</w:t>
          </w:r>
        </w:p>
      </w:docPartBody>
    </w:docPart>
    <w:docPart>
      <w:docPartPr>
        <w:name w:val="DD474C2E30714296A7BA6DC1C79E7DD9"/>
        <w:category>
          <w:name w:val="General"/>
          <w:gallery w:val="placeholder"/>
        </w:category>
        <w:types>
          <w:type w:val="bbPlcHdr"/>
        </w:types>
        <w:behaviors>
          <w:behavior w:val="content"/>
        </w:behaviors>
        <w:guid w:val="{28DCE42B-1097-4853-B218-7FD8AB846661}"/>
      </w:docPartPr>
      <w:docPartBody>
        <w:p w:rsidR="004079D4" w:rsidRDefault="00BA2E8D" w:rsidP="00BA2E8D">
          <w:pPr>
            <w:pStyle w:val="DD474C2E30714296A7BA6DC1C79E7DD9"/>
          </w:pPr>
          <w:r>
            <w:rPr>
              <w:color w:val="555555"/>
            </w:rPr>
            <w:t>[Enter hours]</w:t>
          </w:r>
        </w:p>
      </w:docPartBody>
    </w:docPart>
    <w:docPart>
      <w:docPartPr>
        <w:name w:val="528E3F3C08284BAEB07E21ACFDE3B849"/>
        <w:category>
          <w:name w:val="General"/>
          <w:gallery w:val="placeholder"/>
        </w:category>
        <w:types>
          <w:type w:val="bbPlcHdr"/>
        </w:types>
        <w:behaviors>
          <w:behavior w:val="content"/>
        </w:behaviors>
        <w:guid w:val="{D6375DA1-4A78-4C6C-BF96-33BAC230C218}"/>
      </w:docPartPr>
      <w:docPartBody>
        <w:p w:rsidR="004079D4" w:rsidRDefault="00BA2E8D" w:rsidP="00BA2E8D">
          <w:pPr>
            <w:pStyle w:val="528E3F3C08284BAEB07E21ACFDE3B849"/>
          </w:pPr>
          <w:r>
            <w:rPr>
              <w:color w:val="555555"/>
            </w:rPr>
            <w:t>[Enter name]</w:t>
          </w:r>
        </w:p>
      </w:docPartBody>
    </w:docPart>
    <w:docPart>
      <w:docPartPr>
        <w:name w:val="F440F650E7FD48C982F976C5173D20D5"/>
        <w:category>
          <w:name w:val="General"/>
          <w:gallery w:val="placeholder"/>
        </w:category>
        <w:types>
          <w:type w:val="bbPlcHdr"/>
        </w:types>
        <w:behaviors>
          <w:behavior w:val="content"/>
        </w:behaviors>
        <w:guid w:val="{1F79CB9D-0CB7-46D6-A256-403EFF454AB0}"/>
      </w:docPartPr>
      <w:docPartBody>
        <w:p w:rsidR="004079D4" w:rsidRDefault="00BA2E8D" w:rsidP="00BA2E8D">
          <w:pPr>
            <w:pStyle w:val="F440F650E7FD48C982F976C5173D20D5"/>
          </w:pPr>
          <w:r>
            <w:rPr>
              <w:color w:val="555555"/>
            </w:rPr>
            <w:t>[Enter date]</w:t>
          </w:r>
        </w:p>
      </w:docPartBody>
    </w:docPart>
    <w:docPart>
      <w:docPartPr>
        <w:name w:val="BAC7B55AE3914481AD0A8452E389ED7E"/>
        <w:category>
          <w:name w:val="General"/>
          <w:gallery w:val="placeholder"/>
        </w:category>
        <w:types>
          <w:type w:val="bbPlcHdr"/>
        </w:types>
        <w:behaviors>
          <w:behavior w:val="content"/>
        </w:behaviors>
        <w:guid w:val="{37E0AD79-32C5-4813-A3E1-45B0D6E4B344}"/>
      </w:docPartPr>
      <w:docPartBody>
        <w:p w:rsidR="004079D4" w:rsidRDefault="00BA2E8D" w:rsidP="00BA2E8D">
          <w:pPr>
            <w:pStyle w:val="BAC7B55AE3914481AD0A8452E389ED7E"/>
          </w:pPr>
          <w:r>
            <w:rPr>
              <w:color w:val="555555"/>
            </w:rPr>
            <w:t>[Enter mode]</w:t>
          </w:r>
        </w:p>
      </w:docPartBody>
    </w:docPart>
    <w:docPart>
      <w:docPartPr>
        <w:name w:val="F257C31BEB964C70BB4906B49770AB44"/>
        <w:category>
          <w:name w:val="General"/>
          <w:gallery w:val="placeholder"/>
        </w:category>
        <w:types>
          <w:type w:val="bbPlcHdr"/>
        </w:types>
        <w:behaviors>
          <w:behavior w:val="content"/>
        </w:behaviors>
        <w:guid w:val="{80D4DC6C-B786-47F3-BE37-3BED022B5F66}"/>
      </w:docPartPr>
      <w:docPartBody>
        <w:p w:rsidR="004079D4" w:rsidRDefault="00BA2E8D" w:rsidP="00BA2E8D">
          <w:pPr>
            <w:pStyle w:val="F257C31BEB964C70BB4906B49770AB44"/>
          </w:pPr>
          <w:r>
            <w:rPr>
              <w:color w:val="555555"/>
            </w:rPr>
            <w:t>[Enter hours]</w:t>
          </w:r>
        </w:p>
      </w:docPartBody>
    </w:docPart>
    <w:docPart>
      <w:docPartPr>
        <w:name w:val="483EB945D32A4120993E5D8AFBB7A577"/>
        <w:category>
          <w:name w:val="General"/>
          <w:gallery w:val="placeholder"/>
        </w:category>
        <w:types>
          <w:type w:val="bbPlcHdr"/>
        </w:types>
        <w:behaviors>
          <w:behavior w:val="content"/>
        </w:behaviors>
        <w:guid w:val="{F460B26D-1771-4422-9F0A-960341042C8A}"/>
      </w:docPartPr>
      <w:docPartBody>
        <w:p w:rsidR="004079D4" w:rsidRDefault="00BA2E8D" w:rsidP="00BA2E8D">
          <w:pPr>
            <w:pStyle w:val="483EB945D32A4120993E5D8AFBB7A577"/>
          </w:pPr>
          <w:r>
            <w:rPr>
              <w:color w:val="555555"/>
            </w:rPr>
            <w:t>[Enter name]</w:t>
          </w:r>
        </w:p>
      </w:docPartBody>
    </w:docPart>
    <w:docPart>
      <w:docPartPr>
        <w:name w:val="9C88FA5D684B4B2EAAE5F44B2523E824"/>
        <w:category>
          <w:name w:val="General"/>
          <w:gallery w:val="placeholder"/>
        </w:category>
        <w:types>
          <w:type w:val="bbPlcHdr"/>
        </w:types>
        <w:behaviors>
          <w:behavior w:val="content"/>
        </w:behaviors>
        <w:guid w:val="{3A1B59EB-A2D3-4143-9CC5-D6AC8FE16F90}"/>
      </w:docPartPr>
      <w:docPartBody>
        <w:p w:rsidR="004079D4" w:rsidRDefault="00BA2E8D" w:rsidP="00BA2E8D">
          <w:pPr>
            <w:pStyle w:val="9C88FA5D684B4B2EAAE5F44B2523E824"/>
          </w:pPr>
          <w:r>
            <w:rPr>
              <w:color w:val="555555"/>
            </w:rPr>
            <w:t>[Enter date]</w:t>
          </w:r>
        </w:p>
      </w:docPartBody>
    </w:docPart>
    <w:docPart>
      <w:docPartPr>
        <w:name w:val="BA39CA825F5C440591BAE71298DEE450"/>
        <w:category>
          <w:name w:val="General"/>
          <w:gallery w:val="placeholder"/>
        </w:category>
        <w:types>
          <w:type w:val="bbPlcHdr"/>
        </w:types>
        <w:behaviors>
          <w:behavior w:val="content"/>
        </w:behaviors>
        <w:guid w:val="{0F30CEC1-035F-45FD-9BC7-21D2BCBAF102}"/>
      </w:docPartPr>
      <w:docPartBody>
        <w:p w:rsidR="004079D4" w:rsidRDefault="00BA2E8D" w:rsidP="00BA2E8D">
          <w:pPr>
            <w:pStyle w:val="BA39CA825F5C440591BAE71298DEE450"/>
          </w:pPr>
          <w:r>
            <w:rPr>
              <w:color w:val="555555"/>
            </w:rPr>
            <w:t>[Enter mode]</w:t>
          </w:r>
        </w:p>
      </w:docPartBody>
    </w:docPart>
    <w:docPart>
      <w:docPartPr>
        <w:name w:val="C08EDD038F21487A95360A69283A6EB3"/>
        <w:category>
          <w:name w:val="General"/>
          <w:gallery w:val="placeholder"/>
        </w:category>
        <w:types>
          <w:type w:val="bbPlcHdr"/>
        </w:types>
        <w:behaviors>
          <w:behavior w:val="content"/>
        </w:behaviors>
        <w:guid w:val="{6EEBFBF9-A6AC-4057-9017-D6E3A8758E7F}"/>
      </w:docPartPr>
      <w:docPartBody>
        <w:p w:rsidR="004079D4" w:rsidRDefault="00BA2E8D" w:rsidP="00BA2E8D">
          <w:pPr>
            <w:pStyle w:val="C08EDD038F21487A95360A69283A6EB3"/>
          </w:pPr>
          <w:r>
            <w:rPr>
              <w:color w:val="555555"/>
            </w:rPr>
            <w:t>[Enter hours]</w:t>
          </w:r>
        </w:p>
      </w:docPartBody>
    </w:docPart>
    <w:docPart>
      <w:docPartPr>
        <w:name w:val="9F4D893864794179AE86B5419B5F8098"/>
        <w:category>
          <w:name w:val="General"/>
          <w:gallery w:val="placeholder"/>
        </w:category>
        <w:types>
          <w:type w:val="bbPlcHdr"/>
        </w:types>
        <w:behaviors>
          <w:behavior w:val="content"/>
        </w:behaviors>
        <w:guid w:val="{AEFBA822-E55F-4E87-A015-E886D3374DF7}"/>
      </w:docPartPr>
      <w:docPartBody>
        <w:p w:rsidR="004079D4" w:rsidRDefault="00BA2E8D" w:rsidP="00BA2E8D">
          <w:pPr>
            <w:pStyle w:val="9F4D893864794179AE86B5419B5F8098"/>
          </w:pPr>
          <w:r>
            <w:rPr>
              <w:color w:val="555555"/>
            </w:rPr>
            <w:t>[Enter name]</w:t>
          </w:r>
        </w:p>
      </w:docPartBody>
    </w:docPart>
    <w:docPart>
      <w:docPartPr>
        <w:name w:val="0A53DAED3B43416EB5305A3F143DCB98"/>
        <w:category>
          <w:name w:val="General"/>
          <w:gallery w:val="placeholder"/>
        </w:category>
        <w:types>
          <w:type w:val="bbPlcHdr"/>
        </w:types>
        <w:behaviors>
          <w:behavior w:val="content"/>
        </w:behaviors>
        <w:guid w:val="{26ABE7E5-5C39-4321-B1A0-9E559932A89C}"/>
      </w:docPartPr>
      <w:docPartBody>
        <w:p w:rsidR="004079D4" w:rsidRDefault="00BA2E8D" w:rsidP="00BA2E8D">
          <w:pPr>
            <w:pStyle w:val="0A53DAED3B43416EB5305A3F143DCB98"/>
          </w:pPr>
          <w:r>
            <w:rPr>
              <w:color w:val="555555"/>
            </w:rPr>
            <w:t>[Enter date]</w:t>
          </w:r>
        </w:p>
      </w:docPartBody>
    </w:docPart>
    <w:docPart>
      <w:docPartPr>
        <w:name w:val="A994BB18CFBF479390A707FB964C3471"/>
        <w:category>
          <w:name w:val="General"/>
          <w:gallery w:val="placeholder"/>
        </w:category>
        <w:types>
          <w:type w:val="bbPlcHdr"/>
        </w:types>
        <w:behaviors>
          <w:behavior w:val="content"/>
        </w:behaviors>
        <w:guid w:val="{103470EF-9586-4583-AE05-C1BE2F1FD483}"/>
      </w:docPartPr>
      <w:docPartBody>
        <w:p w:rsidR="004079D4" w:rsidRDefault="00BA2E8D" w:rsidP="00BA2E8D">
          <w:pPr>
            <w:pStyle w:val="A994BB18CFBF479390A707FB964C3471"/>
          </w:pPr>
          <w:r>
            <w:rPr>
              <w:color w:val="555555"/>
            </w:rPr>
            <w:t>[Enter mode]</w:t>
          </w:r>
        </w:p>
      </w:docPartBody>
    </w:docPart>
    <w:docPart>
      <w:docPartPr>
        <w:name w:val="6020C2FC40B84647A407DDA76F5C0412"/>
        <w:category>
          <w:name w:val="General"/>
          <w:gallery w:val="placeholder"/>
        </w:category>
        <w:types>
          <w:type w:val="bbPlcHdr"/>
        </w:types>
        <w:behaviors>
          <w:behavior w:val="content"/>
        </w:behaviors>
        <w:guid w:val="{EF2F903B-31A1-47AE-A15F-CE92E36BFED9}"/>
      </w:docPartPr>
      <w:docPartBody>
        <w:p w:rsidR="004079D4" w:rsidRDefault="00BA2E8D" w:rsidP="00BA2E8D">
          <w:pPr>
            <w:pStyle w:val="6020C2FC40B84647A407DDA76F5C0412"/>
          </w:pPr>
          <w:r>
            <w:rPr>
              <w:color w:val="555555"/>
            </w:rPr>
            <w:t>[Enter hours]</w:t>
          </w:r>
        </w:p>
      </w:docPartBody>
    </w:docPart>
    <w:docPart>
      <w:docPartPr>
        <w:name w:val="56DC585DB884483384A0CB71FB47AA7D"/>
        <w:category>
          <w:name w:val="General"/>
          <w:gallery w:val="placeholder"/>
        </w:category>
        <w:types>
          <w:type w:val="bbPlcHdr"/>
        </w:types>
        <w:behaviors>
          <w:behavior w:val="content"/>
        </w:behaviors>
        <w:guid w:val="{ACB919FF-C3CF-4A0C-959A-D2211017BBAD}"/>
      </w:docPartPr>
      <w:docPartBody>
        <w:p w:rsidR="004079D4" w:rsidRDefault="00BA2E8D" w:rsidP="00BA2E8D">
          <w:pPr>
            <w:pStyle w:val="56DC585DB884483384A0CB71FB47AA7D"/>
          </w:pPr>
          <w:r>
            <w:rPr>
              <w:color w:val="555555"/>
            </w:rPr>
            <w:t>[Enter name]</w:t>
          </w:r>
        </w:p>
      </w:docPartBody>
    </w:docPart>
    <w:docPart>
      <w:docPartPr>
        <w:name w:val="9EE76C738DEA4040AC3ECEB731E49D30"/>
        <w:category>
          <w:name w:val="General"/>
          <w:gallery w:val="placeholder"/>
        </w:category>
        <w:types>
          <w:type w:val="bbPlcHdr"/>
        </w:types>
        <w:behaviors>
          <w:behavior w:val="content"/>
        </w:behaviors>
        <w:guid w:val="{D2184DBA-D45C-4015-B303-1DA62F0347CB}"/>
      </w:docPartPr>
      <w:docPartBody>
        <w:p w:rsidR="004079D4" w:rsidRDefault="00BA2E8D" w:rsidP="00BA2E8D">
          <w:pPr>
            <w:pStyle w:val="9EE76C738DEA4040AC3ECEB731E49D30"/>
          </w:pPr>
          <w:r>
            <w:rPr>
              <w:color w:val="555555"/>
            </w:rPr>
            <w:t>[Enter date]</w:t>
          </w:r>
        </w:p>
      </w:docPartBody>
    </w:docPart>
    <w:docPart>
      <w:docPartPr>
        <w:name w:val="0D5A80B347D64ABEA1ED30385CF28166"/>
        <w:category>
          <w:name w:val="General"/>
          <w:gallery w:val="placeholder"/>
        </w:category>
        <w:types>
          <w:type w:val="bbPlcHdr"/>
        </w:types>
        <w:behaviors>
          <w:behavior w:val="content"/>
        </w:behaviors>
        <w:guid w:val="{0002ABCE-73A0-4A81-961E-3BEF34EE3681}"/>
      </w:docPartPr>
      <w:docPartBody>
        <w:p w:rsidR="004079D4" w:rsidRDefault="00BA2E8D" w:rsidP="00BA2E8D">
          <w:pPr>
            <w:pStyle w:val="0D5A80B347D64ABEA1ED30385CF28166"/>
          </w:pPr>
          <w:r>
            <w:rPr>
              <w:color w:val="555555"/>
            </w:rPr>
            <w:t>[Enter mode]</w:t>
          </w:r>
        </w:p>
      </w:docPartBody>
    </w:docPart>
    <w:docPart>
      <w:docPartPr>
        <w:name w:val="1D756B101E344D109ECD82984A137EF9"/>
        <w:category>
          <w:name w:val="General"/>
          <w:gallery w:val="placeholder"/>
        </w:category>
        <w:types>
          <w:type w:val="bbPlcHdr"/>
        </w:types>
        <w:behaviors>
          <w:behavior w:val="content"/>
        </w:behaviors>
        <w:guid w:val="{570B9FCB-B7B4-419C-8318-D642C35720CD}"/>
      </w:docPartPr>
      <w:docPartBody>
        <w:p w:rsidR="004079D4" w:rsidRDefault="00BA2E8D" w:rsidP="00BA2E8D">
          <w:pPr>
            <w:pStyle w:val="1D756B101E344D109ECD82984A137EF9"/>
          </w:pPr>
          <w:r>
            <w:rPr>
              <w:color w:val="555555"/>
            </w:rPr>
            <w:t>[Enter hours]</w:t>
          </w:r>
        </w:p>
      </w:docPartBody>
    </w:docPart>
    <w:docPart>
      <w:docPartPr>
        <w:name w:val="266563BF0F5A4E66A5126B32DF0C0D43"/>
        <w:category>
          <w:name w:val="General"/>
          <w:gallery w:val="placeholder"/>
        </w:category>
        <w:types>
          <w:type w:val="bbPlcHdr"/>
        </w:types>
        <w:behaviors>
          <w:behavior w:val="content"/>
        </w:behaviors>
        <w:guid w:val="{CB569B92-2B92-43D6-8C10-BB61D0CEEEFF}"/>
      </w:docPartPr>
      <w:docPartBody>
        <w:p w:rsidR="004079D4" w:rsidRDefault="00BA2E8D" w:rsidP="00BA2E8D">
          <w:pPr>
            <w:pStyle w:val="266563BF0F5A4E66A5126B32DF0C0D43"/>
          </w:pPr>
          <w:r>
            <w:rPr>
              <w:color w:val="555555"/>
            </w:rPr>
            <w:t>[Enter name]</w:t>
          </w:r>
        </w:p>
      </w:docPartBody>
    </w:docPart>
    <w:docPart>
      <w:docPartPr>
        <w:name w:val="B157D580733B4807B4E554D9CDE697ED"/>
        <w:category>
          <w:name w:val="General"/>
          <w:gallery w:val="placeholder"/>
        </w:category>
        <w:types>
          <w:type w:val="bbPlcHdr"/>
        </w:types>
        <w:behaviors>
          <w:behavior w:val="content"/>
        </w:behaviors>
        <w:guid w:val="{B1EB884E-A739-4117-A4C9-9AF852EFB6BC}"/>
      </w:docPartPr>
      <w:docPartBody>
        <w:p w:rsidR="004079D4" w:rsidRDefault="00BA2E8D" w:rsidP="00BA2E8D">
          <w:pPr>
            <w:pStyle w:val="B157D580733B4807B4E554D9CDE697ED"/>
          </w:pPr>
          <w:r>
            <w:rPr>
              <w:color w:val="555555"/>
            </w:rPr>
            <w:t>[Enter date]</w:t>
          </w:r>
        </w:p>
      </w:docPartBody>
    </w:docPart>
    <w:docPart>
      <w:docPartPr>
        <w:name w:val="04F0F310E14943BEA59594197E161F0D"/>
        <w:category>
          <w:name w:val="General"/>
          <w:gallery w:val="placeholder"/>
        </w:category>
        <w:types>
          <w:type w:val="bbPlcHdr"/>
        </w:types>
        <w:behaviors>
          <w:behavior w:val="content"/>
        </w:behaviors>
        <w:guid w:val="{64641F89-225B-429F-A3E1-DCDD5E5FCB55}"/>
      </w:docPartPr>
      <w:docPartBody>
        <w:p w:rsidR="004079D4" w:rsidRDefault="00BA2E8D" w:rsidP="00BA2E8D">
          <w:pPr>
            <w:pStyle w:val="04F0F310E14943BEA59594197E161F0D"/>
          </w:pPr>
          <w:r>
            <w:rPr>
              <w:color w:val="555555"/>
            </w:rPr>
            <w:t>[Enter mode]</w:t>
          </w:r>
        </w:p>
      </w:docPartBody>
    </w:docPart>
    <w:docPart>
      <w:docPartPr>
        <w:name w:val="47BE81EE3B0246A8AE1BCC41F483DE57"/>
        <w:category>
          <w:name w:val="General"/>
          <w:gallery w:val="placeholder"/>
        </w:category>
        <w:types>
          <w:type w:val="bbPlcHdr"/>
        </w:types>
        <w:behaviors>
          <w:behavior w:val="content"/>
        </w:behaviors>
        <w:guid w:val="{43BDA0D5-A99E-44CF-AF02-5F1FE82462BE}"/>
      </w:docPartPr>
      <w:docPartBody>
        <w:p w:rsidR="004079D4" w:rsidRDefault="00BA2E8D" w:rsidP="00BA2E8D">
          <w:pPr>
            <w:pStyle w:val="47BE81EE3B0246A8AE1BCC41F483DE57"/>
          </w:pPr>
          <w:r>
            <w:rPr>
              <w:color w:val="555555"/>
            </w:rPr>
            <w:t>[Enter hours]</w:t>
          </w:r>
        </w:p>
      </w:docPartBody>
    </w:docPart>
    <w:docPart>
      <w:docPartPr>
        <w:name w:val="DA2446573280494AAB82AE84F8075BAC"/>
        <w:category>
          <w:name w:val="General"/>
          <w:gallery w:val="placeholder"/>
        </w:category>
        <w:types>
          <w:type w:val="bbPlcHdr"/>
        </w:types>
        <w:behaviors>
          <w:behavior w:val="content"/>
        </w:behaviors>
        <w:guid w:val="{1BF88A81-CE37-4663-A2CF-0B3B072CA7F1}"/>
      </w:docPartPr>
      <w:docPartBody>
        <w:p w:rsidR="004079D4" w:rsidRDefault="00BA2E8D" w:rsidP="00BA2E8D">
          <w:pPr>
            <w:pStyle w:val="DA2446573280494AAB82AE84F8075BAC"/>
          </w:pPr>
          <w:r>
            <w:rPr>
              <w:color w:val="555555"/>
            </w:rPr>
            <w:t>[Enter name]</w:t>
          </w:r>
        </w:p>
      </w:docPartBody>
    </w:docPart>
    <w:docPart>
      <w:docPartPr>
        <w:name w:val="F6C0B48BB7BA4767B43C5F5B65AEAD3B"/>
        <w:category>
          <w:name w:val="General"/>
          <w:gallery w:val="placeholder"/>
        </w:category>
        <w:types>
          <w:type w:val="bbPlcHdr"/>
        </w:types>
        <w:behaviors>
          <w:behavior w:val="content"/>
        </w:behaviors>
        <w:guid w:val="{9408875C-03F2-465C-9077-F68D219251AD}"/>
      </w:docPartPr>
      <w:docPartBody>
        <w:p w:rsidR="004079D4" w:rsidRDefault="00BA2E8D" w:rsidP="00BA2E8D">
          <w:pPr>
            <w:pStyle w:val="F6C0B48BB7BA4767B43C5F5B65AEAD3B"/>
          </w:pPr>
          <w:r>
            <w:rPr>
              <w:color w:val="555555"/>
            </w:rPr>
            <w:t>[Enter date]</w:t>
          </w:r>
        </w:p>
      </w:docPartBody>
    </w:docPart>
    <w:docPart>
      <w:docPartPr>
        <w:name w:val="AE5823F4C5F74DAF8E88718158479B97"/>
        <w:category>
          <w:name w:val="General"/>
          <w:gallery w:val="placeholder"/>
        </w:category>
        <w:types>
          <w:type w:val="bbPlcHdr"/>
        </w:types>
        <w:behaviors>
          <w:behavior w:val="content"/>
        </w:behaviors>
        <w:guid w:val="{ACBC9687-F01C-468E-B9DD-019F0A544185}"/>
      </w:docPartPr>
      <w:docPartBody>
        <w:p w:rsidR="004079D4" w:rsidRDefault="00BA2E8D" w:rsidP="00BA2E8D">
          <w:pPr>
            <w:pStyle w:val="AE5823F4C5F74DAF8E88718158479B97"/>
          </w:pPr>
          <w:r>
            <w:rPr>
              <w:color w:val="555555"/>
            </w:rPr>
            <w:t>[Enter mode]</w:t>
          </w:r>
        </w:p>
      </w:docPartBody>
    </w:docPart>
    <w:docPart>
      <w:docPartPr>
        <w:name w:val="54E813BEF3FE44938096C55D9522A49B"/>
        <w:category>
          <w:name w:val="General"/>
          <w:gallery w:val="placeholder"/>
        </w:category>
        <w:types>
          <w:type w:val="bbPlcHdr"/>
        </w:types>
        <w:behaviors>
          <w:behavior w:val="content"/>
        </w:behaviors>
        <w:guid w:val="{28A724D2-B975-42AA-AC23-C8FDB5BCF474}"/>
      </w:docPartPr>
      <w:docPartBody>
        <w:p w:rsidR="004079D4" w:rsidRDefault="00BA2E8D" w:rsidP="00BA2E8D">
          <w:pPr>
            <w:pStyle w:val="54E813BEF3FE44938096C55D9522A49B"/>
          </w:pPr>
          <w:r>
            <w:rPr>
              <w:color w:val="555555"/>
            </w:rPr>
            <w:t>[Enter hours]</w:t>
          </w:r>
        </w:p>
      </w:docPartBody>
    </w:docPart>
    <w:docPart>
      <w:docPartPr>
        <w:name w:val="77198004CBC04365B2A46F38E1212762"/>
        <w:category>
          <w:name w:val="General"/>
          <w:gallery w:val="placeholder"/>
        </w:category>
        <w:types>
          <w:type w:val="bbPlcHdr"/>
        </w:types>
        <w:behaviors>
          <w:behavior w:val="content"/>
        </w:behaviors>
        <w:guid w:val="{146A9B8C-7361-44A1-9892-B4C08CD48A84}"/>
      </w:docPartPr>
      <w:docPartBody>
        <w:p w:rsidR="004079D4" w:rsidRDefault="00BA2E8D" w:rsidP="00BA2E8D">
          <w:pPr>
            <w:pStyle w:val="77198004CBC04365B2A46F38E1212762"/>
          </w:pPr>
          <w:r>
            <w:rPr>
              <w:color w:val="555555"/>
            </w:rPr>
            <w:t>[Enter name]</w:t>
          </w:r>
        </w:p>
      </w:docPartBody>
    </w:docPart>
    <w:docPart>
      <w:docPartPr>
        <w:name w:val="79B3FFEEDA874F458E4095C1187CF781"/>
        <w:category>
          <w:name w:val="General"/>
          <w:gallery w:val="placeholder"/>
        </w:category>
        <w:types>
          <w:type w:val="bbPlcHdr"/>
        </w:types>
        <w:behaviors>
          <w:behavior w:val="content"/>
        </w:behaviors>
        <w:guid w:val="{17562439-BC51-448C-9775-E938EEEF4E91}"/>
      </w:docPartPr>
      <w:docPartBody>
        <w:p w:rsidR="004079D4" w:rsidRDefault="00BA2E8D" w:rsidP="00BA2E8D">
          <w:pPr>
            <w:pStyle w:val="79B3FFEEDA874F458E4095C1187CF781"/>
          </w:pPr>
          <w:r>
            <w:rPr>
              <w:color w:val="555555"/>
            </w:rPr>
            <w:t>[Enter date]</w:t>
          </w:r>
        </w:p>
      </w:docPartBody>
    </w:docPart>
    <w:docPart>
      <w:docPartPr>
        <w:name w:val="BD125C09E1904D9ABF7740ED70AE5122"/>
        <w:category>
          <w:name w:val="General"/>
          <w:gallery w:val="placeholder"/>
        </w:category>
        <w:types>
          <w:type w:val="bbPlcHdr"/>
        </w:types>
        <w:behaviors>
          <w:behavior w:val="content"/>
        </w:behaviors>
        <w:guid w:val="{19CDD519-E814-4DE0-8186-D4D3C31D99D5}"/>
      </w:docPartPr>
      <w:docPartBody>
        <w:p w:rsidR="004079D4" w:rsidRDefault="00BA2E8D" w:rsidP="00BA2E8D">
          <w:pPr>
            <w:pStyle w:val="BD125C09E1904D9ABF7740ED70AE5122"/>
          </w:pPr>
          <w:r>
            <w:rPr>
              <w:color w:val="555555"/>
            </w:rPr>
            <w:t>[Enter mode]</w:t>
          </w:r>
        </w:p>
      </w:docPartBody>
    </w:docPart>
    <w:docPart>
      <w:docPartPr>
        <w:name w:val="AE5ADFC7D23641C8A13E40624AAB4E9F"/>
        <w:category>
          <w:name w:val="General"/>
          <w:gallery w:val="placeholder"/>
        </w:category>
        <w:types>
          <w:type w:val="bbPlcHdr"/>
        </w:types>
        <w:behaviors>
          <w:behavior w:val="content"/>
        </w:behaviors>
        <w:guid w:val="{7613390E-00FC-4D5D-A22E-E9A949F8D811}"/>
      </w:docPartPr>
      <w:docPartBody>
        <w:p w:rsidR="004079D4" w:rsidRDefault="00BA2E8D" w:rsidP="00BA2E8D">
          <w:pPr>
            <w:pStyle w:val="AE5ADFC7D23641C8A13E40624AAB4E9F"/>
          </w:pPr>
          <w:r>
            <w:rPr>
              <w:color w:val="555555"/>
            </w:rPr>
            <w:t>[Enter hours]</w:t>
          </w:r>
        </w:p>
      </w:docPartBody>
    </w:docPart>
    <w:docPart>
      <w:docPartPr>
        <w:name w:val="ACE93D36C01C436CAF6A2396844DE7B8"/>
        <w:category>
          <w:name w:val="General"/>
          <w:gallery w:val="placeholder"/>
        </w:category>
        <w:types>
          <w:type w:val="bbPlcHdr"/>
        </w:types>
        <w:behaviors>
          <w:behavior w:val="content"/>
        </w:behaviors>
        <w:guid w:val="{3B4E2E4C-8457-4CC6-AB51-9B8DDC9474A8}"/>
      </w:docPartPr>
      <w:docPartBody>
        <w:p w:rsidR="004079D4" w:rsidRDefault="00BA2E8D" w:rsidP="00BA2E8D">
          <w:pPr>
            <w:pStyle w:val="ACE93D36C01C436CAF6A2396844DE7B8"/>
          </w:pPr>
          <w:r>
            <w:rPr>
              <w:color w:val="555555"/>
            </w:rPr>
            <w:t>[Enter name]</w:t>
          </w:r>
        </w:p>
      </w:docPartBody>
    </w:docPart>
    <w:docPart>
      <w:docPartPr>
        <w:name w:val="4E3F8ACAA8A84B8180523E73E41297D3"/>
        <w:category>
          <w:name w:val="General"/>
          <w:gallery w:val="placeholder"/>
        </w:category>
        <w:types>
          <w:type w:val="bbPlcHdr"/>
        </w:types>
        <w:behaviors>
          <w:behavior w:val="content"/>
        </w:behaviors>
        <w:guid w:val="{5BABBA8F-3382-4181-97C0-122D98C97C5B}"/>
      </w:docPartPr>
      <w:docPartBody>
        <w:p w:rsidR="004079D4" w:rsidRDefault="00BA2E8D" w:rsidP="00BA2E8D">
          <w:pPr>
            <w:pStyle w:val="4E3F8ACAA8A84B8180523E73E41297D3"/>
          </w:pPr>
          <w:r>
            <w:rPr>
              <w:color w:val="555555"/>
            </w:rPr>
            <w:t>[Enter date]</w:t>
          </w:r>
        </w:p>
      </w:docPartBody>
    </w:docPart>
    <w:docPart>
      <w:docPartPr>
        <w:name w:val="21EF2470AC344F2EB9870DDC462A86DA"/>
        <w:category>
          <w:name w:val="General"/>
          <w:gallery w:val="placeholder"/>
        </w:category>
        <w:types>
          <w:type w:val="bbPlcHdr"/>
        </w:types>
        <w:behaviors>
          <w:behavior w:val="content"/>
        </w:behaviors>
        <w:guid w:val="{A0AD25FD-25CD-43F3-A257-795E587DAF98}"/>
      </w:docPartPr>
      <w:docPartBody>
        <w:p w:rsidR="004079D4" w:rsidRDefault="00BA2E8D" w:rsidP="00BA2E8D">
          <w:pPr>
            <w:pStyle w:val="21EF2470AC344F2EB9870DDC462A86DA"/>
          </w:pPr>
          <w:r>
            <w:rPr>
              <w:color w:val="555555"/>
            </w:rPr>
            <w:t>[Enter mode]</w:t>
          </w:r>
        </w:p>
      </w:docPartBody>
    </w:docPart>
    <w:docPart>
      <w:docPartPr>
        <w:name w:val="BC842486A42B49D5940F606C6AAE1B26"/>
        <w:category>
          <w:name w:val="General"/>
          <w:gallery w:val="placeholder"/>
        </w:category>
        <w:types>
          <w:type w:val="bbPlcHdr"/>
        </w:types>
        <w:behaviors>
          <w:behavior w:val="content"/>
        </w:behaviors>
        <w:guid w:val="{173A27BC-FDA5-4916-B1C2-A032A9A92F6E}"/>
      </w:docPartPr>
      <w:docPartBody>
        <w:p w:rsidR="004079D4" w:rsidRDefault="00BA2E8D" w:rsidP="00BA2E8D">
          <w:pPr>
            <w:pStyle w:val="BC842486A42B49D5940F606C6AAE1B26"/>
          </w:pPr>
          <w:r>
            <w:rPr>
              <w:color w:val="555555"/>
            </w:rPr>
            <w:t>[Enter hours]</w:t>
          </w:r>
        </w:p>
      </w:docPartBody>
    </w:docPart>
    <w:docPart>
      <w:docPartPr>
        <w:name w:val="A6E6780C816747518A83C8BA1FCAD984"/>
        <w:category>
          <w:name w:val="General"/>
          <w:gallery w:val="placeholder"/>
        </w:category>
        <w:types>
          <w:type w:val="bbPlcHdr"/>
        </w:types>
        <w:behaviors>
          <w:behavior w:val="content"/>
        </w:behaviors>
        <w:guid w:val="{8F1D0E89-6123-47A2-B2F7-2E93EB756FAB}"/>
      </w:docPartPr>
      <w:docPartBody>
        <w:p w:rsidR="004079D4" w:rsidRDefault="00BA2E8D" w:rsidP="00BA2E8D">
          <w:pPr>
            <w:pStyle w:val="A6E6780C816747518A83C8BA1FCAD984"/>
          </w:pPr>
          <w:r>
            <w:rPr>
              <w:color w:val="555555"/>
            </w:rPr>
            <w:t>[Enter name]</w:t>
          </w:r>
        </w:p>
      </w:docPartBody>
    </w:docPart>
    <w:docPart>
      <w:docPartPr>
        <w:name w:val="ABE7D71540534773A172FC6634F8E9D5"/>
        <w:category>
          <w:name w:val="General"/>
          <w:gallery w:val="placeholder"/>
        </w:category>
        <w:types>
          <w:type w:val="bbPlcHdr"/>
        </w:types>
        <w:behaviors>
          <w:behavior w:val="content"/>
        </w:behaviors>
        <w:guid w:val="{67B08229-117D-43C9-8409-3C40D9361D77}"/>
      </w:docPartPr>
      <w:docPartBody>
        <w:p w:rsidR="004079D4" w:rsidRDefault="00BA2E8D" w:rsidP="00BA2E8D">
          <w:pPr>
            <w:pStyle w:val="ABE7D71540534773A172FC6634F8E9D5"/>
          </w:pPr>
          <w:r>
            <w:rPr>
              <w:color w:val="555555"/>
            </w:rPr>
            <w:t>[Enter date]</w:t>
          </w:r>
        </w:p>
      </w:docPartBody>
    </w:docPart>
    <w:docPart>
      <w:docPartPr>
        <w:name w:val="8890E0E6125C4F5BB8A73665645787DC"/>
        <w:category>
          <w:name w:val="General"/>
          <w:gallery w:val="placeholder"/>
        </w:category>
        <w:types>
          <w:type w:val="bbPlcHdr"/>
        </w:types>
        <w:behaviors>
          <w:behavior w:val="content"/>
        </w:behaviors>
        <w:guid w:val="{398745B1-018F-4A79-A2E8-7C07DE3544CD}"/>
      </w:docPartPr>
      <w:docPartBody>
        <w:p w:rsidR="004079D4" w:rsidRDefault="00BA2E8D" w:rsidP="00BA2E8D">
          <w:pPr>
            <w:pStyle w:val="8890E0E6125C4F5BB8A73665645787DC"/>
          </w:pPr>
          <w:r>
            <w:rPr>
              <w:color w:val="555555"/>
            </w:rPr>
            <w:t>[Enter mode]</w:t>
          </w:r>
        </w:p>
      </w:docPartBody>
    </w:docPart>
    <w:docPart>
      <w:docPartPr>
        <w:name w:val="BE4A45942DF74EF69443ABDAC675E964"/>
        <w:category>
          <w:name w:val="General"/>
          <w:gallery w:val="placeholder"/>
        </w:category>
        <w:types>
          <w:type w:val="bbPlcHdr"/>
        </w:types>
        <w:behaviors>
          <w:behavior w:val="content"/>
        </w:behaviors>
        <w:guid w:val="{340A110F-89B8-4FB8-B27B-8BD72089C48A}"/>
      </w:docPartPr>
      <w:docPartBody>
        <w:p w:rsidR="004079D4" w:rsidRDefault="00BA2E8D" w:rsidP="00BA2E8D">
          <w:pPr>
            <w:pStyle w:val="BE4A45942DF74EF69443ABDAC675E964"/>
          </w:pPr>
          <w:r>
            <w:rPr>
              <w:color w:val="555555"/>
            </w:rPr>
            <w:t>[Enter hours]</w:t>
          </w:r>
        </w:p>
      </w:docPartBody>
    </w:docPart>
    <w:docPart>
      <w:docPartPr>
        <w:name w:val="55156C3AC00D419DB236E2A6A497C74A"/>
        <w:category>
          <w:name w:val="General"/>
          <w:gallery w:val="placeholder"/>
        </w:category>
        <w:types>
          <w:type w:val="bbPlcHdr"/>
        </w:types>
        <w:behaviors>
          <w:behavior w:val="content"/>
        </w:behaviors>
        <w:guid w:val="{D2F0B912-38E8-48A4-A1B7-63F8509D1F67}"/>
      </w:docPartPr>
      <w:docPartBody>
        <w:p w:rsidR="004079D4" w:rsidRDefault="00BA2E8D" w:rsidP="00BA2E8D">
          <w:pPr>
            <w:pStyle w:val="55156C3AC00D419DB236E2A6A497C74A"/>
          </w:pPr>
          <w:r>
            <w:rPr>
              <w:color w:val="555555"/>
            </w:rPr>
            <w:t>[Enter name]</w:t>
          </w:r>
        </w:p>
      </w:docPartBody>
    </w:docPart>
    <w:docPart>
      <w:docPartPr>
        <w:name w:val="2B69A5F385BE461D9C6818B63939F923"/>
        <w:category>
          <w:name w:val="General"/>
          <w:gallery w:val="placeholder"/>
        </w:category>
        <w:types>
          <w:type w:val="bbPlcHdr"/>
        </w:types>
        <w:behaviors>
          <w:behavior w:val="content"/>
        </w:behaviors>
        <w:guid w:val="{5F10F4FF-78A9-4F7E-8A2A-2074C447CEE6}"/>
      </w:docPartPr>
      <w:docPartBody>
        <w:p w:rsidR="004079D4" w:rsidRDefault="00BA2E8D" w:rsidP="00BA2E8D">
          <w:pPr>
            <w:pStyle w:val="2B69A5F385BE461D9C6818B63939F923"/>
          </w:pPr>
          <w:r>
            <w:rPr>
              <w:color w:val="555555"/>
            </w:rPr>
            <w:t>[Enter date]</w:t>
          </w:r>
        </w:p>
      </w:docPartBody>
    </w:docPart>
    <w:docPart>
      <w:docPartPr>
        <w:name w:val="B31646E4AD824944B3ACA32BCBD4DB97"/>
        <w:category>
          <w:name w:val="General"/>
          <w:gallery w:val="placeholder"/>
        </w:category>
        <w:types>
          <w:type w:val="bbPlcHdr"/>
        </w:types>
        <w:behaviors>
          <w:behavior w:val="content"/>
        </w:behaviors>
        <w:guid w:val="{C85344C1-BD16-41BE-B623-B565977FF6BC}"/>
      </w:docPartPr>
      <w:docPartBody>
        <w:p w:rsidR="004079D4" w:rsidRDefault="00BA2E8D" w:rsidP="00BA2E8D">
          <w:pPr>
            <w:pStyle w:val="B31646E4AD824944B3ACA32BCBD4DB97"/>
          </w:pPr>
          <w:r>
            <w:rPr>
              <w:color w:val="555555"/>
            </w:rPr>
            <w:t>[Enter mode]</w:t>
          </w:r>
        </w:p>
      </w:docPartBody>
    </w:docPart>
    <w:docPart>
      <w:docPartPr>
        <w:name w:val="4E66EDF7FCCB4751B36E05D97E4ADD33"/>
        <w:category>
          <w:name w:val="General"/>
          <w:gallery w:val="placeholder"/>
        </w:category>
        <w:types>
          <w:type w:val="bbPlcHdr"/>
        </w:types>
        <w:behaviors>
          <w:behavior w:val="content"/>
        </w:behaviors>
        <w:guid w:val="{429149EA-0D57-41EE-8227-9AD9B7F1FF4D}"/>
      </w:docPartPr>
      <w:docPartBody>
        <w:p w:rsidR="004079D4" w:rsidRDefault="00BA2E8D" w:rsidP="00BA2E8D">
          <w:pPr>
            <w:pStyle w:val="4E66EDF7FCCB4751B36E05D97E4ADD33"/>
          </w:pPr>
          <w:r>
            <w:rPr>
              <w:color w:val="555555"/>
            </w:rPr>
            <w:t>[Enter hours]</w:t>
          </w:r>
        </w:p>
      </w:docPartBody>
    </w:docPart>
    <w:docPart>
      <w:docPartPr>
        <w:name w:val="C3D219FCBAD6448D84FCB00C38DD8977"/>
        <w:category>
          <w:name w:val="General"/>
          <w:gallery w:val="placeholder"/>
        </w:category>
        <w:types>
          <w:type w:val="bbPlcHdr"/>
        </w:types>
        <w:behaviors>
          <w:behavior w:val="content"/>
        </w:behaviors>
        <w:guid w:val="{FF717767-9466-4879-B85A-423DC08E9D02}"/>
      </w:docPartPr>
      <w:docPartBody>
        <w:p w:rsidR="004079D4" w:rsidRDefault="00BA2E8D" w:rsidP="00BA2E8D">
          <w:pPr>
            <w:pStyle w:val="C3D219FCBAD6448D84FCB00C38DD8977"/>
          </w:pPr>
          <w:r>
            <w:rPr>
              <w:color w:val="555555"/>
            </w:rPr>
            <w:t>[Enter name]</w:t>
          </w:r>
        </w:p>
      </w:docPartBody>
    </w:docPart>
    <w:docPart>
      <w:docPartPr>
        <w:name w:val="A52EA849AB344198A7FA3E6C3B7A5C9F"/>
        <w:category>
          <w:name w:val="General"/>
          <w:gallery w:val="placeholder"/>
        </w:category>
        <w:types>
          <w:type w:val="bbPlcHdr"/>
        </w:types>
        <w:behaviors>
          <w:behavior w:val="content"/>
        </w:behaviors>
        <w:guid w:val="{5FF834E1-0A2E-44FD-B846-FA61FA9DF36C}"/>
      </w:docPartPr>
      <w:docPartBody>
        <w:p w:rsidR="004079D4" w:rsidRDefault="00BA2E8D" w:rsidP="00BA2E8D">
          <w:pPr>
            <w:pStyle w:val="A52EA849AB344198A7FA3E6C3B7A5C9F"/>
          </w:pPr>
          <w:r>
            <w:rPr>
              <w:color w:val="555555"/>
            </w:rPr>
            <w:t>[Enter date]</w:t>
          </w:r>
        </w:p>
      </w:docPartBody>
    </w:docPart>
    <w:docPart>
      <w:docPartPr>
        <w:name w:val="30636AB1674E481F838344CAD3C7C083"/>
        <w:category>
          <w:name w:val="General"/>
          <w:gallery w:val="placeholder"/>
        </w:category>
        <w:types>
          <w:type w:val="bbPlcHdr"/>
        </w:types>
        <w:behaviors>
          <w:behavior w:val="content"/>
        </w:behaviors>
        <w:guid w:val="{6CE8B678-3718-49BD-8795-994ACC4B214C}"/>
      </w:docPartPr>
      <w:docPartBody>
        <w:p w:rsidR="004079D4" w:rsidRDefault="00BA2E8D" w:rsidP="00BA2E8D">
          <w:pPr>
            <w:pStyle w:val="30636AB1674E481F838344CAD3C7C083"/>
          </w:pPr>
          <w:r>
            <w:rPr>
              <w:color w:val="555555"/>
            </w:rPr>
            <w:t>[Enter mode]</w:t>
          </w:r>
        </w:p>
      </w:docPartBody>
    </w:docPart>
    <w:docPart>
      <w:docPartPr>
        <w:name w:val="82737AD75EDA40AEAB43D68953098763"/>
        <w:category>
          <w:name w:val="General"/>
          <w:gallery w:val="placeholder"/>
        </w:category>
        <w:types>
          <w:type w:val="bbPlcHdr"/>
        </w:types>
        <w:behaviors>
          <w:behavior w:val="content"/>
        </w:behaviors>
        <w:guid w:val="{422B55D3-0A95-4EF1-B8C4-8E38B84B1DB7}"/>
      </w:docPartPr>
      <w:docPartBody>
        <w:p w:rsidR="004079D4" w:rsidRDefault="00BA2E8D" w:rsidP="00BA2E8D">
          <w:pPr>
            <w:pStyle w:val="82737AD75EDA40AEAB43D68953098763"/>
          </w:pPr>
          <w:r>
            <w:rPr>
              <w:color w:val="555555"/>
            </w:rPr>
            <w:t>[Enter hours]</w:t>
          </w:r>
        </w:p>
      </w:docPartBody>
    </w:docPart>
    <w:docPart>
      <w:docPartPr>
        <w:name w:val="3134FBE7A8A04F958E030257C6BDA346"/>
        <w:category>
          <w:name w:val="General"/>
          <w:gallery w:val="placeholder"/>
        </w:category>
        <w:types>
          <w:type w:val="bbPlcHdr"/>
        </w:types>
        <w:behaviors>
          <w:behavior w:val="content"/>
        </w:behaviors>
        <w:guid w:val="{70E81FD1-5ACB-4BE5-A8F1-71572DBD2541}"/>
      </w:docPartPr>
      <w:docPartBody>
        <w:p w:rsidR="004079D4" w:rsidRDefault="00BA2E8D" w:rsidP="00BA2E8D">
          <w:pPr>
            <w:pStyle w:val="3134FBE7A8A04F958E030257C6BDA346"/>
          </w:pPr>
          <w:r>
            <w:rPr>
              <w:color w:val="555555"/>
            </w:rPr>
            <w:t>[Enter name]</w:t>
          </w:r>
        </w:p>
      </w:docPartBody>
    </w:docPart>
    <w:docPart>
      <w:docPartPr>
        <w:name w:val="C16D55468AB041DC9E561DCEABA5B65C"/>
        <w:category>
          <w:name w:val="General"/>
          <w:gallery w:val="placeholder"/>
        </w:category>
        <w:types>
          <w:type w:val="bbPlcHdr"/>
        </w:types>
        <w:behaviors>
          <w:behavior w:val="content"/>
        </w:behaviors>
        <w:guid w:val="{E6F9D5B5-D2DD-407E-BCED-8FDF2D85E26B}"/>
      </w:docPartPr>
      <w:docPartBody>
        <w:p w:rsidR="004079D4" w:rsidRDefault="00BA2E8D" w:rsidP="00BA2E8D">
          <w:pPr>
            <w:pStyle w:val="C16D55468AB041DC9E561DCEABA5B65C"/>
          </w:pPr>
          <w:r>
            <w:rPr>
              <w:color w:val="555555"/>
            </w:rPr>
            <w:t>[Enter date]</w:t>
          </w:r>
        </w:p>
      </w:docPartBody>
    </w:docPart>
    <w:docPart>
      <w:docPartPr>
        <w:name w:val="C8A88797B727437FBC8610B83AEB64BC"/>
        <w:category>
          <w:name w:val="General"/>
          <w:gallery w:val="placeholder"/>
        </w:category>
        <w:types>
          <w:type w:val="bbPlcHdr"/>
        </w:types>
        <w:behaviors>
          <w:behavior w:val="content"/>
        </w:behaviors>
        <w:guid w:val="{FA5B2D66-AE7A-4BB0-9332-CB03C0BDC133}"/>
      </w:docPartPr>
      <w:docPartBody>
        <w:p w:rsidR="004079D4" w:rsidRDefault="00BA2E8D" w:rsidP="00BA2E8D">
          <w:pPr>
            <w:pStyle w:val="C8A88797B727437FBC8610B83AEB64BC"/>
          </w:pPr>
          <w:r>
            <w:rPr>
              <w:color w:val="555555"/>
            </w:rPr>
            <w:t>[Enter mode]</w:t>
          </w:r>
        </w:p>
      </w:docPartBody>
    </w:docPart>
    <w:docPart>
      <w:docPartPr>
        <w:name w:val="D186CA248A1540409D04D8AF0B7B7CF9"/>
        <w:category>
          <w:name w:val="General"/>
          <w:gallery w:val="placeholder"/>
        </w:category>
        <w:types>
          <w:type w:val="bbPlcHdr"/>
        </w:types>
        <w:behaviors>
          <w:behavior w:val="content"/>
        </w:behaviors>
        <w:guid w:val="{37C85DEA-6046-4625-B403-290980657F7E}"/>
      </w:docPartPr>
      <w:docPartBody>
        <w:p w:rsidR="004079D4" w:rsidRDefault="00BA2E8D" w:rsidP="00BA2E8D">
          <w:pPr>
            <w:pStyle w:val="D186CA248A1540409D04D8AF0B7B7CF9"/>
          </w:pPr>
          <w:r>
            <w:rPr>
              <w:color w:val="555555"/>
            </w:rPr>
            <w:t>[Enter hours]</w:t>
          </w:r>
        </w:p>
      </w:docPartBody>
    </w:docPart>
    <w:docPart>
      <w:docPartPr>
        <w:name w:val="D20B600294DD40399399215E242D3BC0"/>
        <w:category>
          <w:name w:val="General"/>
          <w:gallery w:val="placeholder"/>
        </w:category>
        <w:types>
          <w:type w:val="bbPlcHdr"/>
        </w:types>
        <w:behaviors>
          <w:behavior w:val="content"/>
        </w:behaviors>
        <w:guid w:val="{41F90990-001F-48F2-AECB-5DAB4F97031B}"/>
      </w:docPartPr>
      <w:docPartBody>
        <w:p w:rsidR="004079D4" w:rsidRDefault="00BA2E8D" w:rsidP="00BA2E8D">
          <w:pPr>
            <w:pStyle w:val="D20B600294DD40399399215E242D3BC0"/>
          </w:pPr>
          <w:r>
            <w:rPr>
              <w:color w:val="555555"/>
            </w:rPr>
            <w:t>[Enter number]</w:t>
          </w:r>
        </w:p>
      </w:docPartBody>
    </w:docPart>
    <w:docPart>
      <w:docPartPr>
        <w:name w:val="D22D9A74C64F4F7B856FD8242BBCD447"/>
        <w:category>
          <w:name w:val="General"/>
          <w:gallery w:val="placeholder"/>
        </w:category>
        <w:types>
          <w:type w:val="bbPlcHdr"/>
        </w:types>
        <w:behaviors>
          <w:behavior w:val="content"/>
        </w:behaviors>
        <w:guid w:val="{39564FDD-E31F-4044-A1A4-E915CE5935B9}"/>
      </w:docPartPr>
      <w:docPartBody>
        <w:p w:rsidR="004079D4" w:rsidRDefault="00BA2E8D" w:rsidP="00BA2E8D">
          <w:pPr>
            <w:pStyle w:val="D22D9A74C64F4F7B856FD8242BBCD447"/>
          </w:pPr>
          <w:r>
            <w:rPr>
              <w:color w:val="555555"/>
            </w:rPr>
            <w:t>[Enter number]</w:t>
          </w:r>
        </w:p>
      </w:docPartBody>
    </w:docPart>
    <w:docPart>
      <w:docPartPr>
        <w:name w:val="733A432B2F574E2499DB605E5C1C3CAB"/>
        <w:category>
          <w:name w:val="General"/>
          <w:gallery w:val="placeholder"/>
        </w:category>
        <w:types>
          <w:type w:val="bbPlcHdr"/>
        </w:types>
        <w:behaviors>
          <w:behavior w:val="content"/>
        </w:behaviors>
        <w:guid w:val="{B2270C86-73AA-4788-9CE1-B8722713EE4C}"/>
      </w:docPartPr>
      <w:docPartBody>
        <w:p w:rsidR="004079D4" w:rsidRDefault="00BA2E8D" w:rsidP="00BA2E8D">
          <w:pPr>
            <w:pStyle w:val="733A432B2F574E2499DB605E5C1C3CAB"/>
          </w:pPr>
          <w:r>
            <w:rPr>
              <w:color w:val="555555"/>
            </w:rPr>
            <w:t>[Enter number]</w:t>
          </w:r>
        </w:p>
      </w:docPartBody>
    </w:docPart>
    <w:docPart>
      <w:docPartPr>
        <w:name w:val="B3499D53E6B64C9A9F93DECCF2ED45CB"/>
        <w:category>
          <w:name w:val="General"/>
          <w:gallery w:val="placeholder"/>
        </w:category>
        <w:types>
          <w:type w:val="bbPlcHdr"/>
        </w:types>
        <w:behaviors>
          <w:behavior w:val="content"/>
        </w:behaviors>
        <w:guid w:val="{B3FB36C1-290D-4785-90B6-960A9AB99B73}"/>
      </w:docPartPr>
      <w:docPartBody>
        <w:p w:rsidR="004079D4" w:rsidRDefault="00BA2E8D" w:rsidP="00BA2E8D">
          <w:pPr>
            <w:pStyle w:val="B3499D53E6B64C9A9F93DECCF2ED45CB"/>
          </w:pPr>
          <w:r>
            <w:rPr>
              <w:color w:val="555555"/>
            </w:rPr>
            <w:t>[Enter number]</w:t>
          </w:r>
        </w:p>
      </w:docPartBody>
    </w:docPart>
    <w:docPart>
      <w:docPartPr>
        <w:name w:val="D9C193A55F58421C8572E58FBFE7965F"/>
        <w:category>
          <w:name w:val="General"/>
          <w:gallery w:val="placeholder"/>
        </w:category>
        <w:types>
          <w:type w:val="bbPlcHdr"/>
        </w:types>
        <w:behaviors>
          <w:behavior w:val="content"/>
        </w:behaviors>
        <w:guid w:val="{4654692A-F1C3-443F-9D11-01E04853B9B4}"/>
      </w:docPartPr>
      <w:docPartBody>
        <w:p w:rsidR="004079D4" w:rsidRDefault="00BA2E8D" w:rsidP="00BA2E8D">
          <w:pPr>
            <w:pStyle w:val="D9C193A55F58421C8572E58FBFE7965F"/>
          </w:pPr>
          <w:r>
            <w:rPr>
              <w:color w:val="555555"/>
            </w:rPr>
            <w:t>[Enter number]</w:t>
          </w:r>
        </w:p>
      </w:docPartBody>
    </w:docPart>
    <w:docPart>
      <w:docPartPr>
        <w:name w:val="EE60F5622E5E4811BECB86202F11D797"/>
        <w:category>
          <w:name w:val="General"/>
          <w:gallery w:val="placeholder"/>
        </w:category>
        <w:types>
          <w:type w:val="bbPlcHdr"/>
        </w:types>
        <w:behaviors>
          <w:behavior w:val="content"/>
        </w:behaviors>
        <w:guid w:val="{E4CF1B01-33FD-4265-A6DD-C654C1B187BC}"/>
      </w:docPartPr>
      <w:docPartBody>
        <w:p w:rsidR="004079D4" w:rsidRDefault="00BA2E8D" w:rsidP="00BA2E8D">
          <w:pPr>
            <w:pStyle w:val="EE60F5622E5E4811BECB86202F11D797"/>
          </w:pPr>
          <w:r>
            <w:rPr>
              <w:color w:val="555555"/>
            </w:rPr>
            <w:t>[Enter number]</w:t>
          </w:r>
        </w:p>
      </w:docPartBody>
    </w:docPart>
    <w:docPart>
      <w:docPartPr>
        <w:name w:val="99B01AE1A8F94C7380D4C535381DEDF4"/>
        <w:category>
          <w:name w:val="General"/>
          <w:gallery w:val="placeholder"/>
        </w:category>
        <w:types>
          <w:type w:val="bbPlcHdr"/>
        </w:types>
        <w:behaviors>
          <w:behavior w:val="content"/>
        </w:behaviors>
        <w:guid w:val="{E1B93A98-6352-4B3D-A8E3-8D4B5A8167AB}"/>
      </w:docPartPr>
      <w:docPartBody>
        <w:p w:rsidR="004079D4" w:rsidRDefault="00BA2E8D" w:rsidP="00BA2E8D">
          <w:pPr>
            <w:pStyle w:val="99B01AE1A8F94C7380D4C535381DEDF4"/>
          </w:pPr>
          <w:r>
            <w:rPr>
              <w:color w:val="555555"/>
            </w:rPr>
            <w:t>[Enter number]</w:t>
          </w:r>
        </w:p>
      </w:docPartBody>
    </w:docPart>
    <w:docPart>
      <w:docPartPr>
        <w:name w:val="46AEEECD27994C6A9F5A0854E236C2BC"/>
        <w:category>
          <w:name w:val="General"/>
          <w:gallery w:val="placeholder"/>
        </w:category>
        <w:types>
          <w:type w:val="bbPlcHdr"/>
        </w:types>
        <w:behaviors>
          <w:behavior w:val="content"/>
        </w:behaviors>
        <w:guid w:val="{DB2E90C1-A3B1-4E3C-831F-641C652A28BB}"/>
      </w:docPartPr>
      <w:docPartBody>
        <w:p w:rsidR="004079D4" w:rsidRDefault="00BA2E8D" w:rsidP="00BA2E8D">
          <w:pPr>
            <w:pStyle w:val="46AEEECD27994C6A9F5A0854E236C2BC"/>
          </w:pPr>
          <w:r>
            <w:rPr>
              <w:color w:val="555555"/>
            </w:rPr>
            <w:t>[Enter number]</w:t>
          </w:r>
        </w:p>
      </w:docPartBody>
    </w:docPart>
    <w:docPart>
      <w:docPartPr>
        <w:name w:val="347648DE14DB41F5B7248047FA8B4598"/>
        <w:category>
          <w:name w:val="General"/>
          <w:gallery w:val="placeholder"/>
        </w:category>
        <w:types>
          <w:type w:val="bbPlcHdr"/>
        </w:types>
        <w:behaviors>
          <w:behavior w:val="content"/>
        </w:behaviors>
        <w:guid w:val="{310C14A4-5FFE-47DD-B92D-7FCD1792F119}"/>
      </w:docPartPr>
      <w:docPartBody>
        <w:p w:rsidR="004079D4" w:rsidRDefault="00BA2E8D" w:rsidP="00BA2E8D">
          <w:pPr>
            <w:pStyle w:val="347648DE14DB41F5B7248047FA8B4598"/>
          </w:pPr>
          <w:r>
            <w:rPr>
              <w:color w:val="555555"/>
            </w:rPr>
            <w:t>[Enter number]</w:t>
          </w:r>
        </w:p>
      </w:docPartBody>
    </w:docPart>
    <w:docPart>
      <w:docPartPr>
        <w:name w:val="1D6665E036394744825160DCA7083B8B"/>
        <w:category>
          <w:name w:val="General"/>
          <w:gallery w:val="placeholder"/>
        </w:category>
        <w:types>
          <w:type w:val="bbPlcHdr"/>
        </w:types>
        <w:behaviors>
          <w:behavior w:val="content"/>
        </w:behaviors>
        <w:guid w:val="{F8CB8A27-12E6-43E2-9654-5A15DCA3B761}"/>
      </w:docPartPr>
      <w:docPartBody>
        <w:p w:rsidR="004079D4" w:rsidRDefault="00BA2E8D" w:rsidP="00BA2E8D">
          <w:pPr>
            <w:pStyle w:val="1D6665E036394744825160DCA7083B8B"/>
          </w:pPr>
          <w:r>
            <w:rPr>
              <w:color w:val="555555"/>
            </w:rPr>
            <w:t>[Enter number]</w:t>
          </w:r>
        </w:p>
      </w:docPartBody>
    </w:docPart>
    <w:docPart>
      <w:docPartPr>
        <w:name w:val="67EC165D3ABD4EEF8244DEC793C4AC39"/>
        <w:category>
          <w:name w:val="General"/>
          <w:gallery w:val="placeholder"/>
        </w:category>
        <w:types>
          <w:type w:val="bbPlcHdr"/>
        </w:types>
        <w:behaviors>
          <w:behavior w:val="content"/>
        </w:behaviors>
        <w:guid w:val="{E01A7F8E-BC07-4345-9343-DB28AFE5FCE3}"/>
      </w:docPartPr>
      <w:docPartBody>
        <w:p w:rsidR="004079D4" w:rsidRDefault="00BA2E8D" w:rsidP="00BA2E8D">
          <w:pPr>
            <w:pStyle w:val="67EC165D3ABD4EEF8244DEC793C4AC39"/>
          </w:pPr>
          <w:r>
            <w:rPr>
              <w:color w:val="555555"/>
            </w:rPr>
            <w:t>[Enter number]</w:t>
          </w:r>
        </w:p>
      </w:docPartBody>
    </w:docPart>
    <w:docPart>
      <w:docPartPr>
        <w:name w:val="F27CD2E4DBB445BAB427FB06B8DF892B"/>
        <w:category>
          <w:name w:val="General"/>
          <w:gallery w:val="placeholder"/>
        </w:category>
        <w:types>
          <w:type w:val="bbPlcHdr"/>
        </w:types>
        <w:behaviors>
          <w:behavior w:val="content"/>
        </w:behaviors>
        <w:guid w:val="{641DE893-BFFA-463E-92AB-3E0FAEFFE6F1}"/>
      </w:docPartPr>
      <w:docPartBody>
        <w:p w:rsidR="004079D4" w:rsidRDefault="00BA2E8D" w:rsidP="00BA2E8D">
          <w:pPr>
            <w:pStyle w:val="F27CD2E4DBB445BAB427FB06B8DF892B"/>
          </w:pPr>
          <w:r>
            <w:rPr>
              <w:color w:val="555555"/>
            </w:rPr>
            <w:t>[Enter number]</w:t>
          </w:r>
        </w:p>
      </w:docPartBody>
    </w:docPart>
    <w:docPart>
      <w:docPartPr>
        <w:name w:val="31354CAAD2344182910F623D34405D08"/>
        <w:category>
          <w:name w:val="General"/>
          <w:gallery w:val="placeholder"/>
        </w:category>
        <w:types>
          <w:type w:val="bbPlcHdr"/>
        </w:types>
        <w:behaviors>
          <w:behavior w:val="content"/>
        </w:behaviors>
        <w:guid w:val="{EFFB118E-47B0-4B67-B9BF-E1559DCBF7AE}"/>
      </w:docPartPr>
      <w:docPartBody>
        <w:p w:rsidR="004079D4" w:rsidRDefault="00BA2E8D" w:rsidP="00BA2E8D">
          <w:pPr>
            <w:pStyle w:val="31354CAAD2344182910F623D34405D08"/>
          </w:pPr>
          <w:r>
            <w:rPr>
              <w:color w:val="555555"/>
            </w:rPr>
            <w:t>[Enter number]</w:t>
          </w:r>
        </w:p>
      </w:docPartBody>
    </w:docPart>
    <w:docPart>
      <w:docPartPr>
        <w:name w:val="ED71FC8AAE1C4F86891BA7CED7887A51"/>
        <w:category>
          <w:name w:val="General"/>
          <w:gallery w:val="placeholder"/>
        </w:category>
        <w:types>
          <w:type w:val="bbPlcHdr"/>
        </w:types>
        <w:behaviors>
          <w:behavior w:val="content"/>
        </w:behaviors>
        <w:guid w:val="{9A8614A5-C6CD-42A5-9320-835C62A728DE}"/>
      </w:docPartPr>
      <w:docPartBody>
        <w:p w:rsidR="004079D4" w:rsidRDefault="00BA2E8D" w:rsidP="00BA2E8D">
          <w:pPr>
            <w:pStyle w:val="ED71FC8AAE1C4F86891BA7CED7887A51"/>
          </w:pPr>
          <w:r>
            <w:rPr>
              <w:color w:val="555555"/>
            </w:rPr>
            <w:t>[Enter number]</w:t>
          </w:r>
        </w:p>
      </w:docPartBody>
    </w:docPart>
    <w:docPart>
      <w:docPartPr>
        <w:name w:val="2280E9552AE2435DB29E18A3B86A015C"/>
        <w:category>
          <w:name w:val="General"/>
          <w:gallery w:val="placeholder"/>
        </w:category>
        <w:types>
          <w:type w:val="bbPlcHdr"/>
        </w:types>
        <w:behaviors>
          <w:behavior w:val="content"/>
        </w:behaviors>
        <w:guid w:val="{07DD0673-F7AE-47D0-BA40-8BE464B466A9}"/>
      </w:docPartPr>
      <w:docPartBody>
        <w:p w:rsidR="004079D4" w:rsidRDefault="00BA2E8D" w:rsidP="00BA2E8D">
          <w:pPr>
            <w:pStyle w:val="2280E9552AE2435DB29E18A3B86A015C"/>
          </w:pPr>
          <w:r>
            <w:rPr>
              <w:color w:val="555555"/>
            </w:rPr>
            <w:t>[Enter number]</w:t>
          </w:r>
        </w:p>
      </w:docPartBody>
    </w:docPart>
    <w:docPart>
      <w:docPartPr>
        <w:name w:val="A76617B0FF684ADAAF4ED668B4CA5AF9"/>
        <w:category>
          <w:name w:val="General"/>
          <w:gallery w:val="placeholder"/>
        </w:category>
        <w:types>
          <w:type w:val="bbPlcHdr"/>
        </w:types>
        <w:behaviors>
          <w:behavior w:val="content"/>
        </w:behaviors>
        <w:guid w:val="{A5354047-AE98-4120-A6DC-63526EA08B96}"/>
      </w:docPartPr>
      <w:docPartBody>
        <w:p w:rsidR="004079D4" w:rsidRDefault="00BA2E8D" w:rsidP="00BA2E8D">
          <w:pPr>
            <w:pStyle w:val="A76617B0FF684ADAAF4ED668B4CA5AF9"/>
          </w:pPr>
          <w:r>
            <w:rPr>
              <w:color w:val="555555"/>
            </w:rPr>
            <w:t>[Enter number]</w:t>
          </w:r>
        </w:p>
      </w:docPartBody>
    </w:docPart>
    <w:docPart>
      <w:docPartPr>
        <w:name w:val="7B79B58D02B64346B5669D60214894F0"/>
        <w:category>
          <w:name w:val="General"/>
          <w:gallery w:val="placeholder"/>
        </w:category>
        <w:types>
          <w:type w:val="bbPlcHdr"/>
        </w:types>
        <w:behaviors>
          <w:behavior w:val="content"/>
        </w:behaviors>
        <w:guid w:val="{4721E633-837F-4153-9901-970B84F046BC}"/>
      </w:docPartPr>
      <w:docPartBody>
        <w:p w:rsidR="004079D4" w:rsidRDefault="00BA2E8D" w:rsidP="00BA2E8D">
          <w:pPr>
            <w:pStyle w:val="7B79B58D02B64346B5669D60214894F0"/>
          </w:pPr>
          <w:r>
            <w:rPr>
              <w:color w:val="555555"/>
            </w:rPr>
            <w:t>[Enter number]</w:t>
          </w:r>
        </w:p>
      </w:docPartBody>
    </w:docPart>
    <w:docPart>
      <w:docPartPr>
        <w:name w:val="18808B16923D46968533813B8DB6A997"/>
        <w:category>
          <w:name w:val="General"/>
          <w:gallery w:val="placeholder"/>
        </w:category>
        <w:types>
          <w:type w:val="bbPlcHdr"/>
        </w:types>
        <w:behaviors>
          <w:behavior w:val="content"/>
        </w:behaviors>
        <w:guid w:val="{2CC20FBD-03EA-44AE-B97A-3839ECD545C7}"/>
      </w:docPartPr>
      <w:docPartBody>
        <w:p w:rsidR="004079D4" w:rsidRDefault="00BA2E8D" w:rsidP="00BA2E8D">
          <w:pPr>
            <w:pStyle w:val="18808B16923D46968533813B8DB6A997"/>
          </w:pPr>
          <w:r>
            <w:rPr>
              <w:color w:val="555555"/>
            </w:rPr>
            <w:t>[Enter number]</w:t>
          </w:r>
        </w:p>
      </w:docPartBody>
    </w:docPart>
    <w:docPart>
      <w:docPartPr>
        <w:name w:val="BBA0607FB9464FFEADD6182B94690495"/>
        <w:category>
          <w:name w:val="General"/>
          <w:gallery w:val="placeholder"/>
        </w:category>
        <w:types>
          <w:type w:val="bbPlcHdr"/>
        </w:types>
        <w:behaviors>
          <w:behavior w:val="content"/>
        </w:behaviors>
        <w:guid w:val="{A659F494-CA82-4589-BBCE-94B07E660D99}"/>
      </w:docPartPr>
      <w:docPartBody>
        <w:p w:rsidR="004079D4" w:rsidRDefault="00BA2E8D" w:rsidP="00BA2E8D">
          <w:pPr>
            <w:pStyle w:val="BBA0607FB9464FFEADD6182B94690495"/>
          </w:pPr>
          <w:r>
            <w:rPr>
              <w:color w:val="555555"/>
            </w:rPr>
            <w:t>[Enter number]</w:t>
          </w:r>
        </w:p>
      </w:docPartBody>
    </w:docPart>
    <w:docPart>
      <w:docPartPr>
        <w:name w:val="E24DA912B178430587F56F4603B71440"/>
        <w:category>
          <w:name w:val="General"/>
          <w:gallery w:val="placeholder"/>
        </w:category>
        <w:types>
          <w:type w:val="bbPlcHdr"/>
        </w:types>
        <w:behaviors>
          <w:behavior w:val="content"/>
        </w:behaviors>
        <w:guid w:val="{EB62667B-DF5C-41CC-8A0E-B7B4B62E7DF1}"/>
      </w:docPartPr>
      <w:docPartBody>
        <w:p w:rsidR="004079D4" w:rsidRDefault="00BA2E8D" w:rsidP="00BA2E8D">
          <w:pPr>
            <w:pStyle w:val="E24DA912B178430587F56F4603B71440"/>
          </w:pPr>
          <w:r>
            <w:rPr>
              <w:color w:val="555555"/>
            </w:rPr>
            <w:t>[Enter number]</w:t>
          </w:r>
        </w:p>
      </w:docPartBody>
    </w:docPart>
    <w:docPart>
      <w:docPartPr>
        <w:name w:val="546AFE82736D403EB4B8799198EFDB98"/>
        <w:category>
          <w:name w:val="General"/>
          <w:gallery w:val="placeholder"/>
        </w:category>
        <w:types>
          <w:type w:val="bbPlcHdr"/>
        </w:types>
        <w:behaviors>
          <w:behavior w:val="content"/>
        </w:behaviors>
        <w:guid w:val="{E0AEAA59-8064-40D4-95AB-CE48BEE36203}"/>
      </w:docPartPr>
      <w:docPartBody>
        <w:p w:rsidR="004079D4" w:rsidRDefault="00BA2E8D" w:rsidP="00BA2E8D">
          <w:pPr>
            <w:pStyle w:val="546AFE82736D403EB4B8799198EFDB98"/>
          </w:pPr>
          <w:r>
            <w:rPr>
              <w:color w:val="555555"/>
            </w:rPr>
            <w:t>[Enter number]</w:t>
          </w:r>
        </w:p>
      </w:docPartBody>
    </w:docPart>
    <w:docPart>
      <w:docPartPr>
        <w:name w:val="1FADECD532F84868A50237D9F7E18F8F"/>
        <w:category>
          <w:name w:val="General"/>
          <w:gallery w:val="placeholder"/>
        </w:category>
        <w:types>
          <w:type w:val="bbPlcHdr"/>
        </w:types>
        <w:behaviors>
          <w:behavior w:val="content"/>
        </w:behaviors>
        <w:guid w:val="{7FC25497-724B-44C1-8D42-5155942D1218}"/>
      </w:docPartPr>
      <w:docPartBody>
        <w:p w:rsidR="004079D4" w:rsidRDefault="00BA2E8D" w:rsidP="00BA2E8D">
          <w:pPr>
            <w:pStyle w:val="1FADECD532F84868A50237D9F7E18F8F"/>
          </w:pPr>
          <w:r>
            <w:rPr>
              <w:color w:val="555555"/>
            </w:rPr>
            <w:t>[Enter number]</w:t>
          </w:r>
        </w:p>
      </w:docPartBody>
    </w:docPart>
    <w:docPart>
      <w:docPartPr>
        <w:name w:val="C2B1819F9C4D45D192CD90DF359CC171"/>
        <w:category>
          <w:name w:val="General"/>
          <w:gallery w:val="placeholder"/>
        </w:category>
        <w:types>
          <w:type w:val="bbPlcHdr"/>
        </w:types>
        <w:behaviors>
          <w:behavior w:val="content"/>
        </w:behaviors>
        <w:guid w:val="{27A0AC88-D99A-4D1C-847F-DEDF930EC416}"/>
      </w:docPartPr>
      <w:docPartBody>
        <w:p w:rsidR="004079D4" w:rsidRDefault="00BA2E8D" w:rsidP="00BA2E8D">
          <w:pPr>
            <w:pStyle w:val="C2B1819F9C4D45D192CD90DF359CC171"/>
          </w:pPr>
          <w:r>
            <w:rPr>
              <w:color w:val="555555"/>
            </w:rPr>
            <w:t>[Enter number]</w:t>
          </w:r>
        </w:p>
      </w:docPartBody>
    </w:docPart>
    <w:docPart>
      <w:docPartPr>
        <w:name w:val="6322836ED6774E66A76D41F8FF3E8378"/>
        <w:category>
          <w:name w:val="General"/>
          <w:gallery w:val="placeholder"/>
        </w:category>
        <w:types>
          <w:type w:val="bbPlcHdr"/>
        </w:types>
        <w:behaviors>
          <w:behavior w:val="content"/>
        </w:behaviors>
        <w:guid w:val="{77822D41-F3CE-40CB-97C2-E460F1C1ADD6}"/>
      </w:docPartPr>
      <w:docPartBody>
        <w:p w:rsidR="004079D4" w:rsidRDefault="00BA2E8D" w:rsidP="00BA2E8D">
          <w:pPr>
            <w:pStyle w:val="6322836ED6774E66A76D41F8FF3E8378"/>
          </w:pPr>
          <w:r>
            <w:rPr>
              <w:color w:val="555555"/>
            </w:rPr>
            <w:t>[Enter number]</w:t>
          </w:r>
        </w:p>
      </w:docPartBody>
    </w:docPart>
    <w:docPart>
      <w:docPartPr>
        <w:name w:val="EBC1D5C4398B4E2A8223B3A9E7ABD989"/>
        <w:category>
          <w:name w:val="General"/>
          <w:gallery w:val="placeholder"/>
        </w:category>
        <w:types>
          <w:type w:val="bbPlcHdr"/>
        </w:types>
        <w:behaviors>
          <w:behavior w:val="content"/>
        </w:behaviors>
        <w:guid w:val="{46691105-9954-4C20-B083-684261E47037}"/>
      </w:docPartPr>
      <w:docPartBody>
        <w:p w:rsidR="004079D4" w:rsidRDefault="00BA2E8D" w:rsidP="00BA2E8D">
          <w:pPr>
            <w:pStyle w:val="EBC1D5C4398B4E2A8223B3A9E7ABD989"/>
          </w:pPr>
          <w:r>
            <w:rPr>
              <w:color w:val="555555"/>
            </w:rPr>
            <w:t>[Enter Objective 3C narrative response]</w:t>
          </w:r>
        </w:p>
      </w:docPartBody>
    </w:docPart>
    <w:docPart>
      <w:docPartPr>
        <w:name w:val="162D7FAD685045319D8B10B09E4760DF"/>
        <w:category>
          <w:name w:val="General"/>
          <w:gallery w:val="placeholder"/>
        </w:category>
        <w:types>
          <w:type w:val="bbPlcHdr"/>
        </w:types>
        <w:behaviors>
          <w:behavior w:val="content"/>
        </w:behaviors>
        <w:guid w:val="{91BB09DA-4D4B-4395-A34D-DB260EA5B4BE}"/>
      </w:docPartPr>
      <w:docPartBody>
        <w:p w:rsidR="004079D4" w:rsidRDefault="00BA2E8D" w:rsidP="00BA2E8D">
          <w:pPr>
            <w:pStyle w:val="162D7FAD685045319D8B10B09E4760DF"/>
          </w:pPr>
          <w:r>
            <w:rPr>
              <w:color w:val="555555"/>
            </w:rPr>
            <w:t>[Enter Objective 3F narrative response]</w:t>
          </w:r>
        </w:p>
      </w:docPartBody>
    </w:docPart>
    <w:docPart>
      <w:docPartPr>
        <w:name w:val="CA375F5C1F084E95BC23EB354A6B44B4"/>
        <w:category>
          <w:name w:val="General"/>
          <w:gallery w:val="placeholder"/>
        </w:category>
        <w:types>
          <w:type w:val="bbPlcHdr"/>
        </w:types>
        <w:behaviors>
          <w:behavior w:val="content"/>
        </w:behaviors>
        <w:guid w:val="{216D9A9D-E962-429F-BC50-B711ED9342C9}"/>
      </w:docPartPr>
      <w:docPartBody>
        <w:p w:rsidR="004079D4" w:rsidRDefault="00BA2E8D" w:rsidP="00BA2E8D">
          <w:pPr>
            <w:pStyle w:val="CA375F5C1F084E95BC23EB354A6B44B4"/>
          </w:pPr>
          <w:r>
            <w:rPr>
              <w:color w:val="555555"/>
            </w:rPr>
            <w:t>[Enter number]</w:t>
          </w:r>
        </w:p>
      </w:docPartBody>
    </w:docPart>
    <w:docPart>
      <w:docPartPr>
        <w:name w:val="5118D9B6921E41ADA67284B5B49244DE"/>
        <w:category>
          <w:name w:val="General"/>
          <w:gallery w:val="placeholder"/>
        </w:category>
        <w:types>
          <w:type w:val="bbPlcHdr"/>
        </w:types>
        <w:behaviors>
          <w:behavior w:val="content"/>
        </w:behaviors>
        <w:guid w:val="{7E23C18B-01C2-4F61-B2E7-4D979183416E}"/>
      </w:docPartPr>
      <w:docPartBody>
        <w:p w:rsidR="004079D4" w:rsidRDefault="00BA2E8D" w:rsidP="00BA2E8D">
          <w:pPr>
            <w:pStyle w:val="5118D9B6921E41ADA67284B5B49244DE"/>
          </w:pPr>
          <w:r>
            <w:rPr>
              <w:color w:val="555555"/>
            </w:rPr>
            <w:t>[Enter number]</w:t>
          </w:r>
        </w:p>
      </w:docPartBody>
    </w:docPart>
    <w:docPart>
      <w:docPartPr>
        <w:name w:val="7249D8D037B342D3BB154DDC42E248F0"/>
        <w:category>
          <w:name w:val="General"/>
          <w:gallery w:val="placeholder"/>
        </w:category>
        <w:types>
          <w:type w:val="bbPlcHdr"/>
        </w:types>
        <w:behaviors>
          <w:behavior w:val="content"/>
        </w:behaviors>
        <w:guid w:val="{7535255B-2DE3-4EEC-AA4B-03A24CD8C487}"/>
      </w:docPartPr>
      <w:docPartBody>
        <w:p w:rsidR="004079D4" w:rsidRDefault="00BA2E8D" w:rsidP="00BA2E8D">
          <w:pPr>
            <w:pStyle w:val="7249D8D037B342D3BB154DDC42E248F0"/>
          </w:pPr>
          <w:r>
            <w:rPr>
              <w:color w:val="555555"/>
            </w:rPr>
            <w:t>[Enter number]</w:t>
          </w:r>
        </w:p>
      </w:docPartBody>
    </w:docPart>
    <w:docPart>
      <w:docPartPr>
        <w:name w:val="696496876840474F983534367B5C0908"/>
        <w:category>
          <w:name w:val="General"/>
          <w:gallery w:val="placeholder"/>
        </w:category>
        <w:types>
          <w:type w:val="bbPlcHdr"/>
        </w:types>
        <w:behaviors>
          <w:behavior w:val="content"/>
        </w:behaviors>
        <w:guid w:val="{5B396C7B-B76C-4F65-99E1-DBF3DD5821F7}"/>
      </w:docPartPr>
      <w:docPartBody>
        <w:p w:rsidR="004079D4" w:rsidRDefault="00BA2E8D" w:rsidP="00BA2E8D">
          <w:pPr>
            <w:pStyle w:val="696496876840474F983534367B5C0908"/>
          </w:pPr>
          <w:r>
            <w:rPr>
              <w:color w:val="555555"/>
            </w:rPr>
            <w:t>[Enter number]</w:t>
          </w:r>
        </w:p>
      </w:docPartBody>
    </w:docPart>
    <w:docPart>
      <w:docPartPr>
        <w:name w:val="F8A59705310849BDA67F6DE819C9D576"/>
        <w:category>
          <w:name w:val="General"/>
          <w:gallery w:val="placeholder"/>
        </w:category>
        <w:types>
          <w:type w:val="bbPlcHdr"/>
        </w:types>
        <w:behaviors>
          <w:behavior w:val="content"/>
        </w:behaviors>
        <w:guid w:val="{D52961AF-EA78-41BF-876B-1976B5D32F94}"/>
      </w:docPartPr>
      <w:docPartBody>
        <w:p w:rsidR="004079D4" w:rsidRDefault="00BA2E8D" w:rsidP="00BA2E8D">
          <w:pPr>
            <w:pStyle w:val="F8A59705310849BDA67F6DE819C9D576"/>
          </w:pPr>
          <w:r>
            <w:rPr>
              <w:color w:val="555555"/>
            </w:rPr>
            <w:t>[Enter number]</w:t>
          </w:r>
        </w:p>
      </w:docPartBody>
    </w:docPart>
    <w:docPart>
      <w:docPartPr>
        <w:name w:val="D4A8C3661371433B8543C5039CE15DCF"/>
        <w:category>
          <w:name w:val="General"/>
          <w:gallery w:val="placeholder"/>
        </w:category>
        <w:types>
          <w:type w:val="bbPlcHdr"/>
        </w:types>
        <w:behaviors>
          <w:behavior w:val="content"/>
        </w:behaviors>
        <w:guid w:val="{19F8A594-10B9-41B4-A50A-60D4ABBABF8E}"/>
      </w:docPartPr>
      <w:docPartBody>
        <w:p w:rsidR="004079D4" w:rsidRDefault="00BA2E8D" w:rsidP="00BA2E8D">
          <w:pPr>
            <w:pStyle w:val="D4A8C3661371433B8543C5039CE15DCF"/>
          </w:pPr>
          <w:r>
            <w:rPr>
              <w:color w:val="555555"/>
            </w:rPr>
            <w:t>[Enter number]</w:t>
          </w:r>
        </w:p>
      </w:docPartBody>
    </w:docPart>
    <w:docPart>
      <w:docPartPr>
        <w:name w:val="CEB8C5E3157F4AB0BB65EBF6A8380078"/>
        <w:category>
          <w:name w:val="General"/>
          <w:gallery w:val="placeholder"/>
        </w:category>
        <w:types>
          <w:type w:val="bbPlcHdr"/>
        </w:types>
        <w:behaviors>
          <w:behavior w:val="content"/>
        </w:behaviors>
        <w:guid w:val="{482FFF1D-291E-4AB9-9F65-0AF73300E85C}"/>
      </w:docPartPr>
      <w:docPartBody>
        <w:p w:rsidR="004079D4" w:rsidRDefault="00BA2E8D" w:rsidP="00BA2E8D">
          <w:pPr>
            <w:pStyle w:val="CEB8C5E3157F4AB0BB65EBF6A8380078"/>
          </w:pPr>
          <w:r>
            <w:rPr>
              <w:color w:val="555555"/>
            </w:rPr>
            <w:t>[Enter number]</w:t>
          </w:r>
        </w:p>
      </w:docPartBody>
    </w:docPart>
    <w:docPart>
      <w:docPartPr>
        <w:name w:val="88D7246BBBD143979BB4568CF2AF5D36"/>
        <w:category>
          <w:name w:val="General"/>
          <w:gallery w:val="placeholder"/>
        </w:category>
        <w:types>
          <w:type w:val="bbPlcHdr"/>
        </w:types>
        <w:behaviors>
          <w:behavior w:val="content"/>
        </w:behaviors>
        <w:guid w:val="{0C01E827-139B-48AF-A9DD-19C5A032C61A}"/>
      </w:docPartPr>
      <w:docPartBody>
        <w:p w:rsidR="004079D4" w:rsidRDefault="00BA2E8D" w:rsidP="00BA2E8D">
          <w:pPr>
            <w:pStyle w:val="88D7246BBBD143979BB4568CF2AF5D36"/>
          </w:pPr>
          <w:r>
            <w:rPr>
              <w:color w:val="555555"/>
            </w:rPr>
            <w:t>[Enter number]</w:t>
          </w:r>
        </w:p>
      </w:docPartBody>
    </w:docPart>
    <w:docPart>
      <w:docPartPr>
        <w:name w:val="B1E52725982F4A5EA746B3A91BF8E1E6"/>
        <w:category>
          <w:name w:val="General"/>
          <w:gallery w:val="placeholder"/>
        </w:category>
        <w:types>
          <w:type w:val="bbPlcHdr"/>
        </w:types>
        <w:behaviors>
          <w:behavior w:val="content"/>
        </w:behaviors>
        <w:guid w:val="{20C56FE6-7118-42D9-91F7-AE07AB60D77F}"/>
      </w:docPartPr>
      <w:docPartBody>
        <w:p w:rsidR="004079D4" w:rsidRDefault="00BA2E8D" w:rsidP="00BA2E8D">
          <w:pPr>
            <w:pStyle w:val="B1E52725982F4A5EA746B3A91BF8E1E6"/>
          </w:pPr>
          <w:r>
            <w:rPr>
              <w:color w:val="555555"/>
            </w:rPr>
            <w:t>[Enter number]</w:t>
          </w:r>
        </w:p>
      </w:docPartBody>
    </w:docPart>
    <w:docPart>
      <w:docPartPr>
        <w:name w:val="B8045AC01DDA4210B21C2E9F2DAE8BAC"/>
        <w:category>
          <w:name w:val="General"/>
          <w:gallery w:val="placeholder"/>
        </w:category>
        <w:types>
          <w:type w:val="bbPlcHdr"/>
        </w:types>
        <w:behaviors>
          <w:behavior w:val="content"/>
        </w:behaviors>
        <w:guid w:val="{53C17FF6-0373-4EA4-ABDB-216B678397EC}"/>
      </w:docPartPr>
      <w:docPartBody>
        <w:p w:rsidR="004079D4" w:rsidRDefault="00BA2E8D" w:rsidP="00BA2E8D">
          <w:pPr>
            <w:pStyle w:val="B8045AC01DDA4210B21C2E9F2DAE8BAC"/>
          </w:pPr>
          <w:r>
            <w:rPr>
              <w:color w:val="555555"/>
            </w:rPr>
            <w:t>[Enter number]</w:t>
          </w:r>
        </w:p>
      </w:docPartBody>
    </w:docPart>
    <w:docPart>
      <w:docPartPr>
        <w:name w:val="D562D47F359143D3BBE1F45E1CFB8D68"/>
        <w:category>
          <w:name w:val="General"/>
          <w:gallery w:val="placeholder"/>
        </w:category>
        <w:types>
          <w:type w:val="bbPlcHdr"/>
        </w:types>
        <w:behaviors>
          <w:behavior w:val="content"/>
        </w:behaviors>
        <w:guid w:val="{518A9400-892A-4B71-842E-81BB5ED0C8BB}"/>
      </w:docPartPr>
      <w:docPartBody>
        <w:p w:rsidR="004079D4" w:rsidRDefault="00BA2E8D" w:rsidP="00BA2E8D">
          <w:pPr>
            <w:pStyle w:val="D562D47F359143D3BBE1F45E1CFB8D68"/>
          </w:pPr>
          <w:r>
            <w:rPr>
              <w:color w:val="555555"/>
            </w:rPr>
            <w:t>[Enter number]</w:t>
          </w:r>
        </w:p>
      </w:docPartBody>
    </w:docPart>
    <w:docPart>
      <w:docPartPr>
        <w:name w:val="2A7D8A4F028E472489D0822026D2822D"/>
        <w:category>
          <w:name w:val="General"/>
          <w:gallery w:val="placeholder"/>
        </w:category>
        <w:types>
          <w:type w:val="bbPlcHdr"/>
        </w:types>
        <w:behaviors>
          <w:behavior w:val="content"/>
        </w:behaviors>
        <w:guid w:val="{D497FE4A-1134-4230-9BCE-963123BDC441}"/>
      </w:docPartPr>
      <w:docPartBody>
        <w:p w:rsidR="004079D4" w:rsidRDefault="00BA2E8D" w:rsidP="00BA2E8D">
          <w:pPr>
            <w:pStyle w:val="2A7D8A4F028E472489D0822026D2822D"/>
          </w:pPr>
          <w:r>
            <w:rPr>
              <w:color w:val="555555"/>
            </w:rPr>
            <w:t>[Enter number]</w:t>
          </w:r>
        </w:p>
      </w:docPartBody>
    </w:docPart>
    <w:docPart>
      <w:docPartPr>
        <w:name w:val="3C277D15D04F4B9BB26F559A31D71155"/>
        <w:category>
          <w:name w:val="General"/>
          <w:gallery w:val="placeholder"/>
        </w:category>
        <w:types>
          <w:type w:val="bbPlcHdr"/>
        </w:types>
        <w:behaviors>
          <w:behavior w:val="content"/>
        </w:behaviors>
        <w:guid w:val="{4285889F-E054-4D2F-B73D-2BD425827109}"/>
      </w:docPartPr>
      <w:docPartBody>
        <w:p w:rsidR="004079D4" w:rsidRDefault="00BA2E8D" w:rsidP="00BA2E8D">
          <w:pPr>
            <w:pStyle w:val="3C277D15D04F4B9BB26F559A31D71155"/>
          </w:pPr>
          <w:r>
            <w:rPr>
              <w:color w:val="555555"/>
            </w:rPr>
            <w:t>[Enter number]</w:t>
          </w:r>
        </w:p>
      </w:docPartBody>
    </w:docPart>
    <w:docPart>
      <w:docPartPr>
        <w:name w:val="8D210650DDE7488DAB74ABCDCC655E75"/>
        <w:category>
          <w:name w:val="General"/>
          <w:gallery w:val="placeholder"/>
        </w:category>
        <w:types>
          <w:type w:val="bbPlcHdr"/>
        </w:types>
        <w:behaviors>
          <w:behavior w:val="content"/>
        </w:behaviors>
        <w:guid w:val="{49EE8B4A-ED7D-405B-B454-6CFBECC0F61F}"/>
      </w:docPartPr>
      <w:docPartBody>
        <w:p w:rsidR="004079D4" w:rsidRDefault="00BA2E8D" w:rsidP="00BA2E8D">
          <w:pPr>
            <w:pStyle w:val="8D210650DDE7488DAB74ABCDCC655E75"/>
          </w:pPr>
          <w:r>
            <w:rPr>
              <w:color w:val="555555"/>
            </w:rPr>
            <w:t>[Enter number]</w:t>
          </w:r>
        </w:p>
      </w:docPartBody>
    </w:docPart>
    <w:docPart>
      <w:docPartPr>
        <w:name w:val="C3B04FED435A4ED88A79E97F019209BA"/>
        <w:category>
          <w:name w:val="General"/>
          <w:gallery w:val="placeholder"/>
        </w:category>
        <w:types>
          <w:type w:val="bbPlcHdr"/>
        </w:types>
        <w:behaviors>
          <w:behavior w:val="content"/>
        </w:behaviors>
        <w:guid w:val="{4587AF02-0D9A-40D3-B159-48D8A3AC4925}"/>
      </w:docPartPr>
      <w:docPartBody>
        <w:p w:rsidR="004079D4" w:rsidRDefault="00BA2E8D" w:rsidP="00BA2E8D">
          <w:pPr>
            <w:pStyle w:val="C3B04FED435A4ED88A79E97F019209BA"/>
          </w:pPr>
          <w:r>
            <w:rPr>
              <w:color w:val="555555"/>
            </w:rPr>
            <w:t>[Enter number]</w:t>
          </w:r>
        </w:p>
      </w:docPartBody>
    </w:docPart>
    <w:docPart>
      <w:docPartPr>
        <w:name w:val="437E15A55FD84406B37769F3E5A8C1B8"/>
        <w:category>
          <w:name w:val="General"/>
          <w:gallery w:val="placeholder"/>
        </w:category>
        <w:types>
          <w:type w:val="bbPlcHdr"/>
        </w:types>
        <w:behaviors>
          <w:behavior w:val="content"/>
        </w:behaviors>
        <w:guid w:val="{5F47DCB2-EB3D-43B2-982A-BD507D5970C4}"/>
      </w:docPartPr>
      <w:docPartBody>
        <w:p w:rsidR="004079D4" w:rsidRDefault="00BA2E8D" w:rsidP="00BA2E8D">
          <w:pPr>
            <w:pStyle w:val="437E15A55FD84406B37769F3E5A8C1B8"/>
          </w:pPr>
          <w:r>
            <w:rPr>
              <w:color w:val="555555"/>
            </w:rPr>
            <w:t>[Enter number]</w:t>
          </w:r>
        </w:p>
      </w:docPartBody>
    </w:docPart>
    <w:docPart>
      <w:docPartPr>
        <w:name w:val="218A72C238CE451C8F62F01773F6C611"/>
        <w:category>
          <w:name w:val="General"/>
          <w:gallery w:val="placeholder"/>
        </w:category>
        <w:types>
          <w:type w:val="bbPlcHdr"/>
        </w:types>
        <w:behaviors>
          <w:behavior w:val="content"/>
        </w:behaviors>
        <w:guid w:val="{F723FC78-24C3-4687-B8B7-81EDB0915D52}"/>
      </w:docPartPr>
      <w:docPartBody>
        <w:p w:rsidR="004079D4" w:rsidRDefault="00BA2E8D" w:rsidP="00BA2E8D">
          <w:pPr>
            <w:pStyle w:val="218A72C238CE451C8F62F01773F6C611"/>
          </w:pPr>
          <w:r>
            <w:rPr>
              <w:color w:val="555555"/>
            </w:rPr>
            <w:t>[Enter number]</w:t>
          </w:r>
        </w:p>
      </w:docPartBody>
    </w:docPart>
    <w:docPart>
      <w:docPartPr>
        <w:name w:val="27966F2DCD164EDF9D9E86E2C2FF33D8"/>
        <w:category>
          <w:name w:val="General"/>
          <w:gallery w:val="placeholder"/>
        </w:category>
        <w:types>
          <w:type w:val="bbPlcHdr"/>
        </w:types>
        <w:behaviors>
          <w:behavior w:val="content"/>
        </w:behaviors>
        <w:guid w:val="{728061B7-929E-450F-B483-3EB1872CB5A9}"/>
      </w:docPartPr>
      <w:docPartBody>
        <w:p w:rsidR="004079D4" w:rsidRDefault="00BA2E8D" w:rsidP="00BA2E8D">
          <w:pPr>
            <w:pStyle w:val="27966F2DCD164EDF9D9E86E2C2FF33D8"/>
          </w:pPr>
          <w:r>
            <w:rPr>
              <w:color w:val="555555"/>
            </w:rPr>
            <w:t>[Enter number]</w:t>
          </w:r>
        </w:p>
      </w:docPartBody>
    </w:docPart>
    <w:docPart>
      <w:docPartPr>
        <w:name w:val="065E664ED67A49779979EFFCEE363651"/>
        <w:category>
          <w:name w:val="General"/>
          <w:gallery w:val="placeholder"/>
        </w:category>
        <w:types>
          <w:type w:val="bbPlcHdr"/>
        </w:types>
        <w:behaviors>
          <w:behavior w:val="content"/>
        </w:behaviors>
        <w:guid w:val="{E41C4625-BA8C-48E0-8B4F-BB075C33D5C1}"/>
      </w:docPartPr>
      <w:docPartBody>
        <w:p w:rsidR="004079D4" w:rsidRDefault="00BA2E8D" w:rsidP="00BA2E8D">
          <w:pPr>
            <w:pStyle w:val="065E664ED67A49779979EFFCEE363651"/>
          </w:pPr>
          <w:r>
            <w:rPr>
              <w:color w:val="555555"/>
            </w:rPr>
            <w:t>[Enter number]</w:t>
          </w:r>
        </w:p>
      </w:docPartBody>
    </w:docPart>
    <w:docPart>
      <w:docPartPr>
        <w:name w:val="5C98AE59360F42B2874E7504BB6C7EFF"/>
        <w:category>
          <w:name w:val="General"/>
          <w:gallery w:val="placeholder"/>
        </w:category>
        <w:types>
          <w:type w:val="bbPlcHdr"/>
        </w:types>
        <w:behaviors>
          <w:behavior w:val="content"/>
        </w:behaviors>
        <w:guid w:val="{FBCCE778-C7B9-4194-B0A8-F3EA6E323A0B}"/>
      </w:docPartPr>
      <w:docPartBody>
        <w:p w:rsidR="004079D4" w:rsidRDefault="00BA2E8D" w:rsidP="00BA2E8D">
          <w:pPr>
            <w:pStyle w:val="5C98AE59360F42B2874E7504BB6C7EFF"/>
          </w:pPr>
          <w:r>
            <w:rPr>
              <w:color w:val="555555"/>
            </w:rPr>
            <w:t>[Enter number]</w:t>
          </w:r>
        </w:p>
      </w:docPartBody>
    </w:docPart>
    <w:docPart>
      <w:docPartPr>
        <w:name w:val="2FAF0DEBAC6B40A1B5CFC1FABF6ADAF8"/>
        <w:category>
          <w:name w:val="General"/>
          <w:gallery w:val="placeholder"/>
        </w:category>
        <w:types>
          <w:type w:val="bbPlcHdr"/>
        </w:types>
        <w:behaviors>
          <w:behavior w:val="content"/>
        </w:behaviors>
        <w:guid w:val="{CE2809DA-9E52-4427-B7FE-E8718A63BB49}"/>
      </w:docPartPr>
      <w:docPartBody>
        <w:p w:rsidR="004079D4" w:rsidRDefault="00BA2E8D" w:rsidP="00BA2E8D">
          <w:pPr>
            <w:pStyle w:val="2FAF0DEBAC6B40A1B5CFC1FABF6ADAF8"/>
          </w:pPr>
          <w:r>
            <w:rPr>
              <w:color w:val="555555"/>
            </w:rPr>
            <w:t>[Enter Objective 4D narrative response]</w:t>
          </w:r>
        </w:p>
      </w:docPartBody>
    </w:docPart>
    <w:docPart>
      <w:docPartPr>
        <w:name w:val="38AEFCD6F8634107A2BEAF051A4F0832"/>
        <w:category>
          <w:name w:val="General"/>
          <w:gallery w:val="placeholder"/>
        </w:category>
        <w:types>
          <w:type w:val="bbPlcHdr"/>
        </w:types>
        <w:behaviors>
          <w:behavior w:val="content"/>
        </w:behaviors>
        <w:guid w:val="{BB569C5F-A5FE-47ED-81D8-982F91C1AFD6}"/>
      </w:docPartPr>
      <w:docPartBody>
        <w:p w:rsidR="004079D4" w:rsidRDefault="00BA2E8D" w:rsidP="00BA2E8D">
          <w:pPr>
            <w:pStyle w:val="38AEFCD6F8634107A2BEAF051A4F0832"/>
          </w:pPr>
          <w:r>
            <w:rPr>
              <w:color w:val="555555"/>
            </w:rPr>
            <w:t>[Enter number]</w:t>
          </w:r>
        </w:p>
      </w:docPartBody>
    </w:docPart>
    <w:docPart>
      <w:docPartPr>
        <w:name w:val="619930647F134FA5BF03D239287262D1"/>
        <w:category>
          <w:name w:val="General"/>
          <w:gallery w:val="placeholder"/>
        </w:category>
        <w:types>
          <w:type w:val="bbPlcHdr"/>
        </w:types>
        <w:behaviors>
          <w:behavior w:val="content"/>
        </w:behaviors>
        <w:guid w:val="{B1210E0B-4228-422D-B713-77F24AC64876}"/>
      </w:docPartPr>
      <w:docPartBody>
        <w:p w:rsidR="004079D4" w:rsidRDefault="00BA2E8D" w:rsidP="00BA2E8D">
          <w:pPr>
            <w:pStyle w:val="619930647F134FA5BF03D239287262D1"/>
          </w:pPr>
          <w:r>
            <w:rPr>
              <w:color w:val="555555"/>
            </w:rPr>
            <w:t>[Enter number]</w:t>
          </w:r>
        </w:p>
      </w:docPartBody>
    </w:docPart>
    <w:docPart>
      <w:docPartPr>
        <w:name w:val="6C1FF99793B64300A58C8E2F112E0EFF"/>
        <w:category>
          <w:name w:val="General"/>
          <w:gallery w:val="placeholder"/>
        </w:category>
        <w:types>
          <w:type w:val="bbPlcHdr"/>
        </w:types>
        <w:behaviors>
          <w:behavior w:val="content"/>
        </w:behaviors>
        <w:guid w:val="{223D3BB7-2E44-4786-B6ED-D986B170B1E5}"/>
      </w:docPartPr>
      <w:docPartBody>
        <w:p w:rsidR="004079D4" w:rsidRDefault="00BA2E8D" w:rsidP="00BA2E8D">
          <w:pPr>
            <w:pStyle w:val="6C1FF99793B64300A58C8E2F112E0EFF"/>
          </w:pPr>
          <w:r>
            <w:rPr>
              <w:color w:val="555555"/>
            </w:rPr>
            <w:t>[Enter number]</w:t>
          </w:r>
        </w:p>
      </w:docPartBody>
    </w:docPart>
    <w:docPart>
      <w:docPartPr>
        <w:name w:val="6B7B1661C3C94B9BA00E487482F82FDF"/>
        <w:category>
          <w:name w:val="General"/>
          <w:gallery w:val="placeholder"/>
        </w:category>
        <w:types>
          <w:type w:val="bbPlcHdr"/>
        </w:types>
        <w:behaviors>
          <w:behavior w:val="content"/>
        </w:behaviors>
        <w:guid w:val="{3CE9B53C-9DD8-45F3-8A91-D2D36608C3D0}"/>
      </w:docPartPr>
      <w:docPartBody>
        <w:p w:rsidR="004079D4" w:rsidRDefault="00BA2E8D" w:rsidP="00BA2E8D">
          <w:pPr>
            <w:pStyle w:val="6B7B1661C3C94B9BA00E487482F82FDF"/>
          </w:pPr>
          <w:r>
            <w:rPr>
              <w:color w:val="555555"/>
            </w:rPr>
            <w:t>[Enter number]</w:t>
          </w:r>
        </w:p>
      </w:docPartBody>
    </w:docPart>
    <w:docPart>
      <w:docPartPr>
        <w:name w:val="BD7E3AF364B64FCF9E0593293D565233"/>
        <w:category>
          <w:name w:val="General"/>
          <w:gallery w:val="placeholder"/>
        </w:category>
        <w:types>
          <w:type w:val="bbPlcHdr"/>
        </w:types>
        <w:behaviors>
          <w:behavior w:val="content"/>
        </w:behaviors>
        <w:guid w:val="{97E0204E-C2E3-4648-85AC-2B0759B0E20C}"/>
      </w:docPartPr>
      <w:docPartBody>
        <w:p w:rsidR="004079D4" w:rsidRDefault="00BA2E8D" w:rsidP="00BA2E8D">
          <w:pPr>
            <w:pStyle w:val="BD7E3AF364B64FCF9E0593293D565233"/>
          </w:pPr>
          <w:r>
            <w:rPr>
              <w:color w:val="555555"/>
            </w:rPr>
            <w:t>[Enter number]</w:t>
          </w:r>
        </w:p>
      </w:docPartBody>
    </w:docPart>
    <w:docPart>
      <w:docPartPr>
        <w:name w:val="DC75F5DF625C4C54B8A034E3717DD1C9"/>
        <w:category>
          <w:name w:val="General"/>
          <w:gallery w:val="placeholder"/>
        </w:category>
        <w:types>
          <w:type w:val="bbPlcHdr"/>
        </w:types>
        <w:behaviors>
          <w:behavior w:val="content"/>
        </w:behaviors>
        <w:guid w:val="{AFEF4C07-0CBC-4C26-A3D0-64F6AD7C5740}"/>
      </w:docPartPr>
      <w:docPartBody>
        <w:p w:rsidR="004079D4" w:rsidRDefault="00BA2E8D" w:rsidP="00BA2E8D">
          <w:pPr>
            <w:pStyle w:val="DC75F5DF625C4C54B8A034E3717DD1C9"/>
          </w:pPr>
          <w:r>
            <w:rPr>
              <w:color w:val="555555"/>
            </w:rPr>
            <w:t>[Enter number]</w:t>
          </w:r>
        </w:p>
      </w:docPartBody>
    </w:docPart>
    <w:docPart>
      <w:docPartPr>
        <w:name w:val="2FC70F612D19478AB379EDFB2CB1CF22"/>
        <w:category>
          <w:name w:val="General"/>
          <w:gallery w:val="placeholder"/>
        </w:category>
        <w:types>
          <w:type w:val="bbPlcHdr"/>
        </w:types>
        <w:behaviors>
          <w:behavior w:val="content"/>
        </w:behaviors>
        <w:guid w:val="{9934848C-F6B6-478D-814D-7AC4329AD0D2}"/>
      </w:docPartPr>
      <w:docPartBody>
        <w:p w:rsidR="004079D4" w:rsidRDefault="00BA2E8D" w:rsidP="00BA2E8D">
          <w:pPr>
            <w:pStyle w:val="2FC70F612D19478AB379EDFB2CB1CF22"/>
          </w:pPr>
          <w:r>
            <w:rPr>
              <w:color w:val="555555"/>
            </w:rPr>
            <w:t>[Enter number]</w:t>
          </w:r>
        </w:p>
      </w:docPartBody>
    </w:docPart>
    <w:docPart>
      <w:docPartPr>
        <w:name w:val="25D5DC692E6242C69469314EC493934E"/>
        <w:category>
          <w:name w:val="General"/>
          <w:gallery w:val="placeholder"/>
        </w:category>
        <w:types>
          <w:type w:val="bbPlcHdr"/>
        </w:types>
        <w:behaviors>
          <w:behavior w:val="content"/>
        </w:behaviors>
        <w:guid w:val="{A41DF912-AF26-42B4-9F0A-CE2C8DA6C201}"/>
      </w:docPartPr>
      <w:docPartBody>
        <w:p w:rsidR="004079D4" w:rsidRDefault="00BA2E8D" w:rsidP="00BA2E8D">
          <w:pPr>
            <w:pStyle w:val="25D5DC692E6242C69469314EC493934E"/>
          </w:pPr>
          <w:r>
            <w:rPr>
              <w:color w:val="555555"/>
            </w:rPr>
            <w:t>[Enter number]</w:t>
          </w:r>
        </w:p>
      </w:docPartBody>
    </w:docPart>
    <w:docPart>
      <w:docPartPr>
        <w:name w:val="53E77274DCFA4E3FACECF19DB9E2AE4E"/>
        <w:category>
          <w:name w:val="General"/>
          <w:gallery w:val="placeholder"/>
        </w:category>
        <w:types>
          <w:type w:val="bbPlcHdr"/>
        </w:types>
        <w:behaviors>
          <w:behavior w:val="content"/>
        </w:behaviors>
        <w:guid w:val="{FFEF8AEF-50F2-4A85-9044-155BDD297CAD}"/>
      </w:docPartPr>
      <w:docPartBody>
        <w:p w:rsidR="004079D4" w:rsidRDefault="00BA2E8D" w:rsidP="00BA2E8D">
          <w:pPr>
            <w:pStyle w:val="53E77274DCFA4E3FACECF19DB9E2AE4E"/>
          </w:pPr>
          <w:r>
            <w:rPr>
              <w:color w:val="555555"/>
            </w:rPr>
            <w:t>[Enter number]</w:t>
          </w:r>
        </w:p>
      </w:docPartBody>
    </w:docPart>
    <w:docPart>
      <w:docPartPr>
        <w:name w:val="321D636EE87245F0832A3D69046E794C"/>
        <w:category>
          <w:name w:val="General"/>
          <w:gallery w:val="placeholder"/>
        </w:category>
        <w:types>
          <w:type w:val="bbPlcHdr"/>
        </w:types>
        <w:behaviors>
          <w:behavior w:val="content"/>
        </w:behaviors>
        <w:guid w:val="{DFC7A609-D1C4-4A0D-9EF1-2947450F9A6A}"/>
      </w:docPartPr>
      <w:docPartBody>
        <w:p w:rsidR="004079D4" w:rsidRDefault="00BA2E8D" w:rsidP="00BA2E8D">
          <w:pPr>
            <w:pStyle w:val="321D636EE87245F0832A3D69046E794C"/>
          </w:pPr>
          <w:r>
            <w:rPr>
              <w:color w:val="555555"/>
            </w:rPr>
            <w:t>[Enter number]</w:t>
          </w:r>
        </w:p>
      </w:docPartBody>
    </w:docPart>
    <w:docPart>
      <w:docPartPr>
        <w:name w:val="08FBC6FCA12444D38B9FEE2784194FF2"/>
        <w:category>
          <w:name w:val="General"/>
          <w:gallery w:val="placeholder"/>
        </w:category>
        <w:types>
          <w:type w:val="bbPlcHdr"/>
        </w:types>
        <w:behaviors>
          <w:behavior w:val="content"/>
        </w:behaviors>
        <w:guid w:val="{9C67D89B-DF81-42A1-B1A7-3F5591CD2E38}"/>
      </w:docPartPr>
      <w:docPartBody>
        <w:p w:rsidR="004079D4" w:rsidRDefault="00BA2E8D" w:rsidP="00BA2E8D">
          <w:pPr>
            <w:pStyle w:val="08FBC6FCA12444D38B9FEE2784194FF2"/>
          </w:pPr>
          <w:r>
            <w:rPr>
              <w:color w:val="555555"/>
            </w:rPr>
            <w:t>[Enter number]</w:t>
          </w:r>
        </w:p>
      </w:docPartBody>
    </w:docPart>
    <w:docPart>
      <w:docPartPr>
        <w:name w:val="CF1C5CE7C8744650BBE889156A915EE4"/>
        <w:category>
          <w:name w:val="General"/>
          <w:gallery w:val="placeholder"/>
        </w:category>
        <w:types>
          <w:type w:val="bbPlcHdr"/>
        </w:types>
        <w:behaviors>
          <w:behavior w:val="content"/>
        </w:behaviors>
        <w:guid w:val="{D8B8EF60-DD10-46FB-8F58-23A6276DF139}"/>
      </w:docPartPr>
      <w:docPartBody>
        <w:p w:rsidR="004079D4" w:rsidRDefault="00BA2E8D" w:rsidP="00BA2E8D">
          <w:pPr>
            <w:pStyle w:val="CF1C5CE7C8744650BBE889156A915EE4"/>
          </w:pPr>
          <w:r>
            <w:rPr>
              <w:color w:val="555555"/>
            </w:rPr>
            <w:t>[Enter number]</w:t>
          </w:r>
        </w:p>
      </w:docPartBody>
    </w:docPart>
    <w:docPart>
      <w:docPartPr>
        <w:name w:val="BB524AED888A4EF988F6416BCF118B41"/>
        <w:category>
          <w:name w:val="General"/>
          <w:gallery w:val="placeholder"/>
        </w:category>
        <w:types>
          <w:type w:val="bbPlcHdr"/>
        </w:types>
        <w:behaviors>
          <w:behavior w:val="content"/>
        </w:behaviors>
        <w:guid w:val="{6083B4DC-1672-4D36-A7AF-338A07F18030}"/>
      </w:docPartPr>
      <w:docPartBody>
        <w:p w:rsidR="004079D4" w:rsidRDefault="00BA2E8D" w:rsidP="00BA2E8D">
          <w:pPr>
            <w:pStyle w:val="BB524AED888A4EF988F6416BCF118B41"/>
          </w:pPr>
          <w:r>
            <w:rPr>
              <w:color w:val="555555"/>
            </w:rPr>
            <w:t>[Enter number]</w:t>
          </w:r>
        </w:p>
      </w:docPartBody>
    </w:docPart>
    <w:docPart>
      <w:docPartPr>
        <w:name w:val="5DA5F41FDA164637A0071442B1D91A1D"/>
        <w:category>
          <w:name w:val="General"/>
          <w:gallery w:val="placeholder"/>
        </w:category>
        <w:types>
          <w:type w:val="bbPlcHdr"/>
        </w:types>
        <w:behaviors>
          <w:behavior w:val="content"/>
        </w:behaviors>
        <w:guid w:val="{37C7F6B2-191E-481A-9BF8-ED598BC5C64F}"/>
      </w:docPartPr>
      <w:docPartBody>
        <w:p w:rsidR="004079D4" w:rsidRDefault="00BA2E8D" w:rsidP="00BA2E8D">
          <w:pPr>
            <w:pStyle w:val="5DA5F41FDA164637A0071442B1D91A1D"/>
          </w:pPr>
          <w:r>
            <w:rPr>
              <w:color w:val="555555"/>
            </w:rPr>
            <w:t>[Enter number]</w:t>
          </w:r>
        </w:p>
      </w:docPartBody>
    </w:docPart>
    <w:docPart>
      <w:docPartPr>
        <w:name w:val="4BB50C344F67429885E1DC2645C5F82F"/>
        <w:category>
          <w:name w:val="General"/>
          <w:gallery w:val="placeholder"/>
        </w:category>
        <w:types>
          <w:type w:val="bbPlcHdr"/>
        </w:types>
        <w:behaviors>
          <w:behavior w:val="content"/>
        </w:behaviors>
        <w:guid w:val="{6BA9E893-13B9-4955-8F6A-743CAD600D7C}"/>
      </w:docPartPr>
      <w:docPartBody>
        <w:p w:rsidR="004079D4" w:rsidRDefault="00BA2E8D" w:rsidP="00BA2E8D">
          <w:pPr>
            <w:pStyle w:val="4BB50C344F67429885E1DC2645C5F82F"/>
          </w:pPr>
          <w:r>
            <w:rPr>
              <w:color w:val="555555"/>
            </w:rPr>
            <w:t>[Enter number]</w:t>
          </w:r>
        </w:p>
      </w:docPartBody>
    </w:docPart>
    <w:docPart>
      <w:docPartPr>
        <w:name w:val="92DCB545F6244A1B880AAACE3305C73A"/>
        <w:category>
          <w:name w:val="General"/>
          <w:gallery w:val="placeholder"/>
        </w:category>
        <w:types>
          <w:type w:val="bbPlcHdr"/>
        </w:types>
        <w:behaviors>
          <w:behavior w:val="content"/>
        </w:behaviors>
        <w:guid w:val="{A8D45B34-C630-4EE4-8EF3-011E0E5A19C9}"/>
      </w:docPartPr>
      <w:docPartBody>
        <w:p w:rsidR="004079D4" w:rsidRDefault="00BA2E8D" w:rsidP="00BA2E8D">
          <w:pPr>
            <w:pStyle w:val="92DCB545F6244A1B880AAACE3305C73A"/>
          </w:pPr>
          <w:r>
            <w:rPr>
              <w:color w:val="555555"/>
            </w:rPr>
            <w:t>[Enter number]</w:t>
          </w:r>
        </w:p>
      </w:docPartBody>
    </w:docPart>
    <w:docPart>
      <w:docPartPr>
        <w:name w:val="99413DE662D64CF3BD12549B6C81593F"/>
        <w:category>
          <w:name w:val="General"/>
          <w:gallery w:val="placeholder"/>
        </w:category>
        <w:types>
          <w:type w:val="bbPlcHdr"/>
        </w:types>
        <w:behaviors>
          <w:behavior w:val="content"/>
        </w:behaviors>
        <w:guid w:val="{50AE8E93-7D20-4262-A518-D93C14348213}"/>
      </w:docPartPr>
      <w:docPartBody>
        <w:p w:rsidR="004079D4" w:rsidRDefault="00BA2E8D" w:rsidP="00BA2E8D">
          <w:pPr>
            <w:pStyle w:val="99413DE662D64CF3BD12549B6C81593F"/>
          </w:pPr>
          <w:r>
            <w:rPr>
              <w:color w:val="555555"/>
            </w:rPr>
            <w:t>[Enter number]</w:t>
          </w:r>
        </w:p>
      </w:docPartBody>
    </w:docPart>
    <w:docPart>
      <w:docPartPr>
        <w:name w:val="7546957865C540D7B4926800654F7094"/>
        <w:category>
          <w:name w:val="General"/>
          <w:gallery w:val="placeholder"/>
        </w:category>
        <w:types>
          <w:type w:val="bbPlcHdr"/>
        </w:types>
        <w:behaviors>
          <w:behavior w:val="content"/>
        </w:behaviors>
        <w:guid w:val="{E6F9B0FB-D9FA-481C-BD6A-15F30F718FB9}"/>
      </w:docPartPr>
      <w:docPartBody>
        <w:p w:rsidR="004079D4" w:rsidRDefault="00BA2E8D" w:rsidP="00BA2E8D">
          <w:pPr>
            <w:pStyle w:val="7546957865C540D7B4926800654F7094"/>
          </w:pPr>
          <w:r>
            <w:rPr>
              <w:color w:val="555555"/>
            </w:rPr>
            <w:t>[Enter number]</w:t>
          </w:r>
        </w:p>
      </w:docPartBody>
    </w:docPart>
    <w:docPart>
      <w:docPartPr>
        <w:name w:val="1C42A7038AC54A2EAEEE8114673722DE"/>
        <w:category>
          <w:name w:val="General"/>
          <w:gallery w:val="placeholder"/>
        </w:category>
        <w:types>
          <w:type w:val="bbPlcHdr"/>
        </w:types>
        <w:behaviors>
          <w:behavior w:val="content"/>
        </w:behaviors>
        <w:guid w:val="{CF913C69-BEB9-4BDE-BFD0-6D49CFCE51F3}"/>
      </w:docPartPr>
      <w:docPartBody>
        <w:p w:rsidR="004079D4" w:rsidRDefault="00BA2E8D" w:rsidP="00BA2E8D">
          <w:pPr>
            <w:pStyle w:val="1C42A7038AC54A2EAEEE8114673722DE"/>
          </w:pPr>
          <w:r>
            <w:rPr>
              <w:color w:val="555555"/>
            </w:rPr>
            <w:t>[Enter number]</w:t>
          </w:r>
        </w:p>
      </w:docPartBody>
    </w:docPart>
    <w:docPart>
      <w:docPartPr>
        <w:name w:val="CBC171E0ACFA41DFB23341ED8A1C712A"/>
        <w:category>
          <w:name w:val="General"/>
          <w:gallery w:val="placeholder"/>
        </w:category>
        <w:types>
          <w:type w:val="bbPlcHdr"/>
        </w:types>
        <w:behaviors>
          <w:behavior w:val="content"/>
        </w:behaviors>
        <w:guid w:val="{C0731BFF-3F20-4445-89FD-63FFFB8A555C}"/>
      </w:docPartPr>
      <w:docPartBody>
        <w:p w:rsidR="004079D4" w:rsidRDefault="00BA2E8D" w:rsidP="00BA2E8D">
          <w:pPr>
            <w:pStyle w:val="CBC171E0ACFA41DFB23341ED8A1C712A"/>
          </w:pPr>
          <w:r>
            <w:rPr>
              <w:color w:val="555555"/>
            </w:rPr>
            <w:t>[Enter number]</w:t>
          </w:r>
        </w:p>
      </w:docPartBody>
    </w:docPart>
    <w:docPart>
      <w:docPartPr>
        <w:name w:val="D3248BA9BB814E7DB308BCB620AC1C78"/>
        <w:category>
          <w:name w:val="General"/>
          <w:gallery w:val="placeholder"/>
        </w:category>
        <w:types>
          <w:type w:val="bbPlcHdr"/>
        </w:types>
        <w:behaviors>
          <w:behavior w:val="content"/>
        </w:behaviors>
        <w:guid w:val="{2CE718CD-CDB1-4E39-8D71-521A871C1908}"/>
      </w:docPartPr>
      <w:docPartBody>
        <w:p w:rsidR="004079D4" w:rsidRDefault="00BA2E8D" w:rsidP="00BA2E8D">
          <w:pPr>
            <w:pStyle w:val="D3248BA9BB814E7DB308BCB620AC1C78"/>
          </w:pPr>
          <w:r>
            <w:rPr>
              <w:color w:val="555555"/>
            </w:rPr>
            <w:t>[Enter number]</w:t>
          </w:r>
        </w:p>
      </w:docPartBody>
    </w:docPart>
    <w:docPart>
      <w:docPartPr>
        <w:name w:val="6E5D3F07998D494DA2F7ACFC7825FE93"/>
        <w:category>
          <w:name w:val="General"/>
          <w:gallery w:val="placeholder"/>
        </w:category>
        <w:types>
          <w:type w:val="bbPlcHdr"/>
        </w:types>
        <w:behaviors>
          <w:behavior w:val="content"/>
        </w:behaviors>
        <w:guid w:val="{15262B99-CBAD-4D6B-A7DA-3D595B8EF7AF}"/>
      </w:docPartPr>
      <w:docPartBody>
        <w:p w:rsidR="004079D4" w:rsidRDefault="00BA2E8D" w:rsidP="00BA2E8D">
          <w:pPr>
            <w:pStyle w:val="6E5D3F07998D494DA2F7ACFC7825FE93"/>
          </w:pPr>
          <w:r>
            <w:rPr>
              <w:color w:val="555555"/>
            </w:rPr>
            <w:t>[Enter number]</w:t>
          </w:r>
        </w:p>
      </w:docPartBody>
    </w:docPart>
    <w:docPart>
      <w:docPartPr>
        <w:name w:val="09CBF984F2F14D488C7BE64233853D9F"/>
        <w:category>
          <w:name w:val="General"/>
          <w:gallery w:val="placeholder"/>
        </w:category>
        <w:types>
          <w:type w:val="bbPlcHdr"/>
        </w:types>
        <w:behaviors>
          <w:behavior w:val="content"/>
        </w:behaviors>
        <w:guid w:val="{18068E5E-117D-44BC-9EC0-663ED85FAB90}"/>
      </w:docPartPr>
      <w:docPartBody>
        <w:p w:rsidR="004079D4" w:rsidRDefault="00BA2E8D" w:rsidP="00BA2E8D">
          <w:pPr>
            <w:pStyle w:val="09CBF984F2F14D488C7BE64233853D9F"/>
          </w:pPr>
          <w:r>
            <w:rPr>
              <w:color w:val="555555"/>
            </w:rPr>
            <w:t>[Enter number]</w:t>
          </w:r>
        </w:p>
      </w:docPartBody>
    </w:docPart>
    <w:docPart>
      <w:docPartPr>
        <w:name w:val="39C3D55323E84E7697FDF140350ECA7D"/>
        <w:category>
          <w:name w:val="General"/>
          <w:gallery w:val="placeholder"/>
        </w:category>
        <w:types>
          <w:type w:val="bbPlcHdr"/>
        </w:types>
        <w:behaviors>
          <w:behavior w:val="content"/>
        </w:behaviors>
        <w:guid w:val="{EA5D8276-1581-45A8-A0DE-623A5E0411F5}"/>
      </w:docPartPr>
      <w:docPartBody>
        <w:p w:rsidR="004079D4" w:rsidRDefault="00BA2E8D" w:rsidP="00BA2E8D">
          <w:pPr>
            <w:pStyle w:val="39C3D55323E84E7697FDF140350ECA7D"/>
          </w:pPr>
          <w:r>
            <w:rPr>
              <w:color w:val="555555"/>
            </w:rPr>
            <w:t>[Enter number]</w:t>
          </w:r>
        </w:p>
      </w:docPartBody>
    </w:docPart>
    <w:docPart>
      <w:docPartPr>
        <w:name w:val="EE99F5EACF87436099F041B7725AE0E2"/>
        <w:category>
          <w:name w:val="General"/>
          <w:gallery w:val="placeholder"/>
        </w:category>
        <w:types>
          <w:type w:val="bbPlcHdr"/>
        </w:types>
        <w:behaviors>
          <w:behavior w:val="content"/>
        </w:behaviors>
        <w:guid w:val="{971CC1B1-4110-4FF3-A929-B8FB6E499E1D}"/>
      </w:docPartPr>
      <w:docPartBody>
        <w:p w:rsidR="004079D4" w:rsidRDefault="00BA2E8D" w:rsidP="00BA2E8D">
          <w:pPr>
            <w:pStyle w:val="EE99F5EACF87436099F041B7725AE0E2"/>
          </w:pPr>
          <w:r>
            <w:rPr>
              <w:color w:val="555555"/>
            </w:rPr>
            <w:t>[Enter number]</w:t>
          </w:r>
        </w:p>
      </w:docPartBody>
    </w:docPart>
    <w:docPart>
      <w:docPartPr>
        <w:name w:val="9E28164B1CCA454D8C86C603ABA67DE2"/>
        <w:category>
          <w:name w:val="General"/>
          <w:gallery w:val="placeholder"/>
        </w:category>
        <w:types>
          <w:type w:val="bbPlcHdr"/>
        </w:types>
        <w:behaviors>
          <w:behavior w:val="content"/>
        </w:behaviors>
        <w:guid w:val="{AB9C6675-47FF-4947-85AC-763AD8915A7F}"/>
      </w:docPartPr>
      <w:docPartBody>
        <w:p w:rsidR="004079D4" w:rsidRDefault="00BA2E8D" w:rsidP="00BA2E8D">
          <w:pPr>
            <w:pStyle w:val="9E28164B1CCA454D8C86C603ABA67DE2"/>
          </w:pPr>
          <w:r>
            <w:rPr>
              <w:color w:val="555555"/>
            </w:rPr>
            <w:t>[Enter number]</w:t>
          </w:r>
        </w:p>
      </w:docPartBody>
    </w:docPart>
    <w:docPart>
      <w:docPartPr>
        <w:name w:val="9470C5961D1D4C99A6726694659A20B3"/>
        <w:category>
          <w:name w:val="General"/>
          <w:gallery w:val="placeholder"/>
        </w:category>
        <w:types>
          <w:type w:val="bbPlcHdr"/>
        </w:types>
        <w:behaviors>
          <w:behavior w:val="content"/>
        </w:behaviors>
        <w:guid w:val="{0DB33E1F-9A72-4446-8C1B-91F6E7169E98}"/>
      </w:docPartPr>
      <w:docPartBody>
        <w:p w:rsidR="004079D4" w:rsidRDefault="00BA2E8D" w:rsidP="00BA2E8D">
          <w:pPr>
            <w:pStyle w:val="9470C5961D1D4C99A6726694659A20B3"/>
          </w:pPr>
          <w:r>
            <w:rPr>
              <w:color w:val="555555"/>
            </w:rPr>
            <w:t>[Enter number]</w:t>
          </w:r>
        </w:p>
      </w:docPartBody>
    </w:docPart>
    <w:docPart>
      <w:docPartPr>
        <w:name w:val="3E1DBB48660B44F4BA7C30171DB68C2D"/>
        <w:category>
          <w:name w:val="General"/>
          <w:gallery w:val="placeholder"/>
        </w:category>
        <w:types>
          <w:type w:val="bbPlcHdr"/>
        </w:types>
        <w:behaviors>
          <w:behavior w:val="content"/>
        </w:behaviors>
        <w:guid w:val="{EEB8FF22-2FB1-4F8D-BBE4-262ADDBE1FCC}"/>
      </w:docPartPr>
      <w:docPartBody>
        <w:p w:rsidR="004079D4" w:rsidRDefault="00BA2E8D" w:rsidP="00BA2E8D">
          <w:pPr>
            <w:pStyle w:val="3E1DBB48660B44F4BA7C30171DB68C2D"/>
          </w:pPr>
          <w:r>
            <w:rPr>
              <w:color w:val="555555"/>
            </w:rPr>
            <w:t>[Enter number]</w:t>
          </w:r>
        </w:p>
      </w:docPartBody>
    </w:docPart>
    <w:docPart>
      <w:docPartPr>
        <w:name w:val="98DE583864BD43CD8746D1C1AA4EC453"/>
        <w:category>
          <w:name w:val="General"/>
          <w:gallery w:val="placeholder"/>
        </w:category>
        <w:types>
          <w:type w:val="bbPlcHdr"/>
        </w:types>
        <w:behaviors>
          <w:behavior w:val="content"/>
        </w:behaviors>
        <w:guid w:val="{A994D12D-A90D-4372-BB1E-9D87EF4ABF97}"/>
      </w:docPartPr>
      <w:docPartBody>
        <w:p w:rsidR="004079D4" w:rsidRDefault="00BA2E8D" w:rsidP="00BA2E8D">
          <w:pPr>
            <w:pStyle w:val="98DE583864BD43CD8746D1C1AA4EC453"/>
          </w:pPr>
          <w:r>
            <w:rPr>
              <w:color w:val="555555"/>
            </w:rPr>
            <w:t>[Enter number]</w:t>
          </w:r>
        </w:p>
      </w:docPartBody>
    </w:docPart>
    <w:docPart>
      <w:docPartPr>
        <w:name w:val="D092E6BCD05D4346863F77CEB7B19A3E"/>
        <w:category>
          <w:name w:val="General"/>
          <w:gallery w:val="placeholder"/>
        </w:category>
        <w:types>
          <w:type w:val="bbPlcHdr"/>
        </w:types>
        <w:behaviors>
          <w:behavior w:val="content"/>
        </w:behaviors>
        <w:guid w:val="{22CE6645-0DD4-4FB5-A981-643BC171FB8B}"/>
      </w:docPartPr>
      <w:docPartBody>
        <w:p w:rsidR="004079D4" w:rsidRDefault="00BA2E8D" w:rsidP="00BA2E8D">
          <w:pPr>
            <w:pStyle w:val="D092E6BCD05D4346863F77CEB7B19A3E"/>
          </w:pPr>
          <w:r>
            <w:rPr>
              <w:color w:val="555555"/>
            </w:rPr>
            <w:t>[Enter number]</w:t>
          </w:r>
        </w:p>
      </w:docPartBody>
    </w:docPart>
    <w:docPart>
      <w:docPartPr>
        <w:name w:val="07E9BC601F174DA6B840CEC528C95B95"/>
        <w:category>
          <w:name w:val="General"/>
          <w:gallery w:val="placeholder"/>
        </w:category>
        <w:types>
          <w:type w:val="bbPlcHdr"/>
        </w:types>
        <w:behaviors>
          <w:behavior w:val="content"/>
        </w:behaviors>
        <w:guid w:val="{B310EAC8-EC64-4AA4-B5F6-9466910BF824}"/>
      </w:docPartPr>
      <w:docPartBody>
        <w:p w:rsidR="004079D4" w:rsidRDefault="00BA2E8D" w:rsidP="00BA2E8D">
          <w:pPr>
            <w:pStyle w:val="07E9BC601F174DA6B840CEC528C95B95"/>
          </w:pPr>
          <w:r>
            <w:rPr>
              <w:color w:val="555555"/>
            </w:rPr>
            <w:t>[Enter number]</w:t>
          </w:r>
        </w:p>
      </w:docPartBody>
    </w:docPart>
    <w:docPart>
      <w:docPartPr>
        <w:name w:val="8AAA49D1E8A8472B962B8808BD68A28E"/>
        <w:category>
          <w:name w:val="General"/>
          <w:gallery w:val="placeholder"/>
        </w:category>
        <w:types>
          <w:type w:val="bbPlcHdr"/>
        </w:types>
        <w:behaviors>
          <w:behavior w:val="content"/>
        </w:behaviors>
        <w:guid w:val="{32658BBE-1846-464E-B25F-B873A6940A87}"/>
      </w:docPartPr>
      <w:docPartBody>
        <w:p w:rsidR="004079D4" w:rsidRDefault="00BA2E8D" w:rsidP="00BA2E8D">
          <w:pPr>
            <w:pStyle w:val="8AAA49D1E8A8472B962B8808BD68A28E"/>
          </w:pPr>
          <w:r>
            <w:rPr>
              <w:color w:val="555555"/>
            </w:rPr>
            <w:t>[Enter number]</w:t>
          </w:r>
        </w:p>
      </w:docPartBody>
    </w:docPart>
    <w:docPart>
      <w:docPartPr>
        <w:name w:val="26728A5A6D564281B00C717D38C0CEEE"/>
        <w:category>
          <w:name w:val="General"/>
          <w:gallery w:val="placeholder"/>
        </w:category>
        <w:types>
          <w:type w:val="bbPlcHdr"/>
        </w:types>
        <w:behaviors>
          <w:behavior w:val="content"/>
        </w:behaviors>
        <w:guid w:val="{F73518A2-DC0A-4CD6-832B-9518F35CB901}"/>
      </w:docPartPr>
      <w:docPartBody>
        <w:p w:rsidR="004079D4" w:rsidRDefault="00BA2E8D" w:rsidP="00BA2E8D">
          <w:pPr>
            <w:pStyle w:val="26728A5A6D564281B00C717D38C0CEEE"/>
          </w:pPr>
          <w:r>
            <w:rPr>
              <w:color w:val="555555"/>
            </w:rPr>
            <w:t>[Enter Objective 5D narrative response]</w:t>
          </w:r>
        </w:p>
      </w:docPartBody>
    </w:docPart>
    <w:docPart>
      <w:docPartPr>
        <w:name w:val="C3972C40287D42C898AE475FA5D2DCD4"/>
        <w:category>
          <w:name w:val="General"/>
          <w:gallery w:val="placeholder"/>
        </w:category>
        <w:types>
          <w:type w:val="bbPlcHdr"/>
        </w:types>
        <w:behaviors>
          <w:behavior w:val="content"/>
        </w:behaviors>
        <w:guid w:val="{F4C5C2B4-2114-44AF-AF99-D25F39FEC90F}"/>
      </w:docPartPr>
      <w:docPartBody>
        <w:p w:rsidR="004079D4" w:rsidRDefault="00BA2E8D" w:rsidP="00BA2E8D">
          <w:pPr>
            <w:pStyle w:val="C3972C40287D42C898AE475FA5D2DCD4"/>
          </w:pPr>
          <w:r>
            <w:rPr>
              <w:color w:val="555555"/>
            </w:rPr>
            <w:t>[Enter Objective 5E narrative response]</w:t>
          </w:r>
        </w:p>
      </w:docPartBody>
    </w:docPart>
    <w:docPart>
      <w:docPartPr>
        <w:name w:val="E0BE701AFCD44E10B8BF662CDA0722F3"/>
        <w:category>
          <w:name w:val="General"/>
          <w:gallery w:val="placeholder"/>
        </w:category>
        <w:types>
          <w:type w:val="bbPlcHdr"/>
        </w:types>
        <w:behaviors>
          <w:behavior w:val="content"/>
        </w:behaviors>
        <w:guid w:val="{24EC29BE-2E0B-4068-93B5-EC2E360AB3F0}"/>
      </w:docPartPr>
      <w:docPartBody>
        <w:p w:rsidR="004079D4" w:rsidRDefault="00BA2E8D" w:rsidP="00BA2E8D">
          <w:pPr>
            <w:pStyle w:val="E0BE701AFCD44E10B8BF662CDA0722F3"/>
          </w:pPr>
          <w:r>
            <w:rPr>
              <w:color w:val="555555"/>
            </w:rPr>
            <w:t>[Enter name]</w:t>
          </w:r>
        </w:p>
      </w:docPartBody>
    </w:docPart>
    <w:docPart>
      <w:docPartPr>
        <w:name w:val="E04B2E68183345AA9009053B6A4B4088"/>
        <w:category>
          <w:name w:val="General"/>
          <w:gallery w:val="placeholder"/>
        </w:category>
        <w:types>
          <w:type w:val="bbPlcHdr"/>
        </w:types>
        <w:behaviors>
          <w:behavior w:val="content"/>
        </w:behaviors>
        <w:guid w:val="{29DDED58-AC63-4C74-997D-72BF66B7D198}"/>
      </w:docPartPr>
      <w:docPartBody>
        <w:p w:rsidR="004079D4" w:rsidRDefault="00BA2E8D" w:rsidP="00BA2E8D">
          <w:pPr>
            <w:pStyle w:val="E04B2E68183345AA9009053B6A4B4088"/>
          </w:pPr>
          <w:r>
            <w:rPr>
              <w:color w:val="555555"/>
            </w:rPr>
            <w:t>[Enter email]</w:t>
          </w:r>
        </w:p>
      </w:docPartBody>
    </w:docPart>
    <w:docPart>
      <w:docPartPr>
        <w:name w:val="E51DAEE91149465FB81DB08B31AD0C20"/>
        <w:category>
          <w:name w:val="General"/>
          <w:gallery w:val="placeholder"/>
        </w:category>
        <w:types>
          <w:type w:val="bbPlcHdr"/>
        </w:types>
        <w:behaviors>
          <w:behavior w:val="content"/>
        </w:behaviors>
        <w:guid w:val="{32CF8ABB-3766-4013-AE35-5A597865639E}"/>
      </w:docPartPr>
      <w:docPartBody>
        <w:p w:rsidR="004079D4" w:rsidRDefault="00BA2E8D" w:rsidP="00BA2E8D">
          <w:pPr>
            <w:pStyle w:val="E51DAEE91149465FB81DB08B31AD0C20"/>
          </w:pPr>
          <w:r>
            <w:rPr>
              <w:color w:val="555555"/>
            </w:rPr>
            <w:t>[Enter role]</w:t>
          </w:r>
        </w:p>
      </w:docPartBody>
    </w:docPart>
    <w:docPart>
      <w:docPartPr>
        <w:name w:val="8BDF9A8B9F064C0EBE7E4776BE283A0C"/>
        <w:category>
          <w:name w:val="General"/>
          <w:gallery w:val="placeholder"/>
        </w:category>
        <w:types>
          <w:type w:val="bbPlcHdr"/>
        </w:types>
        <w:behaviors>
          <w:behavior w:val="content"/>
        </w:behaviors>
        <w:guid w:val="{351169E6-C0AA-43F8-8FEA-8B65BB5AC829}"/>
      </w:docPartPr>
      <w:docPartBody>
        <w:p w:rsidR="004079D4" w:rsidRDefault="00BA2E8D" w:rsidP="00BA2E8D">
          <w:pPr>
            <w:pStyle w:val="8BDF9A8B9F064C0EBE7E4776BE283A0C"/>
          </w:pPr>
          <w:r>
            <w:rPr>
              <w:color w:val="555555"/>
            </w:rPr>
            <w:t>[Enter name]</w:t>
          </w:r>
        </w:p>
      </w:docPartBody>
    </w:docPart>
    <w:docPart>
      <w:docPartPr>
        <w:name w:val="D2F0B079FBC44E13932CBF9AA42C2A34"/>
        <w:category>
          <w:name w:val="General"/>
          <w:gallery w:val="placeholder"/>
        </w:category>
        <w:types>
          <w:type w:val="bbPlcHdr"/>
        </w:types>
        <w:behaviors>
          <w:behavior w:val="content"/>
        </w:behaviors>
        <w:guid w:val="{1A9E5941-1798-43B9-8A22-B2949562AB90}"/>
      </w:docPartPr>
      <w:docPartBody>
        <w:p w:rsidR="004079D4" w:rsidRDefault="00BA2E8D" w:rsidP="00BA2E8D">
          <w:pPr>
            <w:pStyle w:val="D2F0B079FBC44E13932CBF9AA42C2A34"/>
          </w:pPr>
          <w:r>
            <w:rPr>
              <w:color w:val="555555"/>
            </w:rPr>
            <w:t>[Enter email]</w:t>
          </w:r>
        </w:p>
      </w:docPartBody>
    </w:docPart>
    <w:docPart>
      <w:docPartPr>
        <w:name w:val="95B5E6663120488988804C679ACDCCA7"/>
        <w:category>
          <w:name w:val="General"/>
          <w:gallery w:val="placeholder"/>
        </w:category>
        <w:types>
          <w:type w:val="bbPlcHdr"/>
        </w:types>
        <w:behaviors>
          <w:behavior w:val="content"/>
        </w:behaviors>
        <w:guid w:val="{E43E728B-A376-49D6-BC6C-5077A517573F}"/>
      </w:docPartPr>
      <w:docPartBody>
        <w:p w:rsidR="004079D4" w:rsidRDefault="00BA2E8D" w:rsidP="00BA2E8D">
          <w:pPr>
            <w:pStyle w:val="95B5E6663120488988804C679ACDCCA7"/>
          </w:pPr>
          <w:r>
            <w:rPr>
              <w:color w:val="555555"/>
            </w:rPr>
            <w:t>[Enter role]</w:t>
          </w:r>
        </w:p>
      </w:docPartBody>
    </w:docPart>
    <w:docPart>
      <w:docPartPr>
        <w:name w:val="94CBB54BE60943FFB79091E6B2BFE091"/>
        <w:category>
          <w:name w:val="General"/>
          <w:gallery w:val="placeholder"/>
        </w:category>
        <w:types>
          <w:type w:val="bbPlcHdr"/>
        </w:types>
        <w:behaviors>
          <w:behavior w:val="content"/>
        </w:behaviors>
        <w:guid w:val="{14A61771-A818-4AD7-9739-1AA9C367A593}"/>
      </w:docPartPr>
      <w:docPartBody>
        <w:p w:rsidR="004079D4" w:rsidRDefault="00BA2E8D" w:rsidP="00BA2E8D">
          <w:pPr>
            <w:pStyle w:val="94CBB54BE60943FFB79091E6B2BFE091"/>
          </w:pPr>
          <w:r>
            <w:rPr>
              <w:color w:val="555555"/>
            </w:rPr>
            <w:t>[Enter number]</w:t>
          </w:r>
        </w:p>
      </w:docPartBody>
    </w:docPart>
    <w:docPart>
      <w:docPartPr>
        <w:name w:val="9AFABBA0FF6D488B95BD0EE0E31D3665"/>
        <w:category>
          <w:name w:val="General"/>
          <w:gallery w:val="placeholder"/>
        </w:category>
        <w:types>
          <w:type w:val="bbPlcHdr"/>
        </w:types>
        <w:behaviors>
          <w:behavior w:val="content"/>
        </w:behaviors>
        <w:guid w:val="{4A45CBA9-8BD1-4EFA-B342-1CE5D06984A4}"/>
      </w:docPartPr>
      <w:docPartBody>
        <w:p w:rsidR="004079D4" w:rsidRDefault="00BA2E8D" w:rsidP="00BA2E8D">
          <w:pPr>
            <w:pStyle w:val="9AFABBA0FF6D488B95BD0EE0E31D3665"/>
          </w:pPr>
          <w:r>
            <w:rPr>
              <w:color w:val="555555"/>
            </w:rPr>
            <w:t>[Enter number]</w:t>
          </w:r>
        </w:p>
      </w:docPartBody>
    </w:docPart>
    <w:docPart>
      <w:docPartPr>
        <w:name w:val="55F163848FA244F5BD5F77AE3A769741"/>
        <w:category>
          <w:name w:val="General"/>
          <w:gallery w:val="placeholder"/>
        </w:category>
        <w:types>
          <w:type w:val="bbPlcHdr"/>
        </w:types>
        <w:behaviors>
          <w:behavior w:val="content"/>
        </w:behaviors>
        <w:guid w:val="{2312DA43-2B2E-487F-8169-3D46A16406D7}"/>
      </w:docPartPr>
      <w:docPartBody>
        <w:p w:rsidR="004079D4" w:rsidRDefault="00BA2E8D" w:rsidP="00BA2E8D">
          <w:pPr>
            <w:pStyle w:val="55F163848FA244F5BD5F77AE3A769741"/>
          </w:pPr>
          <w:r>
            <w:rPr>
              <w:color w:val="555555"/>
            </w:rPr>
            <w:t>[Enter number]</w:t>
          </w:r>
        </w:p>
      </w:docPartBody>
    </w:docPart>
    <w:docPart>
      <w:docPartPr>
        <w:name w:val="B38BD163FC9A4E7CB897F1035828C208"/>
        <w:category>
          <w:name w:val="General"/>
          <w:gallery w:val="placeholder"/>
        </w:category>
        <w:types>
          <w:type w:val="bbPlcHdr"/>
        </w:types>
        <w:behaviors>
          <w:behavior w:val="content"/>
        </w:behaviors>
        <w:guid w:val="{2F242C5C-CF36-4DE7-9967-0C26A2CD9EF6}"/>
      </w:docPartPr>
      <w:docPartBody>
        <w:p w:rsidR="004079D4" w:rsidRDefault="00BA2E8D" w:rsidP="00BA2E8D">
          <w:pPr>
            <w:pStyle w:val="B38BD163FC9A4E7CB897F1035828C208"/>
          </w:pPr>
          <w:r>
            <w:rPr>
              <w:color w:val="555555"/>
            </w:rPr>
            <w:t>[Enter number]</w:t>
          </w:r>
        </w:p>
      </w:docPartBody>
    </w:docPart>
    <w:docPart>
      <w:docPartPr>
        <w:name w:val="527DDB215C8F4915859A47D0E6908E1F"/>
        <w:category>
          <w:name w:val="General"/>
          <w:gallery w:val="placeholder"/>
        </w:category>
        <w:types>
          <w:type w:val="bbPlcHdr"/>
        </w:types>
        <w:behaviors>
          <w:behavior w:val="content"/>
        </w:behaviors>
        <w:guid w:val="{AF6F28B3-5D18-423A-BA04-A12D1022A77D}"/>
      </w:docPartPr>
      <w:docPartBody>
        <w:p w:rsidR="004079D4" w:rsidRDefault="00BA2E8D" w:rsidP="00BA2E8D">
          <w:pPr>
            <w:pStyle w:val="527DDB215C8F4915859A47D0E6908E1F"/>
          </w:pPr>
          <w:r>
            <w:rPr>
              <w:color w:val="555555"/>
            </w:rPr>
            <w:t>[Enter number]</w:t>
          </w:r>
        </w:p>
      </w:docPartBody>
    </w:docPart>
    <w:docPart>
      <w:docPartPr>
        <w:name w:val="FF1A011460C94F30BCDF793C2A7A5531"/>
        <w:category>
          <w:name w:val="General"/>
          <w:gallery w:val="placeholder"/>
        </w:category>
        <w:types>
          <w:type w:val="bbPlcHdr"/>
        </w:types>
        <w:behaviors>
          <w:behavior w:val="content"/>
        </w:behaviors>
        <w:guid w:val="{742B5A4B-DD60-417F-BC56-9CE402C0FB91}"/>
      </w:docPartPr>
      <w:docPartBody>
        <w:p w:rsidR="004079D4" w:rsidRDefault="00BA2E8D" w:rsidP="00BA2E8D">
          <w:pPr>
            <w:pStyle w:val="FF1A011460C94F30BCDF793C2A7A5531"/>
          </w:pPr>
          <w:r>
            <w:rPr>
              <w:color w:val="555555"/>
            </w:rPr>
            <w:t>[Enter number]</w:t>
          </w:r>
        </w:p>
      </w:docPartBody>
    </w:docPart>
    <w:docPart>
      <w:docPartPr>
        <w:name w:val="E583381AF5294313B62410ADFD71534B"/>
        <w:category>
          <w:name w:val="General"/>
          <w:gallery w:val="placeholder"/>
        </w:category>
        <w:types>
          <w:type w:val="bbPlcHdr"/>
        </w:types>
        <w:behaviors>
          <w:behavior w:val="content"/>
        </w:behaviors>
        <w:guid w:val="{766E5792-CC97-493D-AC20-2EA3B7F05879}"/>
      </w:docPartPr>
      <w:docPartBody>
        <w:p w:rsidR="004079D4" w:rsidRDefault="00BA2E8D" w:rsidP="00BA2E8D">
          <w:pPr>
            <w:pStyle w:val="E583381AF5294313B62410ADFD71534B"/>
          </w:pPr>
          <w:r>
            <w:rPr>
              <w:color w:val="555555"/>
            </w:rPr>
            <w:t>[Enter number]</w:t>
          </w:r>
        </w:p>
      </w:docPartBody>
    </w:docPart>
    <w:docPart>
      <w:docPartPr>
        <w:name w:val="96417E9C5AB244FE8CDEAAD72F674512"/>
        <w:category>
          <w:name w:val="General"/>
          <w:gallery w:val="placeholder"/>
        </w:category>
        <w:types>
          <w:type w:val="bbPlcHdr"/>
        </w:types>
        <w:behaviors>
          <w:behavior w:val="content"/>
        </w:behaviors>
        <w:guid w:val="{8502A408-D3FB-4627-A3AF-C33DE270611A}"/>
      </w:docPartPr>
      <w:docPartBody>
        <w:p w:rsidR="004079D4" w:rsidRDefault="00BA2E8D" w:rsidP="00BA2E8D">
          <w:pPr>
            <w:pStyle w:val="96417E9C5AB244FE8CDEAAD72F674512"/>
          </w:pPr>
          <w:r>
            <w:rPr>
              <w:color w:val="555555"/>
            </w:rPr>
            <w:t>[Enter number]</w:t>
          </w:r>
        </w:p>
      </w:docPartBody>
    </w:docPart>
    <w:docPart>
      <w:docPartPr>
        <w:name w:val="4EFA23F2CA3B4B3285BE800B21D8C43A"/>
        <w:category>
          <w:name w:val="General"/>
          <w:gallery w:val="placeholder"/>
        </w:category>
        <w:types>
          <w:type w:val="bbPlcHdr"/>
        </w:types>
        <w:behaviors>
          <w:behavior w:val="content"/>
        </w:behaviors>
        <w:guid w:val="{3E0B8BA5-0710-4CD6-B742-AC70DC9A6CA1}"/>
      </w:docPartPr>
      <w:docPartBody>
        <w:p w:rsidR="004079D4" w:rsidRDefault="00BA2E8D" w:rsidP="00BA2E8D">
          <w:pPr>
            <w:pStyle w:val="4EFA23F2CA3B4B3285BE800B21D8C43A"/>
          </w:pPr>
          <w:r>
            <w:rPr>
              <w:color w:val="555555"/>
            </w:rPr>
            <w:t>[Enter number]</w:t>
          </w:r>
        </w:p>
      </w:docPartBody>
    </w:docPart>
    <w:docPart>
      <w:docPartPr>
        <w:name w:val="2C42CCAF552E4CEA9687F8FE106E4CB2"/>
        <w:category>
          <w:name w:val="General"/>
          <w:gallery w:val="placeholder"/>
        </w:category>
        <w:types>
          <w:type w:val="bbPlcHdr"/>
        </w:types>
        <w:behaviors>
          <w:behavior w:val="content"/>
        </w:behaviors>
        <w:guid w:val="{FA3939A6-852F-4578-A616-58AB13559B3B}"/>
      </w:docPartPr>
      <w:docPartBody>
        <w:p w:rsidR="004079D4" w:rsidRDefault="00BA2E8D" w:rsidP="00BA2E8D">
          <w:pPr>
            <w:pStyle w:val="2C42CCAF552E4CEA9687F8FE106E4CB2"/>
          </w:pPr>
          <w:r>
            <w:rPr>
              <w:color w:val="555555"/>
            </w:rPr>
            <w:t>[Enter number]</w:t>
          </w:r>
        </w:p>
      </w:docPartBody>
    </w:docPart>
    <w:docPart>
      <w:docPartPr>
        <w:name w:val="F32E4DFD1F904475A957274F75907DFF"/>
        <w:category>
          <w:name w:val="General"/>
          <w:gallery w:val="placeholder"/>
        </w:category>
        <w:types>
          <w:type w:val="bbPlcHdr"/>
        </w:types>
        <w:behaviors>
          <w:behavior w:val="content"/>
        </w:behaviors>
        <w:guid w:val="{2D89A10D-8413-4747-A4AA-8849F8412A93}"/>
      </w:docPartPr>
      <w:docPartBody>
        <w:p w:rsidR="004079D4" w:rsidRDefault="00BA2E8D" w:rsidP="00BA2E8D">
          <w:pPr>
            <w:pStyle w:val="F32E4DFD1F904475A957274F75907DFF"/>
          </w:pPr>
          <w:r>
            <w:rPr>
              <w:color w:val="555555"/>
            </w:rPr>
            <w:t>[Enter number]</w:t>
          </w:r>
        </w:p>
      </w:docPartBody>
    </w:docPart>
    <w:docPart>
      <w:docPartPr>
        <w:name w:val="6A12D1F6F9994ABBBF4CB572F7AF156C"/>
        <w:category>
          <w:name w:val="General"/>
          <w:gallery w:val="placeholder"/>
        </w:category>
        <w:types>
          <w:type w:val="bbPlcHdr"/>
        </w:types>
        <w:behaviors>
          <w:behavior w:val="content"/>
        </w:behaviors>
        <w:guid w:val="{4CE4E3CC-85FE-441B-AD83-82A2A0E0E148}"/>
      </w:docPartPr>
      <w:docPartBody>
        <w:p w:rsidR="004079D4" w:rsidRDefault="00BA2E8D" w:rsidP="00BA2E8D">
          <w:pPr>
            <w:pStyle w:val="6A12D1F6F9994ABBBF4CB572F7AF156C"/>
          </w:pPr>
          <w:r>
            <w:rPr>
              <w:color w:val="555555"/>
            </w:rPr>
            <w:t>[Enter 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E8D"/>
    <w:rsid w:val="004079D4"/>
    <w:rsid w:val="00BA2E8D"/>
    <w:rsid w:val="00E111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2E8D"/>
    <w:rPr>
      <w:color w:val="666666"/>
    </w:rPr>
  </w:style>
  <w:style w:type="paragraph" w:customStyle="1" w:styleId="4CF8B095CF1B460E8C1CC373118F2CFE">
    <w:name w:val="4CF8B095CF1B460E8C1CC373118F2CFE"/>
    <w:rsid w:val="00BA2E8D"/>
  </w:style>
  <w:style w:type="paragraph" w:customStyle="1" w:styleId="CC9490C2F96241EA994C47D7E19F70E9">
    <w:name w:val="CC9490C2F96241EA994C47D7E19F70E9"/>
    <w:rsid w:val="00BA2E8D"/>
  </w:style>
  <w:style w:type="paragraph" w:customStyle="1" w:styleId="4F47CA562DD04772B0142800D656941D">
    <w:name w:val="4F47CA562DD04772B0142800D656941D"/>
    <w:rsid w:val="00BA2E8D"/>
    <w:pPr>
      <w:spacing w:after="100" w:line="252" w:lineRule="auto"/>
    </w:pPr>
    <w:rPr>
      <w:rFonts w:ascii="Arial" w:hAnsi="Arial"/>
      <w:kern w:val="0"/>
      <w:sz w:val="21"/>
      <w:szCs w:val="22"/>
      <w14:ligatures w14:val="none"/>
    </w:rPr>
  </w:style>
  <w:style w:type="paragraph" w:customStyle="1" w:styleId="09186C4140894472B719FD7C58ACC92A">
    <w:name w:val="09186C4140894472B719FD7C58ACC92A"/>
    <w:rsid w:val="00BA2E8D"/>
    <w:pPr>
      <w:spacing w:after="100" w:line="252" w:lineRule="auto"/>
    </w:pPr>
    <w:rPr>
      <w:rFonts w:ascii="Arial" w:hAnsi="Arial"/>
      <w:kern w:val="0"/>
      <w:sz w:val="21"/>
      <w:szCs w:val="22"/>
      <w14:ligatures w14:val="none"/>
    </w:rPr>
  </w:style>
  <w:style w:type="paragraph" w:customStyle="1" w:styleId="41E616A4D61A478A864EE4E8CF86AEE8">
    <w:name w:val="41E616A4D61A478A864EE4E8CF86AEE8"/>
    <w:rsid w:val="00BA2E8D"/>
    <w:pPr>
      <w:spacing w:after="100" w:line="252" w:lineRule="auto"/>
    </w:pPr>
    <w:rPr>
      <w:rFonts w:ascii="Arial" w:hAnsi="Arial"/>
      <w:kern w:val="0"/>
      <w:sz w:val="21"/>
      <w:szCs w:val="22"/>
      <w14:ligatures w14:val="none"/>
    </w:rPr>
  </w:style>
  <w:style w:type="paragraph" w:customStyle="1" w:styleId="A821BFB9372C4BCDB8685962261A06E4">
    <w:name w:val="A821BFB9372C4BCDB8685962261A06E4"/>
    <w:rsid w:val="00BA2E8D"/>
    <w:pPr>
      <w:spacing w:after="100" w:line="252" w:lineRule="auto"/>
    </w:pPr>
    <w:rPr>
      <w:rFonts w:ascii="Arial" w:hAnsi="Arial"/>
      <w:kern w:val="0"/>
      <w:sz w:val="21"/>
      <w:szCs w:val="22"/>
      <w14:ligatures w14:val="none"/>
    </w:rPr>
  </w:style>
  <w:style w:type="paragraph" w:customStyle="1" w:styleId="1D0231BFB2EE470A919C96DF11683798">
    <w:name w:val="1D0231BFB2EE470A919C96DF11683798"/>
    <w:rsid w:val="00BA2E8D"/>
    <w:pPr>
      <w:spacing w:after="100" w:line="252" w:lineRule="auto"/>
    </w:pPr>
    <w:rPr>
      <w:rFonts w:ascii="Arial" w:hAnsi="Arial"/>
      <w:kern w:val="0"/>
      <w:sz w:val="21"/>
      <w:szCs w:val="22"/>
      <w14:ligatures w14:val="none"/>
    </w:rPr>
  </w:style>
  <w:style w:type="paragraph" w:customStyle="1" w:styleId="9202690D4B2A4C7A91E15EF33D652BD5">
    <w:name w:val="9202690D4B2A4C7A91E15EF33D652BD5"/>
    <w:rsid w:val="00BA2E8D"/>
    <w:pPr>
      <w:spacing w:after="100" w:line="252" w:lineRule="auto"/>
    </w:pPr>
    <w:rPr>
      <w:rFonts w:ascii="Arial" w:hAnsi="Arial"/>
      <w:kern w:val="0"/>
      <w:sz w:val="21"/>
      <w:szCs w:val="22"/>
      <w14:ligatures w14:val="none"/>
    </w:rPr>
  </w:style>
  <w:style w:type="paragraph" w:customStyle="1" w:styleId="46CE9C1D6F5D450BB498584BF13ADFC6">
    <w:name w:val="46CE9C1D6F5D450BB498584BF13ADFC6"/>
    <w:rsid w:val="00BA2E8D"/>
    <w:pPr>
      <w:spacing w:after="100" w:line="252" w:lineRule="auto"/>
    </w:pPr>
    <w:rPr>
      <w:rFonts w:ascii="Arial" w:hAnsi="Arial"/>
      <w:kern w:val="0"/>
      <w:sz w:val="21"/>
      <w:szCs w:val="22"/>
      <w14:ligatures w14:val="none"/>
    </w:rPr>
  </w:style>
  <w:style w:type="paragraph" w:customStyle="1" w:styleId="81A692927BF346DF8608551612490B32">
    <w:name w:val="81A692927BF346DF8608551612490B32"/>
    <w:rsid w:val="00BA2E8D"/>
    <w:pPr>
      <w:spacing w:after="100" w:line="252" w:lineRule="auto"/>
    </w:pPr>
    <w:rPr>
      <w:rFonts w:ascii="Arial" w:hAnsi="Arial"/>
      <w:kern w:val="0"/>
      <w:sz w:val="21"/>
      <w:szCs w:val="22"/>
      <w14:ligatures w14:val="none"/>
    </w:rPr>
  </w:style>
  <w:style w:type="paragraph" w:customStyle="1" w:styleId="BDCD334832C8414ABDCDF0ADC63283C6">
    <w:name w:val="BDCD334832C8414ABDCDF0ADC63283C6"/>
    <w:rsid w:val="00BA2E8D"/>
    <w:pPr>
      <w:spacing w:after="100" w:line="252" w:lineRule="auto"/>
    </w:pPr>
    <w:rPr>
      <w:rFonts w:ascii="Arial" w:hAnsi="Arial"/>
      <w:kern w:val="0"/>
      <w:sz w:val="21"/>
      <w:szCs w:val="22"/>
      <w14:ligatures w14:val="none"/>
    </w:rPr>
  </w:style>
  <w:style w:type="paragraph" w:customStyle="1" w:styleId="D4A36FABE23843DFBDF98F7E39C72F3F">
    <w:name w:val="D4A36FABE23843DFBDF98F7E39C72F3F"/>
    <w:rsid w:val="00BA2E8D"/>
    <w:pPr>
      <w:spacing w:after="100" w:line="252" w:lineRule="auto"/>
    </w:pPr>
    <w:rPr>
      <w:rFonts w:ascii="Arial" w:hAnsi="Arial"/>
      <w:kern w:val="0"/>
      <w:sz w:val="21"/>
      <w:szCs w:val="22"/>
      <w14:ligatures w14:val="none"/>
    </w:rPr>
  </w:style>
  <w:style w:type="paragraph" w:customStyle="1" w:styleId="FEA06E2D8331420BB9658C4674217C8A">
    <w:name w:val="FEA06E2D8331420BB9658C4674217C8A"/>
    <w:rsid w:val="00BA2E8D"/>
    <w:pPr>
      <w:spacing w:after="100" w:line="252" w:lineRule="auto"/>
    </w:pPr>
    <w:rPr>
      <w:rFonts w:ascii="Arial" w:hAnsi="Arial"/>
      <w:kern w:val="0"/>
      <w:sz w:val="21"/>
      <w:szCs w:val="22"/>
      <w14:ligatures w14:val="none"/>
    </w:rPr>
  </w:style>
  <w:style w:type="paragraph" w:customStyle="1" w:styleId="9C4052D6C9EC4810BC2C8E56E8CDCD77">
    <w:name w:val="9C4052D6C9EC4810BC2C8E56E8CDCD77"/>
    <w:rsid w:val="00BA2E8D"/>
    <w:pPr>
      <w:spacing w:after="100" w:line="252" w:lineRule="auto"/>
    </w:pPr>
    <w:rPr>
      <w:rFonts w:ascii="Arial" w:hAnsi="Arial"/>
      <w:kern w:val="0"/>
      <w:sz w:val="21"/>
      <w:szCs w:val="22"/>
      <w14:ligatures w14:val="none"/>
    </w:rPr>
  </w:style>
  <w:style w:type="paragraph" w:customStyle="1" w:styleId="E87B047B9E30488BB41CB2AFE1606951">
    <w:name w:val="E87B047B9E30488BB41CB2AFE1606951"/>
    <w:rsid w:val="00BA2E8D"/>
    <w:pPr>
      <w:spacing w:after="100" w:line="252" w:lineRule="auto"/>
    </w:pPr>
    <w:rPr>
      <w:rFonts w:ascii="Arial" w:hAnsi="Arial"/>
      <w:kern w:val="0"/>
      <w:sz w:val="21"/>
      <w:szCs w:val="22"/>
      <w14:ligatures w14:val="none"/>
    </w:rPr>
  </w:style>
  <w:style w:type="paragraph" w:customStyle="1" w:styleId="F58B6642F7C54FA69F30DD30B5D45257">
    <w:name w:val="F58B6642F7C54FA69F30DD30B5D45257"/>
    <w:rsid w:val="00BA2E8D"/>
    <w:pPr>
      <w:spacing w:after="100" w:line="252" w:lineRule="auto"/>
    </w:pPr>
    <w:rPr>
      <w:rFonts w:ascii="Arial" w:hAnsi="Arial"/>
      <w:kern w:val="0"/>
      <w:sz w:val="21"/>
      <w:szCs w:val="22"/>
      <w14:ligatures w14:val="none"/>
    </w:rPr>
  </w:style>
  <w:style w:type="paragraph" w:customStyle="1" w:styleId="4C9A4F02B2CC4A8A933D24E2190CA1BF">
    <w:name w:val="4C9A4F02B2CC4A8A933D24E2190CA1BF"/>
    <w:rsid w:val="00BA2E8D"/>
    <w:pPr>
      <w:spacing w:after="100" w:line="252" w:lineRule="auto"/>
    </w:pPr>
    <w:rPr>
      <w:rFonts w:ascii="Arial" w:hAnsi="Arial"/>
      <w:kern w:val="0"/>
      <w:sz w:val="21"/>
      <w:szCs w:val="22"/>
      <w14:ligatures w14:val="none"/>
    </w:rPr>
  </w:style>
  <w:style w:type="paragraph" w:customStyle="1" w:styleId="924ECA9C8AD54BBA9FBA911857B97446">
    <w:name w:val="924ECA9C8AD54BBA9FBA911857B97446"/>
    <w:rsid w:val="00BA2E8D"/>
    <w:pPr>
      <w:spacing w:after="100" w:line="252" w:lineRule="auto"/>
    </w:pPr>
    <w:rPr>
      <w:rFonts w:ascii="Arial" w:hAnsi="Arial"/>
      <w:kern w:val="0"/>
      <w:sz w:val="21"/>
      <w:szCs w:val="22"/>
      <w14:ligatures w14:val="none"/>
    </w:rPr>
  </w:style>
  <w:style w:type="paragraph" w:customStyle="1" w:styleId="CD6C84DDFBE143D998528DE56A44F937">
    <w:name w:val="CD6C84DDFBE143D998528DE56A44F937"/>
    <w:rsid w:val="00BA2E8D"/>
    <w:pPr>
      <w:spacing w:after="100" w:line="252" w:lineRule="auto"/>
    </w:pPr>
    <w:rPr>
      <w:rFonts w:ascii="Arial" w:hAnsi="Arial"/>
      <w:kern w:val="0"/>
      <w:sz w:val="21"/>
      <w:szCs w:val="22"/>
      <w14:ligatures w14:val="none"/>
    </w:rPr>
  </w:style>
  <w:style w:type="paragraph" w:customStyle="1" w:styleId="D706426EFA0346C2BFA861A03A1910BD">
    <w:name w:val="D706426EFA0346C2BFA861A03A1910BD"/>
    <w:rsid w:val="00BA2E8D"/>
    <w:pPr>
      <w:spacing w:after="100" w:line="252" w:lineRule="auto"/>
    </w:pPr>
    <w:rPr>
      <w:rFonts w:ascii="Arial" w:hAnsi="Arial"/>
      <w:kern w:val="0"/>
      <w:sz w:val="21"/>
      <w:szCs w:val="22"/>
      <w14:ligatures w14:val="none"/>
    </w:rPr>
  </w:style>
  <w:style w:type="paragraph" w:customStyle="1" w:styleId="D6C6FBABEB2149C49B7E61F4D42F0EF4">
    <w:name w:val="D6C6FBABEB2149C49B7E61F4D42F0EF4"/>
    <w:rsid w:val="00BA2E8D"/>
    <w:pPr>
      <w:spacing w:after="100" w:line="252" w:lineRule="auto"/>
    </w:pPr>
    <w:rPr>
      <w:rFonts w:ascii="Arial" w:hAnsi="Arial"/>
      <w:kern w:val="0"/>
      <w:sz w:val="21"/>
      <w:szCs w:val="22"/>
      <w14:ligatures w14:val="none"/>
    </w:rPr>
  </w:style>
  <w:style w:type="paragraph" w:customStyle="1" w:styleId="17F2A51885E34E6FB4BF007052E8EA74">
    <w:name w:val="17F2A51885E34E6FB4BF007052E8EA74"/>
    <w:rsid w:val="00BA2E8D"/>
    <w:pPr>
      <w:spacing w:after="100" w:line="252" w:lineRule="auto"/>
    </w:pPr>
    <w:rPr>
      <w:rFonts w:ascii="Arial" w:hAnsi="Arial"/>
      <w:kern w:val="0"/>
      <w:sz w:val="21"/>
      <w:szCs w:val="22"/>
      <w14:ligatures w14:val="none"/>
    </w:rPr>
  </w:style>
  <w:style w:type="paragraph" w:customStyle="1" w:styleId="461C529E81BE4C528A9F18BCC720EBF1">
    <w:name w:val="461C529E81BE4C528A9F18BCC720EBF1"/>
    <w:rsid w:val="00BA2E8D"/>
    <w:pPr>
      <w:spacing w:after="100" w:line="252" w:lineRule="auto"/>
    </w:pPr>
    <w:rPr>
      <w:rFonts w:ascii="Arial" w:hAnsi="Arial"/>
      <w:kern w:val="0"/>
      <w:sz w:val="21"/>
      <w:szCs w:val="22"/>
      <w14:ligatures w14:val="none"/>
    </w:rPr>
  </w:style>
  <w:style w:type="paragraph" w:customStyle="1" w:styleId="0EBFED856F294E63B7E6AA77A49FA683">
    <w:name w:val="0EBFED856F294E63B7E6AA77A49FA683"/>
    <w:rsid w:val="00BA2E8D"/>
    <w:pPr>
      <w:spacing w:after="100" w:line="252" w:lineRule="auto"/>
    </w:pPr>
    <w:rPr>
      <w:rFonts w:ascii="Arial" w:hAnsi="Arial"/>
      <w:kern w:val="0"/>
      <w:sz w:val="21"/>
      <w:szCs w:val="22"/>
      <w14:ligatures w14:val="none"/>
    </w:rPr>
  </w:style>
  <w:style w:type="paragraph" w:customStyle="1" w:styleId="BA052A0D63DA4350858C4FD8246761C5">
    <w:name w:val="BA052A0D63DA4350858C4FD8246761C5"/>
    <w:rsid w:val="00BA2E8D"/>
    <w:pPr>
      <w:spacing w:after="100" w:line="252" w:lineRule="auto"/>
    </w:pPr>
    <w:rPr>
      <w:rFonts w:ascii="Arial" w:hAnsi="Arial"/>
      <w:kern w:val="0"/>
      <w:sz w:val="21"/>
      <w:szCs w:val="22"/>
      <w14:ligatures w14:val="none"/>
    </w:rPr>
  </w:style>
  <w:style w:type="paragraph" w:customStyle="1" w:styleId="F7045EE06E7E4EFFAE5510FAB414AFA1">
    <w:name w:val="F7045EE06E7E4EFFAE5510FAB414AFA1"/>
    <w:rsid w:val="00BA2E8D"/>
    <w:pPr>
      <w:spacing w:after="100" w:line="252" w:lineRule="auto"/>
    </w:pPr>
    <w:rPr>
      <w:rFonts w:ascii="Arial" w:hAnsi="Arial"/>
      <w:kern w:val="0"/>
      <w:sz w:val="21"/>
      <w:szCs w:val="22"/>
      <w14:ligatures w14:val="none"/>
    </w:rPr>
  </w:style>
  <w:style w:type="paragraph" w:customStyle="1" w:styleId="5787D827614E449281718A7368F7A84C">
    <w:name w:val="5787D827614E449281718A7368F7A84C"/>
    <w:rsid w:val="00BA2E8D"/>
    <w:pPr>
      <w:spacing w:after="100" w:line="252" w:lineRule="auto"/>
    </w:pPr>
    <w:rPr>
      <w:rFonts w:ascii="Arial" w:hAnsi="Arial"/>
      <w:kern w:val="0"/>
      <w:sz w:val="21"/>
      <w:szCs w:val="22"/>
      <w14:ligatures w14:val="none"/>
    </w:rPr>
  </w:style>
  <w:style w:type="paragraph" w:customStyle="1" w:styleId="1B72E91557354593A38B287F119ABFEF">
    <w:name w:val="1B72E91557354593A38B287F119ABFEF"/>
    <w:rsid w:val="00BA2E8D"/>
    <w:pPr>
      <w:spacing w:after="100" w:line="252" w:lineRule="auto"/>
    </w:pPr>
    <w:rPr>
      <w:rFonts w:ascii="Arial" w:hAnsi="Arial"/>
      <w:kern w:val="0"/>
      <w:sz w:val="21"/>
      <w:szCs w:val="22"/>
      <w14:ligatures w14:val="none"/>
    </w:rPr>
  </w:style>
  <w:style w:type="paragraph" w:customStyle="1" w:styleId="151E344D2C5D4E47967C37493179B576">
    <w:name w:val="151E344D2C5D4E47967C37493179B576"/>
    <w:rsid w:val="00BA2E8D"/>
    <w:pPr>
      <w:spacing w:after="100" w:line="252" w:lineRule="auto"/>
    </w:pPr>
    <w:rPr>
      <w:rFonts w:ascii="Arial" w:hAnsi="Arial"/>
      <w:kern w:val="0"/>
      <w:sz w:val="21"/>
      <w:szCs w:val="22"/>
      <w14:ligatures w14:val="none"/>
    </w:rPr>
  </w:style>
  <w:style w:type="paragraph" w:customStyle="1" w:styleId="7F717FA1CCFE45099D45E23ED833ABAB">
    <w:name w:val="7F717FA1CCFE45099D45E23ED833ABAB"/>
    <w:rsid w:val="00BA2E8D"/>
    <w:pPr>
      <w:spacing w:after="100" w:line="252" w:lineRule="auto"/>
    </w:pPr>
    <w:rPr>
      <w:rFonts w:ascii="Arial" w:hAnsi="Arial"/>
      <w:kern w:val="0"/>
      <w:sz w:val="21"/>
      <w:szCs w:val="22"/>
      <w14:ligatures w14:val="none"/>
    </w:rPr>
  </w:style>
  <w:style w:type="paragraph" w:customStyle="1" w:styleId="8CDAE092D1F249998A6ADF33C5C8EDAC">
    <w:name w:val="8CDAE092D1F249998A6ADF33C5C8EDAC"/>
    <w:rsid w:val="00BA2E8D"/>
    <w:pPr>
      <w:spacing w:after="100" w:line="252" w:lineRule="auto"/>
    </w:pPr>
    <w:rPr>
      <w:rFonts w:ascii="Arial" w:hAnsi="Arial"/>
      <w:kern w:val="0"/>
      <w:sz w:val="21"/>
      <w:szCs w:val="22"/>
      <w14:ligatures w14:val="none"/>
    </w:rPr>
  </w:style>
  <w:style w:type="paragraph" w:customStyle="1" w:styleId="7210DCC84F314917A063330A12F8FAD4">
    <w:name w:val="7210DCC84F314917A063330A12F8FAD4"/>
    <w:rsid w:val="00BA2E8D"/>
    <w:pPr>
      <w:spacing w:after="100" w:line="252" w:lineRule="auto"/>
    </w:pPr>
    <w:rPr>
      <w:rFonts w:ascii="Arial" w:hAnsi="Arial"/>
      <w:kern w:val="0"/>
      <w:sz w:val="21"/>
      <w:szCs w:val="22"/>
      <w14:ligatures w14:val="none"/>
    </w:rPr>
  </w:style>
  <w:style w:type="paragraph" w:customStyle="1" w:styleId="682AF9168A8440F5B113EDF096A4B995">
    <w:name w:val="682AF9168A8440F5B113EDF096A4B995"/>
    <w:rsid w:val="00BA2E8D"/>
    <w:pPr>
      <w:spacing w:after="100" w:line="252" w:lineRule="auto"/>
    </w:pPr>
    <w:rPr>
      <w:rFonts w:ascii="Arial" w:hAnsi="Arial"/>
      <w:kern w:val="0"/>
      <w:sz w:val="21"/>
      <w:szCs w:val="22"/>
      <w14:ligatures w14:val="none"/>
    </w:rPr>
  </w:style>
  <w:style w:type="paragraph" w:customStyle="1" w:styleId="7E2FA2D1876F419D82390F1DAFC0C948">
    <w:name w:val="7E2FA2D1876F419D82390F1DAFC0C948"/>
    <w:rsid w:val="00BA2E8D"/>
    <w:pPr>
      <w:spacing w:after="100" w:line="252" w:lineRule="auto"/>
    </w:pPr>
    <w:rPr>
      <w:rFonts w:ascii="Arial" w:hAnsi="Arial"/>
      <w:kern w:val="0"/>
      <w:sz w:val="21"/>
      <w:szCs w:val="22"/>
      <w14:ligatures w14:val="none"/>
    </w:rPr>
  </w:style>
  <w:style w:type="paragraph" w:customStyle="1" w:styleId="45AB33195B2D412AB33185E3143788A4">
    <w:name w:val="45AB33195B2D412AB33185E3143788A4"/>
    <w:rsid w:val="00BA2E8D"/>
    <w:pPr>
      <w:spacing w:after="100" w:line="252" w:lineRule="auto"/>
    </w:pPr>
    <w:rPr>
      <w:rFonts w:ascii="Arial" w:hAnsi="Arial"/>
      <w:kern w:val="0"/>
      <w:sz w:val="21"/>
      <w:szCs w:val="22"/>
      <w14:ligatures w14:val="none"/>
    </w:rPr>
  </w:style>
  <w:style w:type="paragraph" w:customStyle="1" w:styleId="859AFFB32DE64C24A096F883EBDB17E8">
    <w:name w:val="859AFFB32DE64C24A096F883EBDB17E8"/>
    <w:rsid w:val="00BA2E8D"/>
    <w:pPr>
      <w:spacing w:after="100" w:line="252" w:lineRule="auto"/>
    </w:pPr>
    <w:rPr>
      <w:rFonts w:ascii="Arial" w:hAnsi="Arial"/>
      <w:kern w:val="0"/>
      <w:sz w:val="21"/>
      <w:szCs w:val="22"/>
      <w14:ligatures w14:val="none"/>
    </w:rPr>
  </w:style>
  <w:style w:type="paragraph" w:customStyle="1" w:styleId="DC30356D4F5E4A0D949D6D5DE5778EFA">
    <w:name w:val="DC30356D4F5E4A0D949D6D5DE5778EFA"/>
    <w:rsid w:val="00BA2E8D"/>
    <w:pPr>
      <w:spacing w:after="100" w:line="252" w:lineRule="auto"/>
    </w:pPr>
    <w:rPr>
      <w:rFonts w:ascii="Arial" w:hAnsi="Arial"/>
      <w:kern w:val="0"/>
      <w:sz w:val="21"/>
      <w:szCs w:val="22"/>
      <w14:ligatures w14:val="none"/>
    </w:rPr>
  </w:style>
  <w:style w:type="paragraph" w:customStyle="1" w:styleId="D464AE6316EB41CA8D3A45755D096D06">
    <w:name w:val="D464AE6316EB41CA8D3A45755D096D06"/>
    <w:rsid w:val="00BA2E8D"/>
    <w:pPr>
      <w:spacing w:after="100" w:line="252" w:lineRule="auto"/>
    </w:pPr>
    <w:rPr>
      <w:rFonts w:ascii="Arial" w:hAnsi="Arial"/>
      <w:kern w:val="0"/>
      <w:sz w:val="21"/>
      <w:szCs w:val="22"/>
      <w14:ligatures w14:val="none"/>
    </w:rPr>
  </w:style>
  <w:style w:type="paragraph" w:customStyle="1" w:styleId="94AA5C41AC5E46B38ECB68BD497F8A18">
    <w:name w:val="94AA5C41AC5E46B38ECB68BD497F8A18"/>
    <w:rsid w:val="00BA2E8D"/>
    <w:pPr>
      <w:spacing w:after="100" w:line="252" w:lineRule="auto"/>
    </w:pPr>
    <w:rPr>
      <w:rFonts w:ascii="Arial" w:hAnsi="Arial"/>
      <w:kern w:val="0"/>
      <w:sz w:val="21"/>
      <w:szCs w:val="22"/>
      <w14:ligatures w14:val="none"/>
    </w:rPr>
  </w:style>
  <w:style w:type="paragraph" w:customStyle="1" w:styleId="F954C4E28CEA405F993E0BD1FF7BD3BA">
    <w:name w:val="F954C4E28CEA405F993E0BD1FF7BD3BA"/>
    <w:rsid w:val="00BA2E8D"/>
    <w:pPr>
      <w:spacing w:after="100" w:line="252" w:lineRule="auto"/>
    </w:pPr>
    <w:rPr>
      <w:rFonts w:ascii="Arial" w:hAnsi="Arial"/>
      <w:kern w:val="0"/>
      <w:sz w:val="21"/>
      <w:szCs w:val="22"/>
      <w14:ligatures w14:val="none"/>
    </w:rPr>
  </w:style>
  <w:style w:type="paragraph" w:customStyle="1" w:styleId="F611156EBB9E470E8BEDC26C51CADB4F">
    <w:name w:val="F611156EBB9E470E8BEDC26C51CADB4F"/>
    <w:rsid w:val="00BA2E8D"/>
    <w:pPr>
      <w:spacing w:after="100" w:line="252" w:lineRule="auto"/>
    </w:pPr>
    <w:rPr>
      <w:rFonts w:ascii="Arial" w:hAnsi="Arial"/>
      <w:kern w:val="0"/>
      <w:sz w:val="21"/>
      <w:szCs w:val="22"/>
      <w14:ligatures w14:val="none"/>
    </w:rPr>
  </w:style>
  <w:style w:type="paragraph" w:customStyle="1" w:styleId="86EE29ACAECE426AA1A62F25FFF3FEE1">
    <w:name w:val="86EE29ACAECE426AA1A62F25FFF3FEE1"/>
    <w:rsid w:val="00BA2E8D"/>
    <w:pPr>
      <w:spacing w:after="100" w:line="252" w:lineRule="auto"/>
    </w:pPr>
    <w:rPr>
      <w:rFonts w:ascii="Arial" w:hAnsi="Arial"/>
      <w:kern w:val="0"/>
      <w:sz w:val="21"/>
      <w:szCs w:val="22"/>
      <w14:ligatures w14:val="none"/>
    </w:rPr>
  </w:style>
  <w:style w:type="paragraph" w:customStyle="1" w:styleId="2C72F6A481A344859EF27F1BC4E1B277">
    <w:name w:val="2C72F6A481A344859EF27F1BC4E1B277"/>
    <w:rsid w:val="00BA2E8D"/>
    <w:pPr>
      <w:spacing w:after="100" w:line="252" w:lineRule="auto"/>
    </w:pPr>
    <w:rPr>
      <w:rFonts w:ascii="Arial" w:hAnsi="Arial"/>
      <w:kern w:val="0"/>
      <w:sz w:val="21"/>
      <w:szCs w:val="22"/>
      <w14:ligatures w14:val="none"/>
    </w:rPr>
  </w:style>
  <w:style w:type="paragraph" w:customStyle="1" w:styleId="FE8285BF1769475E9DE346392FFEEAC2">
    <w:name w:val="FE8285BF1769475E9DE346392FFEEAC2"/>
    <w:rsid w:val="00BA2E8D"/>
    <w:pPr>
      <w:spacing w:after="100" w:line="252" w:lineRule="auto"/>
    </w:pPr>
    <w:rPr>
      <w:rFonts w:ascii="Arial" w:hAnsi="Arial"/>
      <w:kern w:val="0"/>
      <w:sz w:val="21"/>
      <w:szCs w:val="22"/>
      <w14:ligatures w14:val="none"/>
    </w:rPr>
  </w:style>
  <w:style w:type="paragraph" w:customStyle="1" w:styleId="84A6D65BA0214D76AE281CB2AA9D72F2">
    <w:name w:val="84A6D65BA0214D76AE281CB2AA9D72F2"/>
    <w:rsid w:val="00BA2E8D"/>
    <w:pPr>
      <w:spacing w:after="100" w:line="252" w:lineRule="auto"/>
    </w:pPr>
    <w:rPr>
      <w:rFonts w:ascii="Arial" w:hAnsi="Arial"/>
      <w:kern w:val="0"/>
      <w:sz w:val="21"/>
      <w:szCs w:val="22"/>
      <w14:ligatures w14:val="none"/>
    </w:rPr>
  </w:style>
  <w:style w:type="paragraph" w:customStyle="1" w:styleId="19F9AEC059A743838F148072A38CD519">
    <w:name w:val="19F9AEC059A743838F148072A38CD519"/>
    <w:rsid w:val="00BA2E8D"/>
    <w:pPr>
      <w:spacing w:after="100" w:line="252" w:lineRule="auto"/>
    </w:pPr>
    <w:rPr>
      <w:rFonts w:ascii="Arial" w:hAnsi="Arial"/>
      <w:kern w:val="0"/>
      <w:sz w:val="21"/>
      <w:szCs w:val="22"/>
      <w14:ligatures w14:val="none"/>
    </w:rPr>
  </w:style>
  <w:style w:type="paragraph" w:customStyle="1" w:styleId="281A93A765104DDD8ACB0103C3104026">
    <w:name w:val="281A93A765104DDD8ACB0103C3104026"/>
    <w:rsid w:val="00BA2E8D"/>
    <w:pPr>
      <w:spacing w:after="100" w:line="252" w:lineRule="auto"/>
    </w:pPr>
    <w:rPr>
      <w:rFonts w:ascii="Arial" w:hAnsi="Arial"/>
      <w:kern w:val="0"/>
      <w:sz w:val="21"/>
      <w:szCs w:val="22"/>
      <w14:ligatures w14:val="none"/>
    </w:rPr>
  </w:style>
  <w:style w:type="paragraph" w:customStyle="1" w:styleId="942137F795F14E61859990729E9B6D07">
    <w:name w:val="942137F795F14E61859990729E9B6D07"/>
    <w:rsid w:val="00BA2E8D"/>
    <w:pPr>
      <w:spacing w:after="100" w:line="252" w:lineRule="auto"/>
    </w:pPr>
    <w:rPr>
      <w:rFonts w:ascii="Arial" w:hAnsi="Arial"/>
      <w:kern w:val="0"/>
      <w:sz w:val="21"/>
      <w:szCs w:val="22"/>
      <w14:ligatures w14:val="none"/>
    </w:rPr>
  </w:style>
  <w:style w:type="paragraph" w:customStyle="1" w:styleId="BB9A7929981A4CA99ED5AF8CB15514E5">
    <w:name w:val="BB9A7929981A4CA99ED5AF8CB15514E5"/>
    <w:rsid w:val="00BA2E8D"/>
    <w:pPr>
      <w:spacing w:after="100" w:line="252" w:lineRule="auto"/>
    </w:pPr>
    <w:rPr>
      <w:rFonts w:ascii="Arial" w:hAnsi="Arial"/>
      <w:kern w:val="0"/>
      <w:sz w:val="21"/>
      <w:szCs w:val="22"/>
      <w14:ligatures w14:val="none"/>
    </w:rPr>
  </w:style>
  <w:style w:type="paragraph" w:customStyle="1" w:styleId="4599A650B28C471185A99EED0F3F0465">
    <w:name w:val="4599A650B28C471185A99EED0F3F0465"/>
    <w:rsid w:val="00BA2E8D"/>
    <w:pPr>
      <w:spacing w:after="100" w:line="252" w:lineRule="auto"/>
    </w:pPr>
    <w:rPr>
      <w:rFonts w:ascii="Arial" w:hAnsi="Arial"/>
      <w:kern w:val="0"/>
      <w:sz w:val="21"/>
      <w:szCs w:val="22"/>
      <w14:ligatures w14:val="none"/>
    </w:rPr>
  </w:style>
  <w:style w:type="paragraph" w:customStyle="1" w:styleId="E3EB88669FA643769E4794DCD32FF290">
    <w:name w:val="E3EB88669FA643769E4794DCD32FF290"/>
    <w:rsid w:val="00BA2E8D"/>
    <w:pPr>
      <w:spacing w:after="100" w:line="252" w:lineRule="auto"/>
    </w:pPr>
    <w:rPr>
      <w:rFonts w:ascii="Arial" w:hAnsi="Arial"/>
      <w:kern w:val="0"/>
      <w:sz w:val="21"/>
      <w:szCs w:val="22"/>
      <w14:ligatures w14:val="none"/>
    </w:rPr>
  </w:style>
  <w:style w:type="paragraph" w:customStyle="1" w:styleId="37805827C4BE4FDDB79869FD5C602D79">
    <w:name w:val="37805827C4BE4FDDB79869FD5C602D79"/>
    <w:rsid w:val="00BA2E8D"/>
    <w:pPr>
      <w:spacing w:after="100" w:line="252" w:lineRule="auto"/>
    </w:pPr>
    <w:rPr>
      <w:rFonts w:ascii="Arial" w:hAnsi="Arial"/>
      <w:kern w:val="0"/>
      <w:sz w:val="21"/>
      <w:szCs w:val="22"/>
      <w14:ligatures w14:val="none"/>
    </w:rPr>
  </w:style>
  <w:style w:type="paragraph" w:customStyle="1" w:styleId="75971F83776E44AFBC6DB8D61BDF3253">
    <w:name w:val="75971F83776E44AFBC6DB8D61BDF3253"/>
    <w:rsid w:val="00BA2E8D"/>
    <w:pPr>
      <w:spacing w:after="100" w:line="252" w:lineRule="auto"/>
    </w:pPr>
    <w:rPr>
      <w:rFonts w:ascii="Arial" w:hAnsi="Arial"/>
      <w:kern w:val="0"/>
      <w:sz w:val="21"/>
      <w:szCs w:val="22"/>
      <w14:ligatures w14:val="none"/>
    </w:rPr>
  </w:style>
  <w:style w:type="paragraph" w:customStyle="1" w:styleId="C08C7412F7CA4278BBA4DB0E4915B8E9">
    <w:name w:val="C08C7412F7CA4278BBA4DB0E4915B8E9"/>
    <w:rsid w:val="00BA2E8D"/>
    <w:pPr>
      <w:spacing w:after="100" w:line="252" w:lineRule="auto"/>
    </w:pPr>
    <w:rPr>
      <w:rFonts w:ascii="Arial" w:hAnsi="Arial"/>
      <w:kern w:val="0"/>
      <w:sz w:val="21"/>
      <w:szCs w:val="22"/>
      <w14:ligatures w14:val="none"/>
    </w:rPr>
  </w:style>
  <w:style w:type="paragraph" w:customStyle="1" w:styleId="C6A9C1AE387D4C4786DE147B8478B71D">
    <w:name w:val="C6A9C1AE387D4C4786DE147B8478B71D"/>
    <w:rsid w:val="00BA2E8D"/>
    <w:pPr>
      <w:spacing w:after="100" w:line="252" w:lineRule="auto"/>
    </w:pPr>
    <w:rPr>
      <w:rFonts w:ascii="Arial" w:hAnsi="Arial"/>
      <w:kern w:val="0"/>
      <w:sz w:val="21"/>
      <w:szCs w:val="22"/>
      <w14:ligatures w14:val="none"/>
    </w:rPr>
  </w:style>
  <w:style w:type="paragraph" w:customStyle="1" w:styleId="BA73E8529DD742EBA29DEB014F82E7EF">
    <w:name w:val="BA73E8529DD742EBA29DEB014F82E7EF"/>
    <w:rsid w:val="00BA2E8D"/>
    <w:pPr>
      <w:spacing w:after="100" w:line="252" w:lineRule="auto"/>
    </w:pPr>
    <w:rPr>
      <w:rFonts w:ascii="Arial" w:hAnsi="Arial"/>
      <w:kern w:val="0"/>
      <w:sz w:val="21"/>
      <w:szCs w:val="22"/>
      <w14:ligatures w14:val="none"/>
    </w:rPr>
  </w:style>
  <w:style w:type="paragraph" w:customStyle="1" w:styleId="661F1A11495B4D1485E02C60B624B7B2">
    <w:name w:val="661F1A11495B4D1485E02C60B624B7B2"/>
    <w:rsid w:val="00BA2E8D"/>
    <w:pPr>
      <w:spacing w:after="100" w:line="252" w:lineRule="auto"/>
    </w:pPr>
    <w:rPr>
      <w:rFonts w:ascii="Arial" w:hAnsi="Arial"/>
      <w:kern w:val="0"/>
      <w:sz w:val="21"/>
      <w:szCs w:val="22"/>
      <w14:ligatures w14:val="none"/>
    </w:rPr>
  </w:style>
  <w:style w:type="paragraph" w:customStyle="1" w:styleId="3E7CB2428B4C45DA80646C2D8AD2847E">
    <w:name w:val="3E7CB2428B4C45DA80646C2D8AD2847E"/>
    <w:rsid w:val="00BA2E8D"/>
    <w:pPr>
      <w:spacing w:after="100" w:line="252" w:lineRule="auto"/>
    </w:pPr>
    <w:rPr>
      <w:rFonts w:ascii="Arial" w:hAnsi="Arial"/>
      <w:kern w:val="0"/>
      <w:sz w:val="21"/>
      <w:szCs w:val="22"/>
      <w14:ligatures w14:val="none"/>
    </w:rPr>
  </w:style>
  <w:style w:type="paragraph" w:customStyle="1" w:styleId="1873C6987FCB4BA4B66C5D182A214394">
    <w:name w:val="1873C6987FCB4BA4B66C5D182A214394"/>
    <w:rsid w:val="00BA2E8D"/>
    <w:pPr>
      <w:spacing w:after="100" w:line="252" w:lineRule="auto"/>
    </w:pPr>
    <w:rPr>
      <w:rFonts w:ascii="Arial" w:hAnsi="Arial"/>
      <w:kern w:val="0"/>
      <w:sz w:val="21"/>
      <w:szCs w:val="22"/>
      <w14:ligatures w14:val="none"/>
    </w:rPr>
  </w:style>
  <w:style w:type="paragraph" w:customStyle="1" w:styleId="004EB7D50C4F4F779DCDFBAD8691AD61">
    <w:name w:val="004EB7D50C4F4F779DCDFBAD8691AD61"/>
    <w:rsid w:val="00BA2E8D"/>
    <w:pPr>
      <w:spacing w:after="100" w:line="252" w:lineRule="auto"/>
    </w:pPr>
    <w:rPr>
      <w:rFonts w:ascii="Arial" w:hAnsi="Arial"/>
      <w:kern w:val="0"/>
      <w:sz w:val="21"/>
      <w:szCs w:val="22"/>
      <w14:ligatures w14:val="none"/>
    </w:rPr>
  </w:style>
  <w:style w:type="paragraph" w:customStyle="1" w:styleId="6E780D6EBEC049E8A6F235AF2FE1D6A1">
    <w:name w:val="6E780D6EBEC049E8A6F235AF2FE1D6A1"/>
    <w:rsid w:val="00BA2E8D"/>
    <w:pPr>
      <w:spacing w:after="100" w:line="252" w:lineRule="auto"/>
    </w:pPr>
    <w:rPr>
      <w:rFonts w:ascii="Arial" w:hAnsi="Arial"/>
      <w:kern w:val="0"/>
      <w:sz w:val="21"/>
      <w:szCs w:val="22"/>
      <w14:ligatures w14:val="none"/>
    </w:rPr>
  </w:style>
  <w:style w:type="paragraph" w:customStyle="1" w:styleId="F01357EA07A24C879C2ACC0F5476B8DB">
    <w:name w:val="F01357EA07A24C879C2ACC0F5476B8DB"/>
    <w:rsid w:val="00BA2E8D"/>
    <w:pPr>
      <w:spacing w:after="100" w:line="252" w:lineRule="auto"/>
    </w:pPr>
    <w:rPr>
      <w:rFonts w:ascii="Arial" w:hAnsi="Arial"/>
      <w:kern w:val="0"/>
      <w:sz w:val="21"/>
      <w:szCs w:val="22"/>
      <w14:ligatures w14:val="none"/>
    </w:rPr>
  </w:style>
  <w:style w:type="paragraph" w:customStyle="1" w:styleId="8C14250D048B4DBABED658C1D716A320">
    <w:name w:val="8C14250D048B4DBABED658C1D716A320"/>
    <w:rsid w:val="00BA2E8D"/>
    <w:pPr>
      <w:spacing w:after="100" w:line="252" w:lineRule="auto"/>
    </w:pPr>
    <w:rPr>
      <w:rFonts w:ascii="Arial" w:hAnsi="Arial"/>
      <w:kern w:val="0"/>
      <w:sz w:val="21"/>
      <w:szCs w:val="22"/>
      <w14:ligatures w14:val="none"/>
    </w:rPr>
  </w:style>
  <w:style w:type="paragraph" w:customStyle="1" w:styleId="6D00FC5E20B84D5E9ACF64C67686A81E">
    <w:name w:val="6D00FC5E20B84D5E9ACF64C67686A81E"/>
    <w:rsid w:val="00BA2E8D"/>
    <w:pPr>
      <w:spacing w:after="100" w:line="252" w:lineRule="auto"/>
    </w:pPr>
    <w:rPr>
      <w:rFonts w:ascii="Arial" w:hAnsi="Arial"/>
      <w:kern w:val="0"/>
      <w:sz w:val="21"/>
      <w:szCs w:val="22"/>
      <w14:ligatures w14:val="none"/>
    </w:rPr>
  </w:style>
  <w:style w:type="paragraph" w:customStyle="1" w:styleId="577712DBF7224FC696E35806152AE689">
    <w:name w:val="577712DBF7224FC696E35806152AE689"/>
    <w:rsid w:val="00BA2E8D"/>
    <w:pPr>
      <w:spacing w:after="100" w:line="252" w:lineRule="auto"/>
    </w:pPr>
    <w:rPr>
      <w:rFonts w:ascii="Arial" w:hAnsi="Arial"/>
      <w:kern w:val="0"/>
      <w:sz w:val="21"/>
      <w:szCs w:val="22"/>
      <w14:ligatures w14:val="none"/>
    </w:rPr>
  </w:style>
  <w:style w:type="paragraph" w:customStyle="1" w:styleId="7332DD1FEFAA43E49DC35894345F25AE">
    <w:name w:val="7332DD1FEFAA43E49DC35894345F25AE"/>
    <w:rsid w:val="00BA2E8D"/>
    <w:pPr>
      <w:spacing w:after="100" w:line="252" w:lineRule="auto"/>
    </w:pPr>
    <w:rPr>
      <w:rFonts w:ascii="Arial" w:hAnsi="Arial"/>
      <w:kern w:val="0"/>
      <w:sz w:val="21"/>
      <w:szCs w:val="22"/>
      <w14:ligatures w14:val="none"/>
    </w:rPr>
  </w:style>
  <w:style w:type="paragraph" w:customStyle="1" w:styleId="0EEE4785527943F59FE7DC26E0AF6175">
    <w:name w:val="0EEE4785527943F59FE7DC26E0AF6175"/>
    <w:rsid w:val="00BA2E8D"/>
    <w:pPr>
      <w:spacing w:after="100" w:line="252" w:lineRule="auto"/>
    </w:pPr>
    <w:rPr>
      <w:rFonts w:ascii="Arial" w:hAnsi="Arial"/>
      <w:kern w:val="0"/>
      <w:sz w:val="21"/>
      <w:szCs w:val="22"/>
      <w14:ligatures w14:val="none"/>
    </w:rPr>
  </w:style>
  <w:style w:type="paragraph" w:customStyle="1" w:styleId="87FE0F19C7474583B98EB55EAFE524E9">
    <w:name w:val="87FE0F19C7474583B98EB55EAFE524E9"/>
    <w:rsid w:val="00BA2E8D"/>
    <w:pPr>
      <w:spacing w:after="100" w:line="252" w:lineRule="auto"/>
    </w:pPr>
    <w:rPr>
      <w:rFonts w:ascii="Arial" w:hAnsi="Arial"/>
      <w:kern w:val="0"/>
      <w:sz w:val="21"/>
      <w:szCs w:val="22"/>
      <w14:ligatures w14:val="none"/>
    </w:rPr>
  </w:style>
  <w:style w:type="paragraph" w:customStyle="1" w:styleId="0CCF7238B5394012BAD5C5C0E22944B0">
    <w:name w:val="0CCF7238B5394012BAD5C5C0E22944B0"/>
    <w:rsid w:val="00BA2E8D"/>
    <w:pPr>
      <w:spacing w:after="100" w:line="252" w:lineRule="auto"/>
    </w:pPr>
    <w:rPr>
      <w:rFonts w:ascii="Arial" w:hAnsi="Arial"/>
      <w:kern w:val="0"/>
      <w:sz w:val="21"/>
      <w:szCs w:val="22"/>
      <w14:ligatures w14:val="none"/>
    </w:rPr>
  </w:style>
  <w:style w:type="paragraph" w:customStyle="1" w:styleId="68D515E2145E4B819F09BDB7370D65EF">
    <w:name w:val="68D515E2145E4B819F09BDB7370D65EF"/>
    <w:rsid w:val="00BA2E8D"/>
    <w:pPr>
      <w:spacing w:after="100" w:line="252" w:lineRule="auto"/>
    </w:pPr>
    <w:rPr>
      <w:rFonts w:ascii="Arial" w:hAnsi="Arial"/>
      <w:kern w:val="0"/>
      <w:sz w:val="21"/>
      <w:szCs w:val="22"/>
      <w14:ligatures w14:val="none"/>
    </w:rPr>
  </w:style>
  <w:style w:type="paragraph" w:customStyle="1" w:styleId="1CAEFAED6B8F4E22B186A9CC98182394">
    <w:name w:val="1CAEFAED6B8F4E22B186A9CC98182394"/>
    <w:rsid w:val="00BA2E8D"/>
    <w:pPr>
      <w:spacing w:after="100" w:line="252" w:lineRule="auto"/>
    </w:pPr>
    <w:rPr>
      <w:rFonts w:ascii="Arial" w:hAnsi="Arial"/>
      <w:kern w:val="0"/>
      <w:sz w:val="21"/>
      <w:szCs w:val="22"/>
      <w14:ligatures w14:val="none"/>
    </w:rPr>
  </w:style>
  <w:style w:type="paragraph" w:customStyle="1" w:styleId="364B084B729C415C99090C9FB362E0D3">
    <w:name w:val="364B084B729C415C99090C9FB362E0D3"/>
    <w:rsid w:val="00BA2E8D"/>
    <w:pPr>
      <w:spacing w:after="100" w:line="252" w:lineRule="auto"/>
    </w:pPr>
    <w:rPr>
      <w:rFonts w:ascii="Arial" w:hAnsi="Arial"/>
      <w:kern w:val="0"/>
      <w:sz w:val="21"/>
      <w:szCs w:val="22"/>
      <w14:ligatures w14:val="none"/>
    </w:rPr>
  </w:style>
  <w:style w:type="paragraph" w:customStyle="1" w:styleId="01A60F4BA9264405B60ED49238C2AF6C">
    <w:name w:val="01A60F4BA9264405B60ED49238C2AF6C"/>
    <w:rsid w:val="00BA2E8D"/>
    <w:pPr>
      <w:spacing w:after="100" w:line="252" w:lineRule="auto"/>
    </w:pPr>
    <w:rPr>
      <w:rFonts w:ascii="Arial" w:hAnsi="Arial"/>
      <w:kern w:val="0"/>
      <w:sz w:val="21"/>
      <w:szCs w:val="22"/>
      <w14:ligatures w14:val="none"/>
    </w:rPr>
  </w:style>
  <w:style w:type="paragraph" w:customStyle="1" w:styleId="6014543BA5C24AD0B48BFCD7ED177669">
    <w:name w:val="6014543BA5C24AD0B48BFCD7ED177669"/>
    <w:rsid w:val="00BA2E8D"/>
    <w:pPr>
      <w:spacing w:after="100" w:line="252" w:lineRule="auto"/>
    </w:pPr>
    <w:rPr>
      <w:rFonts w:ascii="Arial" w:hAnsi="Arial"/>
      <w:kern w:val="0"/>
      <w:sz w:val="21"/>
      <w:szCs w:val="22"/>
      <w14:ligatures w14:val="none"/>
    </w:rPr>
  </w:style>
  <w:style w:type="paragraph" w:customStyle="1" w:styleId="69248120E92F499B8FC8D9348E4CBCAE">
    <w:name w:val="69248120E92F499B8FC8D9348E4CBCAE"/>
    <w:rsid w:val="00BA2E8D"/>
    <w:pPr>
      <w:spacing w:after="100" w:line="252" w:lineRule="auto"/>
    </w:pPr>
    <w:rPr>
      <w:rFonts w:ascii="Arial" w:hAnsi="Arial"/>
      <w:kern w:val="0"/>
      <w:sz w:val="21"/>
      <w:szCs w:val="22"/>
      <w14:ligatures w14:val="none"/>
    </w:rPr>
  </w:style>
  <w:style w:type="paragraph" w:customStyle="1" w:styleId="7C3B9F67859948D8B573C39A7CA12C8A">
    <w:name w:val="7C3B9F67859948D8B573C39A7CA12C8A"/>
    <w:rsid w:val="00BA2E8D"/>
    <w:pPr>
      <w:spacing w:after="100" w:line="252" w:lineRule="auto"/>
    </w:pPr>
    <w:rPr>
      <w:rFonts w:ascii="Arial" w:hAnsi="Arial"/>
      <w:kern w:val="0"/>
      <w:sz w:val="21"/>
      <w:szCs w:val="22"/>
      <w14:ligatures w14:val="none"/>
    </w:rPr>
  </w:style>
  <w:style w:type="paragraph" w:customStyle="1" w:styleId="8C0407F1A4D9472D81A3339E162AF8B2">
    <w:name w:val="8C0407F1A4D9472D81A3339E162AF8B2"/>
    <w:rsid w:val="00BA2E8D"/>
    <w:pPr>
      <w:spacing w:after="100" w:line="252" w:lineRule="auto"/>
    </w:pPr>
    <w:rPr>
      <w:rFonts w:ascii="Arial" w:hAnsi="Arial"/>
      <w:kern w:val="0"/>
      <w:sz w:val="21"/>
      <w:szCs w:val="22"/>
      <w14:ligatures w14:val="none"/>
    </w:rPr>
  </w:style>
  <w:style w:type="paragraph" w:customStyle="1" w:styleId="19D1E7D0C653474F861FE4EA82872E19">
    <w:name w:val="19D1E7D0C653474F861FE4EA82872E19"/>
    <w:rsid w:val="00BA2E8D"/>
    <w:pPr>
      <w:spacing w:after="100" w:line="252" w:lineRule="auto"/>
    </w:pPr>
    <w:rPr>
      <w:rFonts w:ascii="Arial" w:hAnsi="Arial"/>
      <w:kern w:val="0"/>
      <w:sz w:val="21"/>
      <w:szCs w:val="22"/>
      <w14:ligatures w14:val="none"/>
    </w:rPr>
  </w:style>
  <w:style w:type="paragraph" w:customStyle="1" w:styleId="CF707267027042F187C07B41724B7B7B">
    <w:name w:val="CF707267027042F187C07B41724B7B7B"/>
    <w:rsid w:val="00BA2E8D"/>
    <w:pPr>
      <w:spacing w:after="100" w:line="252" w:lineRule="auto"/>
    </w:pPr>
    <w:rPr>
      <w:rFonts w:ascii="Arial" w:hAnsi="Arial"/>
      <w:kern w:val="0"/>
      <w:sz w:val="21"/>
      <w:szCs w:val="22"/>
      <w14:ligatures w14:val="none"/>
    </w:rPr>
  </w:style>
  <w:style w:type="paragraph" w:customStyle="1" w:styleId="AC13A91D863C4B42B3B4D46B007C954E">
    <w:name w:val="AC13A91D863C4B42B3B4D46B007C954E"/>
    <w:rsid w:val="00BA2E8D"/>
    <w:pPr>
      <w:spacing w:after="100" w:line="252" w:lineRule="auto"/>
    </w:pPr>
    <w:rPr>
      <w:rFonts w:ascii="Arial" w:hAnsi="Arial"/>
      <w:kern w:val="0"/>
      <w:sz w:val="21"/>
      <w:szCs w:val="22"/>
      <w14:ligatures w14:val="none"/>
    </w:rPr>
  </w:style>
  <w:style w:type="paragraph" w:customStyle="1" w:styleId="02A6506CE81B4044895A77A4A8A7CBE4">
    <w:name w:val="02A6506CE81B4044895A77A4A8A7CBE4"/>
    <w:rsid w:val="00BA2E8D"/>
    <w:pPr>
      <w:spacing w:after="100" w:line="252" w:lineRule="auto"/>
    </w:pPr>
    <w:rPr>
      <w:rFonts w:ascii="Arial" w:hAnsi="Arial"/>
      <w:kern w:val="0"/>
      <w:sz w:val="21"/>
      <w:szCs w:val="22"/>
      <w14:ligatures w14:val="none"/>
    </w:rPr>
  </w:style>
  <w:style w:type="paragraph" w:customStyle="1" w:styleId="7F353F9C23BB4E818959FF0A6A6E9AD9">
    <w:name w:val="7F353F9C23BB4E818959FF0A6A6E9AD9"/>
    <w:rsid w:val="00BA2E8D"/>
    <w:pPr>
      <w:spacing w:after="100" w:line="252" w:lineRule="auto"/>
    </w:pPr>
    <w:rPr>
      <w:rFonts w:ascii="Arial" w:hAnsi="Arial"/>
      <w:kern w:val="0"/>
      <w:sz w:val="21"/>
      <w:szCs w:val="22"/>
      <w14:ligatures w14:val="none"/>
    </w:rPr>
  </w:style>
  <w:style w:type="paragraph" w:customStyle="1" w:styleId="24A12B405E72491DAF3473F16167A6D6">
    <w:name w:val="24A12B405E72491DAF3473F16167A6D6"/>
    <w:rsid w:val="00BA2E8D"/>
    <w:pPr>
      <w:spacing w:after="100" w:line="252" w:lineRule="auto"/>
    </w:pPr>
    <w:rPr>
      <w:rFonts w:ascii="Arial" w:hAnsi="Arial"/>
      <w:kern w:val="0"/>
      <w:sz w:val="21"/>
      <w:szCs w:val="22"/>
      <w14:ligatures w14:val="none"/>
    </w:rPr>
  </w:style>
  <w:style w:type="paragraph" w:customStyle="1" w:styleId="953C0276FF36498E828CE76D65E2C9C9">
    <w:name w:val="953C0276FF36498E828CE76D65E2C9C9"/>
    <w:rsid w:val="00BA2E8D"/>
    <w:pPr>
      <w:spacing w:after="100" w:line="252" w:lineRule="auto"/>
    </w:pPr>
    <w:rPr>
      <w:rFonts w:ascii="Arial" w:hAnsi="Arial"/>
      <w:kern w:val="0"/>
      <w:sz w:val="21"/>
      <w:szCs w:val="22"/>
      <w14:ligatures w14:val="none"/>
    </w:rPr>
  </w:style>
  <w:style w:type="paragraph" w:customStyle="1" w:styleId="A7EE0843F4B5427A956FD7C5F1665F04">
    <w:name w:val="A7EE0843F4B5427A956FD7C5F1665F04"/>
    <w:rsid w:val="00BA2E8D"/>
    <w:pPr>
      <w:spacing w:after="100" w:line="252" w:lineRule="auto"/>
    </w:pPr>
    <w:rPr>
      <w:rFonts w:ascii="Arial" w:hAnsi="Arial"/>
      <w:kern w:val="0"/>
      <w:sz w:val="21"/>
      <w:szCs w:val="22"/>
      <w14:ligatures w14:val="none"/>
    </w:rPr>
  </w:style>
  <w:style w:type="paragraph" w:customStyle="1" w:styleId="42FCE92F706248F79436911088F55055">
    <w:name w:val="42FCE92F706248F79436911088F55055"/>
    <w:rsid w:val="00BA2E8D"/>
    <w:pPr>
      <w:spacing w:after="100" w:line="252" w:lineRule="auto"/>
    </w:pPr>
    <w:rPr>
      <w:rFonts w:ascii="Arial" w:hAnsi="Arial"/>
      <w:kern w:val="0"/>
      <w:sz w:val="21"/>
      <w:szCs w:val="22"/>
      <w14:ligatures w14:val="none"/>
    </w:rPr>
  </w:style>
  <w:style w:type="paragraph" w:customStyle="1" w:styleId="AEFD50506350463F84981753845F0FBD">
    <w:name w:val="AEFD50506350463F84981753845F0FBD"/>
    <w:rsid w:val="00BA2E8D"/>
    <w:pPr>
      <w:spacing w:after="100" w:line="252" w:lineRule="auto"/>
    </w:pPr>
    <w:rPr>
      <w:rFonts w:ascii="Arial" w:hAnsi="Arial"/>
      <w:kern w:val="0"/>
      <w:sz w:val="21"/>
      <w:szCs w:val="22"/>
      <w14:ligatures w14:val="none"/>
    </w:rPr>
  </w:style>
  <w:style w:type="paragraph" w:customStyle="1" w:styleId="999E6C6D56D94BA8AB6DC3C2D6B3475A">
    <w:name w:val="999E6C6D56D94BA8AB6DC3C2D6B3475A"/>
    <w:rsid w:val="00BA2E8D"/>
    <w:pPr>
      <w:spacing w:after="100" w:line="252" w:lineRule="auto"/>
    </w:pPr>
    <w:rPr>
      <w:rFonts w:ascii="Arial" w:hAnsi="Arial"/>
      <w:kern w:val="0"/>
      <w:sz w:val="21"/>
      <w:szCs w:val="22"/>
      <w14:ligatures w14:val="none"/>
    </w:rPr>
  </w:style>
  <w:style w:type="paragraph" w:customStyle="1" w:styleId="1649552104E543F381133902FF15B13D">
    <w:name w:val="1649552104E543F381133902FF15B13D"/>
    <w:rsid w:val="00BA2E8D"/>
    <w:pPr>
      <w:spacing w:after="100" w:line="252" w:lineRule="auto"/>
    </w:pPr>
    <w:rPr>
      <w:rFonts w:ascii="Arial" w:hAnsi="Arial"/>
      <w:kern w:val="0"/>
      <w:sz w:val="21"/>
      <w:szCs w:val="22"/>
      <w14:ligatures w14:val="none"/>
    </w:rPr>
  </w:style>
  <w:style w:type="paragraph" w:customStyle="1" w:styleId="3682BD08CD4A4CFEAEFE207C1991B017">
    <w:name w:val="3682BD08CD4A4CFEAEFE207C1991B017"/>
    <w:rsid w:val="00BA2E8D"/>
    <w:pPr>
      <w:spacing w:after="100" w:line="252" w:lineRule="auto"/>
    </w:pPr>
    <w:rPr>
      <w:rFonts w:ascii="Arial" w:hAnsi="Arial"/>
      <w:kern w:val="0"/>
      <w:sz w:val="21"/>
      <w:szCs w:val="22"/>
      <w14:ligatures w14:val="none"/>
    </w:rPr>
  </w:style>
  <w:style w:type="paragraph" w:customStyle="1" w:styleId="3009D32CC1C845A986B45DAB32B7F53C">
    <w:name w:val="3009D32CC1C845A986B45DAB32B7F53C"/>
    <w:rsid w:val="00BA2E8D"/>
    <w:pPr>
      <w:spacing w:after="100" w:line="252" w:lineRule="auto"/>
    </w:pPr>
    <w:rPr>
      <w:rFonts w:ascii="Arial" w:hAnsi="Arial"/>
      <w:kern w:val="0"/>
      <w:sz w:val="21"/>
      <w:szCs w:val="22"/>
      <w14:ligatures w14:val="none"/>
    </w:rPr>
  </w:style>
  <w:style w:type="paragraph" w:customStyle="1" w:styleId="5254A52A2E5D432FA3C443EFC42D1566">
    <w:name w:val="5254A52A2E5D432FA3C443EFC42D1566"/>
    <w:rsid w:val="00BA2E8D"/>
    <w:pPr>
      <w:spacing w:after="100" w:line="252" w:lineRule="auto"/>
    </w:pPr>
    <w:rPr>
      <w:rFonts w:ascii="Arial" w:hAnsi="Arial"/>
      <w:kern w:val="0"/>
      <w:sz w:val="21"/>
      <w:szCs w:val="22"/>
      <w14:ligatures w14:val="none"/>
    </w:rPr>
  </w:style>
  <w:style w:type="paragraph" w:customStyle="1" w:styleId="08E1FBC172234AC4AE926B77265F8E2C">
    <w:name w:val="08E1FBC172234AC4AE926B77265F8E2C"/>
    <w:rsid w:val="00BA2E8D"/>
    <w:pPr>
      <w:spacing w:after="100" w:line="252" w:lineRule="auto"/>
    </w:pPr>
    <w:rPr>
      <w:rFonts w:ascii="Arial" w:hAnsi="Arial"/>
      <w:kern w:val="0"/>
      <w:sz w:val="21"/>
      <w:szCs w:val="22"/>
      <w14:ligatures w14:val="none"/>
    </w:rPr>
  </w:style>
  <w:style w:type="paragraph" w:customStyle="1" w:styleId="70F33680650C4E35A9F0E509BC4CFC5F">
    <w:name w:val="70F33680650C4E35A9F0E509BC4CFC5F"/>
    <w:rsid w:val="00BA2E8D"/>
    <w:pPr>
      <w:spacing w:after="100" w:line="252" w:lineRule="auto"/>
    </w:pPr>
    <w:rPr>
      <w:rFonts w:ascii="Arial" w:hAnsi="Arial"/>
      <w:kern w:val="0"/>
      <w:sz w:val="21"/>
      <w:szCs w:val="22"/>
      <w14:ligatures w14:val="none"/>
    </w:rPr>
  </w:style>
  <w:style w:type="paragraph" w:customStyle="1" w:styleId="8EFFFC8C5AE34B5590CD6484C4CAD569">
    <w:name w:val="8EFFFC8C5AE34B5590CD6484C4CAD569"/>
    <w:rsid w:val="00BA2E8D"/>
    <w:pPr>
      <w:spacing w:after="100" w:line="252" w:lineRule="auto"/>
    </w:pPr>
    <w:rPr>
      <w:rFonts w:ascii="Arial" w:hAnsi="Arial"/>
      <w:kern w:val="0"/>
      <w:sz w:val="21"/>
      <w:szCs w:val="22"/>
      <w14:ligatures w14:val="none"/>
    </w:rPr>
  </w:style>
  <w:style w:type="paragraph" w:customStyle="1" w:styleId="120F4E2B92C94EC68B05811D94635BAF">
    <w:name w:val="120F4E2B92C94EC68B05811D94635BAF"/>
    <w:rsid w:val="00BA2E8D"/>
    <w:pPr>
      <w:spacing w:after="100" w:line="252" w:lineRule="auto"/>
    </w:pPr>
    <w:rPr>
      <w:rFonts w:ascii="Arial" w:hAnsi="Arial"/>
      <w:kern w:val="0"/>
      <w:sz w:val="21"/>
      <w:szCs w:val="22"/>
      <w14:ligatures w14:val="none"/>
    </w:rPr>
  </w:style>
  <w:style w:type="paragraph" w:customStyle="1" w:styleId="22A67A10F09A4C848147C5A59E65D6BF">
    <w:name w:val="22A67A10F09A4C848147C5A59E65D6BF"/>
    <w:rsid w:val="00BA2E8D"/>
    <w:pPr>
      <w:spacing w:after="100" w:line="252" w:lineRule="auto"/>
    </w:pPr>
    <w:rPr>
      <w:rFonts w:ascii="Arial" w:hAnsi="Arial"/>
      <w:kern w:val="0"/>
      <w:sz w:val="21"/>
      <w:szCs w:val="22"/>
      <w14:ligatures w14:val="none"/>
    </w:rPr>
  </w:style>
  <w:style w:type="paragraph" w:customStyle="1" w:styleId="A95975165E254563829EC6940910E057">
    <w:name w:val="A95975165E254563829EC6940910E057"/>
    <w:rsid w:val="00BA2E8D"/>
    <w:pPr>
      <w:spacing w:after="100" w:line="252" w:lineRule="auto"/>
    </w:pPr>
    <w:rPr>
      <w:rFonts w:ascii="Arial" w:hAnsi="Arial"/>
      <w:kern w:val="0"/>
      <w:sz w:val="21"/>
      <w:szCs w:val="22"/>
      <w14:ligatures w14:val="none"/>
    </w:rPr>
  </w:style>
  <w:style w:type="paragraph" w:customStyle="1" w:styleId="DD474C2E30714296A7BA6DC1C79E7DD9">
    <w:name w:val="DD474C2E30714296A7BA6DC1C79E7DD9"/>
    <w:rsid w:val="00BA2E8D"/>
    <w:pPr>
      <w:spacing w:after="100" w:line="252" w:lineRule="auto"/>
    </w:pPr>
    <w:rPr>
      <w:rFonts w:ascii="Arial" w:hAnsi="Arial"/>
      <w:kern w:val="0"/>
      <w:sz w:val="21"/>
      <w:szCs w:val="22"/>
      <w14:ligatures w14:val="none"/>
    </w:rPr>
  </w:style>
  <w:style w:type="paragraph" w:customStyle="1" w:styleId="528E3F3C08284BAEB07E21ACFDE3B849">
    <w:name w:val="528E3F3C08284BAEB07E21ACFDE3B849"/>
    <w:rsid w:val="00BA2E8D"/>
    <w:pPr>
      <w:spacing w:after="100" w:line="252" w:lineRule="auto"/>
    </w:pPr>
    <w:rPr>
      <w:rFonts w:ascii="Arial" w:hAnsi="Arial"/>
      <w:kern w:val="0"/>
      <w:sz w:val="21"/>
      <w:szCs w:val="22"/>
      <w14:ligatures w14:val="none"/>
    </w:rPr>
  </w:style>
  <w:style w:type="paragraph" w:customStyle="1" w:styleId="F440F650E7FD48C982F976C5173D20D5">
    <w:name w:val="F440F650E7FD48C982F976C5173D20D5"/>
    <w:rsid w:val="00BA2E8D"/>
    <w:pPr>
      <w:spacing w:after="100" w:line="252" w:lineRule="auto"/>
    </w:pPr>
    <w:rPr>
      <w:rFonts w:ascii="Arial" w:hAnsi="Arial"/>
      <w:kern w:val="0"/>
      <w:sz w:val="21"/>
      <w:szCs w:val="22"/>
      <w14:ligatures w14:val="none"/>
    </w:rPr>
  </w:style>
  <w:style w:type="paragraph" w:customStyle="1" w:styleId="BAC7B55AE3914481AD0A8452E389ED7E">
    <w:name w:val="BAC7B55AE3914481AD0A8452E389ED7E"/>
    <w:rsid w:val="00BA2E8D"/>
    <w:pPr>
      <w:spacing w:after="100" w:line="252" w:lineRule="auto"/>
    </w:pPr>
    <w:rPr>
      <w:rFonts w:ascii="Arial" w:hAnsi="Arial"/>
      <w:kern w:val="0"/>
      <w:sz w:val="21"/>
      <w:szCs w:val="22"/>
      <w14:ligatures w14:val="none"/>
    </w:rPr>
  </w:style>
  <w:style w:type="paragraph" w:customStyle="1" w:styleId="F257C31BEB964C70BB4906B49770AB44">
    <w:name w:val="F257C31BEB964C70BB4906B49770AB44"/>
    <w:rsid w:val="00BA2E8D"/>
    <w:pPr>
      <w:spacing w:after="100" w:line="252" w:lineRule="auto"/>
    </w:pPr>
    <w:rPr>
      <w:rFonts w:ascii="Arial" w:hAnsi="Arial"/>
      <w:kern w:val="0"/>
      <w:sz w:val="21"/>
      <w:szCs w:val="22"/>
      <w14:ligatures w14:val="none"/>
    </w:rPr>
  </w:style>
  <w:style w:type="paragraph" w:customStyle="1" w:styleId="483EB945D32A4120993E5D8AFBB7A577">
    <w:name w:val="483EB945D32A4120993E5D8AFBB7A577"/>
    <w:rsid w:val="00BA2E8D"/>
    <w:pPr>
      <w:spacing w:after="100" w:line="252" w:lineRule="auto"/>
    </w:pPr>
    <w:rPr>
      <w:rFonts w:ascii="Arial" w:hAnsi="Arial"/>
      <w:kern w:val="0"/>
      <w:sz w:val="21"/>
      <w:szCs w:val="22"/>
      <w14:ligatures w14:val="none"/>
    </w:rPr>
  </w:style>
  <w:style w:type="paragraph" w:customStyle="1" w:styleId="9C88FA5D684B4B2EAAE5F44B2523E824">
    <w:name w:val="9C88FA5D684B4B2EAAE5F44B2523E824"/>
    <w:rsid w:val="00BA2E8D"/>
    <w:pPr>
      <w:spacing w:after="100" w:line="252" w:lineRule="auto"/>
    </w:pPr>
    <w:rPr>
      <w:rFonts w:ascii="Arial" w:hAnsi="Arial"/>
      <w:kern w:val="0"/>
      <w:sz w:val="21"/>
      <w:szCs w:val="22"/>
      <w14:ligatures w14:val="none"/>
    </w:rPr>
  </w:style>
  <w:style w:type="paragraph" w:customStyle="1" w:styleId="BA39CA825F5C440591BAE71298DEE450">
    <w:name w:val="BA39CA825F5C440591BAE71298DEE450"/>
    <w:rsid w:val="00BA2E8D"/>
    <w:pPr>
      <w:spacing w:after="100" w:line="252" w:lineRule="auto"/>
    </w:pPr>
    <w:rPr>
      <w:rFonts w:ascii="Arial" w:hAnsi="Arial"/>
      <w:kern w:val="0"/>
      <w:sz w:val="21"/>
      <w:szCs w:val="22"/>
      <w14:ligatures w14:val="none"/>
    </w:rPr>
  </w:style>
  <w:style w:type="paragraph" w:customStyle="1" w:styleId="C08EDD038F21487A95360A69283A6EB3">
    <w:name w:val="C08EDD038F21487A95360A69283A6EB3"/>
    <w:rsid w:val="00BA2E8D"/>
    <w:pPr>
      <w:spacing w:after="100" w:line="252" w:lineRule="auto"/>
    </w:pPr>
    <w:rPr>
      <w:rFonts w:ascii="Arial" w:hAnsi="Arial"/>
      <w:kern w:val="0"/>
      <w:sz w:val="21"/>
      <w:szCs w:val="22"/>
      <w14:ligatures w14:val="none"/>
    </w:rPr>
  </w:style>
  <w:style w:type="paragraph" w:customStyle="1" w:styleId="9F4D893864794179AE86B5419B5F8098">
    <w:name w:val="9F4D893864794179AE86B5419B5F8098"/>
    <w:rsid w:val="00BA2E8D"/>
    <w:pPr>
      <w:spacing w:after="100" w:line="252" w:lineRule="auto"/>
    </w:pPr>
    <w:rPr>
      <w:rFonts w:ascii="Arial" w:hAnsi="Arial"/>
      <w:kern w:val="0"/>
      <w:sz w:val="21"/>
      <w:szCs w:val="22"/>
      <w14:ligatures w14:val="none"/>
    </w:rPr>
  </w:style>
  <w:style w:type="paragraph" w:customStyle="1" w:styleId="0A53DAED3B43416EB5305A3F143DCB98">
    <w:name w:val="0A53DAED3B43416EB5305A3F143DCB98"/>
    <w:rsid w:val="00BA2E8D"/>
    <w:pPr>
      <w:spacing w:after="100" w:line="252" w:lineRule="auto"/>
    </w:pPr>
    <w:rPr>
      <w:rFonts w:ascii="Arial" w:hAnsi="Arial"/>
      <w:kern w:val="0"/>
      <w:sz w:val="21"/>
      <w:szCs w:val="22"/>
      <w14:ligatures w14:val="none"/>
    </w:rPr>
  </w:style>
  <w:style w:type="paragraph" w:customStyle="1" w:styleId="A994BB18CFBF479390A707FB964C3471">
    <w:name w:val="A994BB18CFBF479390A707FB964C3471"/>
    <w:rsid w:val="00BA2E8D"/>
    <w:pPr>
      <w:spacing w:after="100" w:line="252" w:lineRule="auto"/>
    </w:pPr>
    <w:rPr>
      <w:rFonts w:ascii="Arial" w:hAnsi="Arial"/>
      <w:kern w:val="0"/>
      <w:sz w:val="21"/>
      <w:szCs w:val="22"/>
      <w14:ligatures w14:val="none"/>
    </w:rPr>
  </w:style>
  <w:style w:type="paragraph" w:customStyle="1" w:styleId="6020C2FC40B84647A407DDA76F5C0412">
    <w:name w:val="6020C2FC40B84647A407DDA76F5C0412"/>
    <w:rsid w:val="00BA2E8D"/>
    <w:pPr>
      <w:spacing w:after="100" w:line="252" w:lineRule="auto"/>
    </w:pPr>
    <w:rPr>
      <w:rFonts w:ascii="Arial" w:hAnsi="Arial"/>
      <w:kern w:val="0"/>
      <w:sz w:val="21"/>
      <w:szCs w:val="22"/>
      <w14:ligatures w14:val="none"/>
    </w:rPr>
  </w:style>
  <w:style w:type="paragraph" w:customStyle="1" w:styleId="56DC585DB884483384A0CB71FB47AA7D">
    <w:name w:val="56DC585DB884483384A0CB71FB47AA7D"/>
    <w:rsid w:val="00BA2E8D"/>
    <w:pPr>
      <w:spacing w:after="100" w:line="252" w:lineRule="auto"/>
    </w:pPr>
    <w:rPr>
      <w:rFonts w:ascii="Arial" w:hAnsi="Arial"/>
      <w:kern w:val="0"/>
      <w:sz w:val="21"/>
      <w:szCs w:val="22"/>
      <w14:ligatures w14:val="none"/>
    </w:rPr>
  </w:style>
  <w:style w:type="paragraph" w:customStyle="1" w:styleId="9EE76C738DEA4040AC3ECEB731E49D30">
    <w:name w:val="9EE76C738DEA4040AC3ECEB731E49D30"/>
    <w:rsid w:val="00BA2E8D"/>
    <w:pPr>
      <w:spacing w:after="100" w:line="252" w:lineRule="auto"/>
    </w:pPr>
    <w:rPr>
      <w:rFonts w:ascii="Arial" w:hAnsi="Arial"/>
      <w:kern w:val="0"/>
      <w:sz w:val="21"/>
      <w:szCs w:val="22"/>
      <w14:ligatures w14:val="none"/>
    </w:rPr>
  </w:style>
  <w:style w:type="paragraph" w:customStyle="1" w:styleId="0D5A80B347D64ABEA1ED30385CF28166">
    <w:name w:val="0D5A80B347D64ABEA1ED30385CF28166"/>
    <w:rsid w:val="00BA2E8D"/>
    <w:pPr>
      <w:spacing w:after="100" w:line="252" w:lineRule="auto"/>
    </w:pPr>
    <w:rPr>
      <w:rFonts w:ascii="Arial" w:hAnsi="Arial"/>
      <w:kern w:val="0"/>
      <w:sz w:val="21"/>
      <w:szCs w:val="22"/>
      <w14:ligatures w14:val="none"/>
    </w:rPr>
  </w:style>
  <w:style w:type="paragraph" w:customStyle="1" w:styleId="1D756B101E344D109ECD82984A137EF9">
    <w:name w:val="1D756B101E344D109ECD82984A137EF9"/>
    <w:rsid w:val="00BA2E8D"/>
    <w:pPr>
      <w:spacing w:after="100" w:line="252" w:lineRule="auto"/>
    </w:pPr>
    <w:rPr>
      <w:rFonts w:ascii="Arial" w:hAnsi="Arial"/>
      <w:kern w:val="0"/>
      <w:sz w:val="21"/>
      <w:szCs w:val="22"/>
      <w14:ligatures w14:val="none"/>
    </w:rPr>
  </w:style>
  <w:style w:type="paragraph" w:customStyle="1" w:styleId="266563BF0F5A4E66A5126B32DF0C0D43">
    <w:name w:val="266563BF0F5A4E66A5126B32DF0C0D43"/>
    <w:rsid w:val="00BA2E8D"/>
    <w:pPr>
      <w:spacing w:after="100" w:line="252" w:lineRule="auto"/>
    </w:pPr>
    <w:rPr>
      <w:rFonts w:ascii="Arial" w:hAnsi="Arial"/>
      <w:kern w:val="0"/>
      <w:sz w:val="21"/>
      <w:szCs w:val="22"/>
      <w14:ligatures w14:val="none"/>
    </w:rPr>
  </w:style>
  <w:style w:type="paragraph" w:customStyle="1" w:styleId="B157D580733B4807B4E554D9CDE697ED">
    <w:name w:val="B157D580733B4807B4E554D9CDE697ED"/>
    <w:rsid w:val="00BA2E8D"/>
    <w:pPr>
      <w:spacing w:after="100" w:line="252" w:lineRule="auto"/>
    </w:pPr>
    <w:rPr>
      <w:rFonts w:ascii="Arial" w:hAnsi="Arial"/>
      <w:kern w:val="0"/>
      <w:sz w:val="21"/>
      <w:szCs w:val="22"/>
      <w14:ligatures w14:val="none"/>
    </w:rPr>
  </w:style>
  <w:style w:type="paragraph" w:customStyle="1" w:styleId="04F0F310E14943BEA59594197E161F0D">
    <w:name w:val="04F0F310E14943BEA59594197E161F0D"/>
    <w:rsid w:val="00BA2E8D"/>
    <w:pPr>
      <w:spacing w:after="100" w:line="252" w:lineRule="auto"/>
    </w:pPr>
    <w:rPr>
      <w:rFonts w:ascii="Arial" w:hAnsi="Arial"/>
      <w:kern w:val="0"/>
      <w:sz w:val="21"/>
      <w:szCs w:val="22"/>
      <w14:ligatures w14:val="none"/>
    </w:rPr>
  </w:style>
  <w:style w:type="paragraph" w:customStyle="1" w:styleId="47BE81EE3B0246A8AE1BCC41F483DE57">
    <w:name w:val="47BE81EE3B0246A8AE1BCC41F483DE57"/>
    <w:rsid w:val="00BA2E8D"/>
    <w:pPr>
      <w:spacing w:after="100" w:line="252" w:lineRule="auto"/>
    </w:pPr>
    <w:rPr>
      <w:rFonts w:ascii="Arial" w:hAnsi="Arial"/>
      <w:kern w:val="0"/>
      <w:sz w:val="21"/>
      <w:szCs w:val="22"/>
      <w14:ligatures w14:val="none"/>
    </w:rPr>
  </w:style>
  <w:style w:type="paragraph" w:customStyle="1" w:styleId="DA2446573280494AAB82AE84F8075BAC">
    <w:name w:val="DA2446573280494AAB82AE84F8075BAC"/>
    <w:rsid w:val="00BA2E8D"/>
    <w:pPr>
      <w:spacing w:after="100" w:line="252" w:lineRule="auto"/>
    </w:pPr>
    <w:rPr>
      <w:rFonts w:ascii="Arial" w:hAnsi="Arial"/>
      <w:kern w:val="0"/>
      <w:sz w:val="21"/>
      <w:szCs w:val="22"/>
      <w14:ligatures w14:val="none"/>
    </w:rPr>
  </w:style>
  <w:style w:type="paragraph" w:customStyle="1" w:styleId="F6C0B48BB7BA4767B43C5F5B65AEAD3B">
    <w:name w:val="F6C0B48BB7BA4767B43C5F5B65AEAD3B"/>
    <w:rsid w:val="00BA2E8D"/>
    <w:pPr>
      <w:spacing w:after="100" w:line="252" w:lineRule="auto"/>
    </w:pPr>
    <w:rPr>
      <w:rFonts w:ascii="Arial" w:hAnsi="Arial"/>
      <w:kern w:val="0"/>
      <w:sz w:val="21"/>
      <w:szCs w:val="22"/>
      <w14:ligatures w14:val="none"/>
    </w:rPr>
  </w:style>
  <w:style w:type="paragraph" w:customStyle="1" w:styleId="AE5823F4C5F74DAF8E88718158479B97">
    <w:name w:val="AE5823F4C5F74DAF8E88718158479B97"/>
    <w:rsid w:val="00BA2E8D"/>
    <w:pPr>
      <w:spacing w:after="100" w:line="252" w:lineRule="auto"/>
    </w:pPr>
    <w:rPr>
      <w:rFonts w:ascii="Arial" w:hAnsi="Arial"/>
      <w:kern w:val="0"/>
      <w:sz w:val="21"/>
      <w:szCs w:val="22"/>
      <w14:ligatures w14:val="none"/>
    </w:rPr>
  </w:style>
  <w:style w:type="paragraph" w:customStyle="1" w:styleId="54E813BEF3FE44938096C55D9522A49B">
    <w:name w:val="54E813BEF3FE44938096C55D9522A49B"/>
    <w:rsid w:val="00BA2E8D"/>
    <w:pPr>
      <w:spacing w:after="100" w:line="252" w:lineRule="auto"/>
    </w:pPr>
    <w:rPr>
      <w:rFonts w:ascii="Arial" w:hAnsi="Arial"/>
      <w:kern w:val="0"/>
      <w:sz w:val="21"/>
      <w:szCs w:val="22"/>
      <w14:ligatures w14:val="none"/>
    </w:rPr>
  </w:style>
  <w:style w:type="paragraph" w:customStyle="1" w:styleId="77198004CBC04365B2A46F38E1212762">
    <w:name w:val="77198004CBC04365B2A46F38E1212762"/>
    <w:rsid w:val="00BA2E8D"/>
    <w:pPr>
      <w:spacing w:after="100" w:line="252" w:lineRule="auto"/>
    </w:pPr>
    <w:rPr>
      <w:rFonts w:ascii="Arial" w:hAnsi="Arial"/>
      <w:kern w:val="0"/>
      <w:sz w:val="21"/>
      <w:szCs w:val="22"/>
      <w14:ligatures w14:val="none"/>
    </w:rPr>
  </w:style>
  <w:style w:type="paragraph" w:customStyle="1" w:styleId="79B3FFEEDA874F458E4095C1187CF781">
    <w:name w:val="79B3FFEEDA874F458E4095C1187CF781"/>
    <w:rsid w:val="00BA2E8D"/>
    <w:pPr>
      <w:spacing w:after="100" w:line="252" w:lineRule="auto"/>
    </w:pPr>
    <w:rPr>
      <w:rFonts w:ascii="Arial" w:hAnsi="Arial"/>
      <w:kern w:val="0"/>
      <w:sz w:val="21"/>
      <w:szCs w:val="22"/>
      <w14:ligatures w14:val="none"/>
    </w:rPr>
  </w:style>
  <w:style w:type="paragraph" w:customStyle="1" w:styleId="BD125C09E1904D9ABF7740ED70AE5122">
    <w:name w:val="BD125C09E1904D9ABF7740ED70AE5122"/>
    <w:rsid w:val="00BA2E8D"/>
    <w:pPr>
      <w:spacing w:after="100" w:line="252" w:lineRule="auto"/>
    </w:pPr>
    <w:rPr>
      <w:rFonts w:ascii="Arial" w:hAnsi="Arial"/>
      <w:kern w:val="0"/>
      <w:sz w:val="21"/>
      <w:szCs w:val="22"/>
      <w14:ligatures w14:val="none"/>
    </w:rPr>
  </w:style>
  <w:style w:type="paragraph" w:customStyle="1" w:styleId="AE5ADFC7D23641C8A13E40624AAB4E9F">
    <w:name w:val="AE5ADFC7D23641C8A13E40624AAB4E9F"/>
    <w:rsid w:val="00BA2E8D"/>
    <w:pPr>
      <w:spacing w:after="100" w:line="252" w:lineRule="auto"/>
    </w:pPr>
    <w:rPr>
      <w:rFonts w:ascii="Arial" w:hAnsi="Arial"/>
      <w:kern w:val="0"/>
      <w:sz w:val="21"/>
      <w:szCs w:val="22"/>
      <w14:ligatures w14:val="none"/>
    </w:rPr>
  </w:style>
  <w:style w:type="paragraph" w:customStyle="1" w:styleId="ACE93D36C01C436CAF6A2396844DE7B8">
    <w:name w:val="ACE93D36C01C436CAF6A2396844DE7B8"/>
    <w:rsid w:val="00BA2E8D"/>
    <w:pPr>
      <w:spacing w:after="100" w:line="252" w:lineRule="auto"/>
    </w:pPr>
    <w:rPr>
      <w:rFonts w:ascii="Arial" w:hAnsi="Arial"/>
      <w:kern w:val="0"/>
      <w:sz w:val="21"/>
      <w:szCs w:val="22"/>
      <w14:ligatures w14:val="none"/>
    </w:rPr>
  </w:style>
  <w:style w:type="paragraph" w:customStyle="1" w:styleId="4E3F8ACAA8A84B8180523E73E41297D3">
    <w:name w:val="4E3F8ACAA8A84B8180523E73E41297D3"/>
    <w:rsid w:val="00BA2E8D"/>
    <w:pPr>
      <w:spacing w:after="100" w:line="252" w:lineRule="auto"/>
    </w:pPr>
    <w:rPr>
      <w:rFonts w:ascii="Arial" w:hAnsi="Arial"/>
      <w:kern w:val="0"/>
      <w:sz w:val="21"/>
      <w:szCs w:val="22"/>
      <w14:ligatures w14:val="none"/>
    </w:rPr>
  </w:style>
  <w:style w:type="paragraph" w:customStyle="1" w:styleId="21EF2470AC344F2EB9870DDC462A86DA">
    <w:name w:val="21EF2470AC344F2EB9870DDC462A86DA"/>
    <w:rsid w:val="00BA2E8D"/>
    <w:pPr>
      <w:spacing w:after="100" w:line="252" w:lineRule="auto"/>
    </w:pPr>
    <w:rPr>
      <w:rFonts w:ascii="Arial" w:hAnsi="Arial"/>
      <w:kern w:val="0"/>
      <w:sz w:val="21"/>
      <w:szCs w:val="22"/>
      <w14:ligatures w14:val="none"/>
    </w:rPr>
  </w:style>
  <w:style w:type="paragraph" w:customStyle="1" w:styleId="BC842486A42B49D5940F606C6AAE1B26">
    <w:name w:val="BC842486A42B49D5940F606C6AAE1B26"/>
    <w:rsid w:val="00BA2E8D"/>
    <w:pPr>
      <w:spacing w:after="100" w:line="252" w:lineRule="auto"/>
    </w:pPr>
    <w:rPr>
      <w:rFonts w:ascii="Arial" w:hAnsi="Arial"/>
      <w:kern w:val="0"/>
      <w:sz w:val="21"/>
      <w:szCs w:val="22"/>
      <w14:ligatures w14:val="none"/>
    </w:rPr>
  </w:style>
  <w:style w:type="paragraph" w:customStyle="1" w:styleId="A6E6780C816747518A83C8BA1FCAD984">
    <w:name w:val="A6E6780C816747518A83C8BA1FCAD984"/>
    <w:rsid w:val="00BA2E8D"/>
    <w:pPr>
      <w:spacing w:after="100" w:line="252" w:lineRule="auto"/>
    </w:pPr>
    <w:rPr>
      <w:rFonts w:ascii="Arial" w:hAnsi="Arial"/>
      <w:kern w:val="0"/>
      <w:sz w:val="21"/>
      <w:szCs w:val="22"/>
      <w14:ligatures w14:val="none"/>
    </w:rPr>
  </w:style>
  <w:style w:type="paragraph" w:customStyle="1" w:styleId="ABE7D71540534773A172FC6634F8E9D5">
    <w:name w:val="ABE7D71540534773A172FC6634F8E9D5"/>
    <w:rsid w:val="00BA2E8D"/>
    <w:pPr>
      <w:spacing w:after="100" w:line="252" w:lineRule="auto"/>
    </w:pPr>
    <w:rPr>
      <w:rFonts w:ascii="Arial" w:hAnsi="Arial"/>
      <w:kern w:val="0"/>
      <w:sz w:val="21"/>
      <w:szCs w:val="22"/>
      <w14:ligatures w14:val="none"/>
    </w:rPr>
  </w:style>
  <w:style w:type="paragraph" w:customStyle="1" w:styleId="8890E0E6125C4F5BB8A73665645787DC">
    <w:name w:val="8890E0E6125C4F5BB8A73665645787DC"/>
    <w:rsid w:val="00BA2E8D"/>
    <w:pPr>
      <w:spacing w:after="100" w:line="252" w:lineRule="auto"/>
    </w:pPr>
    <w:rPr>
      <w:rFonts w:ascii="Arial" w:hAnsi="Arial"/>
      <w:kern w:val="0"/>
      <w:sz w:val="21"/>
      <w:szCs w:val="22"/>
      <w14:ligatures w14:val="none"/>
    </w:rPr>
  </w:style>
  <w:style w:type="paragraph" w:customStyle="1" w:styleId="BE4A45942DF74EF69443ABDAC675E964">
    <w:name w:val="BE4A45942DF74EF69443ABDAC675E964"/>
    <w:rsid w:val="00BA2E8D"/>
    <w:pPr>
      <w:spacing w:after="100" w:line="252" w:lineRule="auto"/>
    </w:pPr>
    <w:rPr>
      <w:rFonts w:ascii="Arial" w:hAnsi="Arial"/>
      <w:kern w:val="0"/>
      <w:sz w:val="21"/>
      <w:szCs w:val="22"/>
      <w14:ligatures w14:val="none"/>
    </w:rPr>
  </w:style>
  <w:style w:type="paragraph" w:customStyle="1" w:styleId="55156C3AC00D419DB236E2A6A497C74A">
    <w:name w:val="55156C3AC00D419DB236E2A6A497C74A"/>
    <w:rsid w:val="00BA2E8D"/>
    <w:pPr>
      <w:spacing w:after="100" w:line="252" w:lineRule="auto"/>
    </w:pPr>
    <w:rPr>
      <w:rFonts w:ascii="Arial" w:hAnsi="Arial"/>
      <w:kern w:val="0"/>
      <w:sz w:val="21"/>
      <w:szCs w:val="22"/>
      <w14:ligatures w14:val="none"/>
    </w:rPr>
  </w:style>
  <w:style w:type="paragraph" w:customStyle="1" w:styleId="2B69A5F385BE461D9C6818B63939F923">
    <w:name w:val="2B69A5F385BE461D9C6818B63939F923"/>
    <w:rsid w:val="00BA2E8D"/>
    <w:pPr>
      <w:spacing w:after="100" w:line="252" w:lineRule="auto"/>
    </w:pPr>
    <w:rPr>
      <w:rFonts w:ascii="Arial" w:hAnsi="Arial"/>
      <w:kern w:val="0"/>
      <w:sz w:val="21"/>
      <w:szCs w:val="22"/>
      <w14:ligatures w14:val="none"/>
    </w:rPr>
  </w:style>
  <w:style w:type="paragraph" w:customStyle="1" w:styleId="B31646E4AD824944B3ACA32BCBD4DB97">
    <w:name w:val="B31646E4AD824944B3ACA32BCBD4DB97"/>
    <w:rsid w:val="00BA2E8D"/>
    <w:pPr>
      <w:spacing w:after="100" w:line="252" w:lineRule="auto"/>
    </w:pPr>
    <w:rPr>
      <w:rFonts w:ascii="Arial" w:hAnsi="Arial"/>
      <w:kern w:val="0"/>
      <w:sz w:val="21"/>
      <w:szCs w:val="22"/>
      <w14:ligatures w14:val="none"/>
    </w:rPr>
  </w:style>
  <w:style w:type="paragraph" w:customStyle="1" w:styleId="4E66EDF7FCCB4751B36E05D97E4ADD33">
    <w:name w:val="4E66EDF7FCCB4751B36E05D97E4ADD33"/>
    <w:rsid w:val="00BA2E8D"/>
    <w:pPr>
      <w:spacing w:after="100" w:line="252" w:lineRule="auto"/>
    </w:pPr>
    <w:rPr>
      <w:rFonts w:ascii="Arial" w:hAnsi="Arial"/>
      <w:kern w:val="0"/>
      <w:sz w:val="21"/>
      <w:szCs w:val="22"/>
      <w14:ligatures w14:val="none"/>
    </w:rPr>
  </w:style>
  <w:style w:type="paragraph" w:customStyle="1" w:styleId="C3D219FCBAD6448D84FCB00C38DD8977">
    <w:name w:val="C3D219FCBAD6448D84FCB00C38DD8977"/>
    <w:rsid w:val="00BA2E8D"/>
    <w:pPr>
      <w:spacing w:after="100" w:line="252" w:lineRule="auto"/>
    </w:pPr>
    <w:rPr>
      <w:rFonts w:ascii="Arial" w:hAnsi="Arial"/>
      <w:kern w:val="0"/>
      <w:sz w:val="21"/>
      <w:szCs w:val="22"/>
      <w14:ligatures w14:val="none"/>
    </w:rPr>
  </w:style>
  <w:style w:type="paragraph" w:customStyle="1" w:styleId="A52EA849AB344198A7FA3E6C3B7A5C9F">
    <w:name w:val="A52EA849AB344198A7FA3E6C3B7A5C9F"/>
    <w:rsid w:val="00BA2E8D"/>
    <w:pPr>
      <w:spacing w:after="100" w:line="252" w:lineRule="auto"/>
    </w:pPr>
    <w:rPr>
      <w:rFonts w:ascii="Arial" w:hAnsi="Arial"/>
      <w:kern w:val="0"/>
      <w:sz w:val="21"/>
      <w:szCs w:val="22"/>
      <w14:ligatures w14:val="none"/>
    </w:rPr>
  </w:style>
  <w:style w:type="paragraph" w:customStyle="1" w:styleId="30636AB1674E481F838344CAD3C7C083">
    <w:name w:val="30636AB1674E481F838344CAD3C7C083"/>
    <w:rsid w:val="00BA2E8D"/>
    <w:pPr>
      <w:spacing w:after="100" w:line="252" w:lineRule="auto"/>
    </w:pPr>
    <w:rPr>
      <w:rFonts w:ascii="Arial" w:hAnsi="Arial"/>
      <w:kern w:val="0"/>
      <w:sz w:val="21"/>
      <w:szCs w:val="22"/>
      <w14:ligatures w14:val="none"/>
    </w:rPr>
  </w:style>
  <w:style w:type="paragraph" w:customStyle="1" w:styleId="82737AD75EDA40AEAB43D68953098763">
    <w:name w:val="82737AD75EDA40AEAB43D68953098763"/>
    <w:rsid w:val="00BA2E8D"/>
    <w:pPr>
      <w:spacing w:after="100" w:line="252" w:lineRule="auto"/>
    </w:pPr>
    <w:rPr>
      <w:rFonts w:ascii="Arial" w:hAnsi="Arial"/>
      <w:kern w:val="0"/>
      <w:sz w:val="21"/>
      <w:szCs w:val="22"/>
      <w14:ligatures w14:val="none"/>
    </w:rPr>
  </w:style>
  <w:style w:type="paragraph" w:customStyle="1" w:styleId="3134FBE7A8A04F958E030257C6BDA346">
    <w:name w:val="3134FBE7A8A04F958E030257C6BDA346"/>
    <w:rsid w:val="00BA2E8D"/>
    <w:pPr>
      <w:spacing w:after="100" w:line="252" w:lineRule="auto"/>
    </w:pPr>
    <w:rPr>
      <w:rFonts w:ascii="Arial" w:hAnsi="Arial"/>
      <w:kern w:val="0"/>
      <w:sz w:val="21"/>
      <w:szCs w:val="22"/>
      <w14:ligatures w14:val="none"/>
    </w:rPr>
  </w:style>
  <w:style w:type="paragraph" w:customStyle="1" w:styleId="C16D55468AB041DC9E561DCEABA5B65C">
    <w:name w:val="C16D55468AB041DC9E561DCEABA5B65C"/>
    <w:rsid w:val="00BA2E8D"/>
    <w:pPr>
      <w:spacing w:after="100" w:line="252" w:lineRule="auto"/>
    </w:pPr>
    <w:rPr>
      <w:rFonts w:ascii="Arial" w:hAnsi="Arial"/>
      <w:kern w:val="0"/>
      <w:sz w:val="21"/>
      <w:szCs w:val="22"/>
      <w14:ligatures w14:val="none"/>
    </w:rPr>
  </w:style>
  <w:style w:type="paragraph" w:customStyle="1" w:styleId="C8A88797B727437FBC8610B83AEB64BC">
    <w:name w:val="C8A88797B727437FBC8610B83AEB64BC"/>
    <w:rsid w:val="00BA2E8D"/>
    <w:pPr>
      <w:spacing w:after="100" w:line="252" w:lineRule="auto"/>
    </w:pPr>
    <w:rPr>
      <w:rFonts w:ascii="Arial" w:hAnsi="Arial"/>
      <w:kern w:val="0"/>
      <w:sz w:val="21"/>
      <w:szCs w:val="22"/>
      <w14:ligatures w14:val="none"/>
    </w:rPr>
  </w:style>
  <w:style w:type="paragraph" w:customStyle="1" w:styleId="D186CA248A1540409D04D8AF0B7B7CF9">
    <w:name w:val="D186CA248A1540409D04D8AF0B7B7CF9"/>
    <w:rsid w:val="00BA2E8D"/>
    <w:pPr>
      <w:spacing w:after="100" w:line="252" w:lineRule="auto"/>
    </w:pPr>
    <w:rPr>
      <w:rFonts w:ascii="Arial" w:hAnsi="Arial"/>
      <w:kern w:val="0"/>
      <w:sz w:val="21"/>
      <w:szCs w:val="22"/>
      <w14:ligatures w14:val="none"/>
    </w:rPr>
  </w:style>
  <w:style w:type="paragraph" w:customStyle="1" w:styleId="D20B600294DD40399399215E242D3BC0">
    <w:name w:val="D20B600294DD40399399215E242D3BC0"/>
    <w:rsid w:val="00BA2E8D"/>
    <w:pPr>
      <w:spacing w:after="100" w:line="252" w:lineRule="auto"/>
    </w:pPr>
    <w:rPr>
      <w:rFonts w:ascii="Arial" w:hAnsi="Arial"/>
      <w:kern w:val="0"/>
      <w:sz w:val="21"/>
      <w:szCs w:val="22"/>
      <w14:ligatures w14:val="none"/>
    </w:rPr>
  </w:style>
  <w:style w:type="paragraph" w:customStyle="1" w:styleId="D22D9A74C64F4F7B856FD8242BBCD447">
    <w:name w:val="D22D9A74C64F4F7B856FD8242BBCD447"/>
    <w:rsid w:val="00BA2E8D"/>
    <w:pPr>
      <w:spacing w:after="100" w:line="252" w:lineRule="auto"/>
    </w:pPr>
    <w:rPr>
      <w:rFonts w:ascii="Arial" w:hAnsi="Arial"/>
      <w:kern w:val="0"/>
      <w:sz w:val="21"/>
      <w:szCs w:val="22"/>
      <w14:ligatures w14:val="none"/>
    </w:rPr>
  </w:style>
  <w:style w:type="paragraph" w:customStyle="1" w:styleId="733A432B2F574E2499DB605E5C1C3CAB">
    <w:name w:val="733A432B2F574E2499DB605E5C1C3CAB"/>
    <w:rsid w:val="00BA2E8D"/>
    <w:pPr>
      <w:spacing w:after="100" w:line="252" w:lineRule="auto"/>
    </w:pPr>
    <w:rPr>
      <w:rFonts w:ascii="Arial" w:hAnsi="Arial"/>
      <w:kern w:val="0"/>
      <w:sz w:val="21"/>
      <w:szCs w:val="22"/>
      <w14:ligatures w14:val="none"/>
    </w:rPr>
  </w:style>
  <w:style w:type="paragraph" w:customStyle="1" w:styleId="B3499D53E6B64C9A9F93DECCF2ED45CB">
    <w:name w:val="B3499D53E6B64C9A9F93DECCF2ED45CB"/>
    <w:rsid w:val="00BA2E8D"/>
    <w:pPr>
      <w:spacing w:after="100" w:line="252" w:lineRule="auto"/>
    </w:pPr>
    <w:rPr>
      <w:rFonts w:ascii="Arial" w:hAnsi="Arial"/>
      <w:kern w:val="0"/>
      <w:sz w:val="21"/>
      <w:szCs w:val="22"/>
      <w14:ligatures w14:val="none"/>
    </w:rPr>
  </w:style>
  <w:style w:type="paragraph" w:customStyle="1" w:styleId="D9C193A55F58421C8572E58FBFE7965F">
    <w:name w:val="D9C193A55F58421C8572E58FBFE7965F"/>
    <w:rsid w:val="00BA2E8D"/>
    <w:pPr>
      <w:spacing w:after="100" w:line="252" w:lineRule="auto"/>
    </w:pPr>
    <w:rPr>
      <w:rFonts w:ascii="Arial" w:hAnsi="Arial"/>
      <w:kern w:val="0"/>
      <w:sz w:val="21"/>
      <w:szCs w:val="22"/>
      <w14:ligatures w14:val="none"/>
    </w:rPr>
  </w:style>
  <w:style w:type="paragraph" w:customStyle="1" w:styleId="EE60F5622E5E4811BECB86202F11D797">
    <w:name w:val="EE60F5622E5E4811BECB86202F11D797"/>
    <w:rsid w:val="00BA2E8D"/>
    <w:pPr>
      <w:spacing w:after="100" w:line="252" w:lineRule="auto"/>
    </w:pPr>
    <w:rPr>
      <w:rFonts w:ascii="Arial" w:hAnsi="Arial"/>
      <w:kern w:val="0"/>
      <w:sz w:val="21"/>
      <w:szCs w:val="22"/>
      <w14:ligatures w14:val="none"/>
    </w:rPr>
  </w:style>
  <w:style w:type="paragraph" w:customStyle="1" w:styleId="99B01AE1A8F94C7380D4C535381DEDF4">
    <w:name w:val="99B01AE1A8F94C7380D4C535381DEDF4"/>
    <w:rsid w:val="00BA2E8D"/>
    <w:pPr>
      <w:spacing w:after="100" w:line="252" w:lineRule="auto"/>
    </w:pPr>
    <w:rPr>
      <w:rFonts w:ascii="Arial" w:hAnsi="Arial"/>
      <w:kern w:val="0"/>
      <w:sz w:val="21"/>
      <w:szCs w:val="22"/>
      <w14:ligatures w14:val="none"/>
    </w:rPr>
  </w:style>
  <w:style w:type="paragraph" w:customStyle="1" w:styleId="46AEEECD27994C6A9F5A0854E236C2BC">
    <w:name w:val="46AEEECD27994C6A9F5A0854E236C2BC"/>
    <w:rsid w:val="00BA2E8D"/>
    <w:pPr>
      <w:spacing w:after="100" w:line="252" w:lineRule="auto"/>
    </w:pPr>
    <w:rPr>
      <w:rFonts w:ascii="Arial" w:hAnsi="Arial"/>
      <w:kern w:val="0"/>
      <w:sz w:val="21"/>
      <w:szCs w:val="22"/>
      <w14:ligatures w14:val="none"/>
    </w:rPr>
  </w:style>
  <w:style w:type="paragraph" w:customStyle="1" w:styleId="347648DE14DB41F5B7248047FA8B4598">
    <w:name w:val="347648DE14DB41F5B7248047FA8B4598"/>
    <w:rsid w:val="00BA2E8D"/>
    <w:pPr>
      <w:spacing w:after="100" w:line="252" w:lineRule="auto"/>
    </w:pPr>
    <w:rPr>
      <w:rFonts w:ascii="Arial" w:hAnsi="Arial"/>
      <w:kern w:val="0"/>
      <w:sz w:val="21"/>
      <w:szCs w:val="22"/>
      <w14:ligatures w14:val="none"/>
    </w:rPr>
  </w:style>
  <w:style w:type="paragraph" w:customStyle="1" w:styleId="1D6665E036394744825160DCA7083B8B">
    <w:name w:val="1D6665E036394744825160DCA7083B8B"/>
    <w:rsid w:val="00BA2E8D"/>
    <w:pPr>
      <w:spacing w:after="100" w:line="252" w:lineRule="auto"/>
    </w:pPr>
    <w:rPr>
      <w:rFonts w:ascii="Arial" w:hAnsi="Arial"/>
      <w:kern w:val="0"/>
      <w:sz w:val="21"/>
      <w:szCs w:val="22"/>
      <w14:ligatures w14:val="none"/>
    </w:rPr>
  </w:style>
  <w:style w:type="paragraph" w:customStyle="1" w:styleId="67EC165D3ABD4EEF8244DEC793C4AC39">
    <w:name w:val="67EC165D3ABD4EEF8244DEC793C4AC39"/>
    <w:rsid w:val="00BA2E8D"/>
    <w:pPr>
      <w:spacing w:after="100" w:line="252" w:lineRule="auto"/>
    </w:pPr>
    <w:rPr>
      <w:rFonts w:ascii="Arial" w:hAnsi="Arial"/>
      <w:kern w:val="0"/>
      <w:sz w:val="21"/>
      <w:szCs w:val="22"/>
      <w14:ligatures w14:val="none"/>
    </w:rPr>
  </w:style>
  <w:style w:type="paragraph" w:customStyle="1" w:styleId="F27CD2E4DBB445BAB427FB06B8DF892B">
    <w:name w:val="F27CD2E4DBB445BAB427FB06B8DF892B"/>
    <w:rsid w:val="00BA2E8D"/>
    <w:pPr>
      <w:spacing w:after="100" w:line="252" w:lineRule="auto"/>
    </w:pPr>
    <w:rPr>
      <w:rFonts w:ascii="Arial" w:hAnsi="Arial"/>
      <w:kern w:val="0"/>
      <w:sz w:val="21"/>
      <w:szCs w:val="22"/>
      <w14:ligatures w14:val="none"/>
    </w:rPr>
  </w:style>
  <w:style w:type="paragraph" w:customStyle="1" w:styleId="31354CAAD2344182910F623D34405D08">
    <w:name w:val="31354CAAD2344182910F623D34405D08"/>
    <w:rsid w:val="00BA2E8D"/>
    <w:pPr>
      <w:spacing w:after="100" w:line="252" w:lineRule="auto"/>
    </w:pPr>
    <w:rPr>
      <w:rFonts w:ascii="Arial" w:hAnsi="Arial"/>
      <w:kern w:val="0"/>
      <w:sz w:val="21"/>
      <w:szCs w:val="22"/>
      <w14:ligatures w14:val="none"/>
    </w:rPr>
  </w:style>
  <w:style w:type="paragraph" w:customStyle="1" w:styleId="ED71FC8AAE1C4F86891BA7CED7887A51">
    <w:name w:val="ED71FC8AAE1C4F86891BA7CED7887A51"/>
    <w:rsid w:val="00BA2E8D"/>
    <w:pPr>
      <w:spacing w:after="100" w:line="252" w:lineRule="auto"/>
    </w:pPr>
    <w:rPr>
      <w:rFonts w:ascii="Arial" w:hAnsi="Arial"/>
      <w:kern w:val="0"/>
      <w:sz w:val="21"/>
      <w:szCs w:val="22"/>
      <w14:ligatures w14:val="none"/>
    </w:rPr>
  </w:style>
  <w:style w:type="paragraph" w:customStyle="1" w:styleId="2280E9552AE2435DB29E18A3B86A015C">
    <w:name w:val="2280E9552AE2435DB29E18A3B86A015C"/>
    <w:rsid w:val="00BA2E8D"/>
    <w:pPr>
      <w:spacing w:after="100" w:line="252" w:lineRule="auto"/>
    </w:pPr>
    <w:rPr>
      <w:rFonts w:ascii="Arial" w:hAnsi="Arial"/>
      <w:kern w:val="0"/>
      <w:sz w:val="21"/>
      <w:szCs w:val="22"/>
      <w14:ligatures w14:val="none"/>
    </w:rPr>
  </w:style>
  <w:style w:type="paragraph" w:customStyle="1" w:styleId="A76617B0FF684ADAAF4ED668B4CA5AF9">
    <w:name w:val="A76617B0FF684ADAAF4ED668B4CA5AF9"/>
    <w:rsid w:val="00BA2E8D"/>
    <w:pPr>
      <w:spacing w:after="100" w:line="252" w:lineRule="auto"/>
    </w:pPr>
    <w:rPr>
      <w:rFonts w:ascii="Arial" w:hAnsi="Arial"/>
      <w:kern w:val="0"/>
      <w:sz w:val="21"/>
      <w:szCs w:val="22"/>
      <w14:ligatures w14:val="none"/>
    </w:rPr>
  </w:style>
  <w:style w:type="paragraph" w:customStyle="1" w:styleId="7B79B58D02B64346B5669D60214894F0">
    <w:name w:val="7B79B58D02B64346B5669D60214894F0"/>
    <w:rsid w:val="00BA2E8D"/>
    <w:pPr>
      <w:spacing w:after="100" w:line="252" w:lineRule="auto"/>
    </w:pPr>
    <w:rPr>
      <w:rFonts w:ascii="Arial" w:hAnsi="Arial"/>
      <w:kern w:val="0"/>
      <w:sz w:val="21"/>
      <w:szCs w:val="22"/>
      <w14:ligatures w14:val="none"/>
    </w:rPr>
  </w:style>
  <w:style w:type="paragraph" w:customStyle="1" w:styleId="18808B16923D46968533813B8DB6A997">
    <w:name w:val="18808B16923D46968533813B8DB6A997"/>
    <w:rsid w:val="00BA2E8D"/>
    <w:pPr>
      <w:spacing w:after="100" w:line="252" w:lineRule="auto"/>
    </w:pPr>
    <w:rPr>
      <w:rFonts w:ascii="Arial" w:hAnsi="Arial"/>
      <w:kern w:val="0"/>
      <w:sz w:val="21"/>
      <w:szCs w:val="22"/>
      <w14:ligatures w14:val="none"/>
    </w:rPr>
  </w:style>
  <w:style w:type="paragraph" w:customStyle="1" w:styleId="BBA0607FB9464FFEADD6182B94690495">
    <w:name w:val="BBA0607FB9464FFEADD6182B94690495"/>
    <w:rsid w:val="00BA2E8D"/>
    <w:pPr>
      <w:spacing w:after="100" w:line="252" w:lineRule="auto"/>
    </w:pPr>
    <w:rPr>
      <w:rFonts w:ascii="Arial" w:hAnsi="Arial"/>
      <w:kern w:val="0"/>
      <w:sz w:val="21"/>
      <w:szCs w:val="22"/>
      <w14:ligatures w14:val="none"/>
    </w:rPr>
  </w:style>
  <w:style w:type="paragraph" w:customStyle="1" w:styleId="E24DA912B178430587F56F4603B71440">
    <w:name w:val="E24DA912B178430587F56F4603B71440"/>
    <w:rsid w:val="00BA2E8D"/>
    <w:pPr>
      <w:spacing w:after="100" w:line="252" w:lineRule="auto"/>
    </w:pPr>
    <w:rPr>
      <w:rFonts w:ascii="Arial" w:hAnsi="Arial"/>
      <w:kern w:val="0"/>
      <w:sz w:val="21"/>
      <w:szCs w:val="22"/>
      <w14:ligatures w14:val="none"/>
    </w:rPr>
  </w:style>
  <w:style w:type="paragraph" w:customStyle="1" w:styleId="546AFE82736D403EB4B8799198EFDB98">
    <w:name w:val="546AFE82736D403EB4B8799198EFDB98"/>
    <w:rsid w:val="00BA2E8D"/>
    <w:pPr>
      <w:spacing w:after="100" w:line="252" w:lineRule="auto"/>
    </w:pPr>
    <w:rPr>
      <w:rFonts w:ascii="Arial" w:hAnsi="Arial"/>
      <w:kern w:val="0"/>
      <w:sz w:val="21"/>
      <w:szCs w:val="22"/>
      <w14:ligatures w14:val="none"/>
    </w:rPr>
  </w:style>
  <w:style w:type="paragraph" w:customStyle="1" w:styleId="1FADECD532F84868A50237D9F7E18F8F">
    <w:name w:val="1FADECD532F84868A50237D9F7E18F8F"/>
    <w:rsid w:val="00BA2E8D"/>
    <w:pPr>
      <w:spacing w:after="100" w:line="252" w:lineRule="auto"/>
    </w:pPr>
    <w:rPr>
      <w:rFonts w:ascii="Arial" w:hAnsi="Arial"/>
      <w:kern w:val="0"/>
      <w:sz w:val="21"/>
      <w:szCs w:val="22"/>
      <w14:ligatures w14:val="none"/>
    </w:rPr>
  </w:style>
  <w:style w:type="paragraph" w:customStyle="1" w:styleId="C2B1819F9C4D45D192CD90DF359CC171">
    <w:name w:val="C2B1819F9C4D45D192CD90DF359CC171"/>
    <w:rsid w:val="00BA2E8D"/>
    <w:pPr>
      <w:spacing w:after="100" w:line="252" w:lineRule="auto"/>
    </w:pPr>
    <w:rPr>
      <w:rFonts w:ascii="Arial" w:hAnsi="Arial"/>
      <w:kern w:val="0"/>
      <w:sz w:val="21"/>
      <w:szCs w:val="22"/>
      <w14:ligatures w14:val="none"/>
    </w:rPr>
  </w:style>
  <w:style w:type="paragraph" w:customStyle="1" w:styleId="6322836ED6774E66A76D41F8FF3E8378">
    <w:name w:val="6322836ED6774E66A76D41F8FF3E8378"/>
    <w:rsid w:val="00BA2E8D"/>
    <w:pPr>
      <w:spacing w:after="100" w:line="252" w:lineRule="auto"/>
    </w:pPr>
    <w:rPr>
      <w:rFonts w:ascii="Arial" w:hAnsi="Arial"/>
      <w:kern w:val="0"/>
      <w:sz w:val="21"/>
      <w:szCs w:val="22"/>
      <w14:ligatures w14:val="none"/>
    </w:rPr>
  </w:style>
  <w:style w:type="paragraph" w:customStyle="1" w:styleId="EBC1D5C4398B4E2A8223B3A9E7ABD989">
    <w:name w:val="EBC1D5C4398B4E2A8223B3A9E7ABD989"/>
    <w:rsid w:val="00BA2E8D"/>
    <w:pPr>
      <w:spacing w:after="100" w:line="252" w:lineRule="auto"/>
    </w:pPr>
    <w:rPr>
      <w:rFonts w:ascii="Arial" w:hAnsi="Arial"/>
      <w:kern w:val="0"/>
      <w:sz w:val="21"/>
      <w:szCs w:val="22"/>
      <w14:ligatures w14:val="none"/>
    </w:rPr>
  </w:style>
  <w:style w:type="paragraph" w:customStyle="1" w:styleId="162D7FAD685045319D8B10B09E4760DF">
    <w:name w:val="162D7FAD685045319D8B10B09E4760DF"/>
    <w:rsid w:val="00BA2E8D"/>
    <w:pPr>
      <w:spacing w:after="100" w:line="252" w:lineRule="auto"/>
    </w:pPr>
    <w:rPr>
      <w:rFonts w:ascii="Arial" w:hAnsi="Arial"/>
      <w:kern w:val="0"/>
      <w:sz w:val="21"/>
      <w:szCs w:val="22"/>
      <w14:ligatures w14:val="none"/>
    </w:rPr>
  </w:style>
  <w:style w:type="paragraph" w:customStyle="1" w:styleId="CA375F5C1F084E95BC23EB354A6B44B4">
    <w:name w:val="CA375F5C1F084E95BC23EB354A6B44B4"/>
    <w:rsid w:val="00BA2E8D"/>
    <w:pPr>
      <w:spacing w:after="100" w:line="252" w:lineRule="auto"/>
    </w:pPr>
    <w:rPr>
      <w:rFonts w:ascii="Arial" w:hAnsi="Arial"/>
      <w:kern w:val="0"/>
      <w:sz w:val="21"/>
      <w:szCs w:val="22"/>
      <w14:ligatures w14:val="none"/>
    </w:rPr>
  </w:style>
  <w:style w:type="paragraph" w:customStyle="1" w:styleId="5118D9B6921E41ADA67284B5B49244DE">
    <w:name w:val="5118D9B6921E41ADA67284B5B49244DE"/>
    <w:rsid w:val="00BA2E8D"/>
    <w:pPr>
      <w:spacing w:after="100" w:line="252" w:lineRule="auto"/>
    </w:pPr>
    <w:rPr>
      <w:rFonts w:ascii="Arial" w:hAnsi="Arial"/>
      <w:kern w:val="0"/>
      <w:sz w:val="21"/>
      <w:szCs w:val="22"/>
      <w14:ligatures w14:val="none"/>
    </w:rPr>
  </w:style>
  <w:style w:type="paragraph" w:customStyle="1" w:styleId="7249D8D037B342D3BB154DDC42E248F0">
    <w:name w:val="7249D8D037B342D3BB154DDC42E248F0"/>
    <w:rsid w:val="00BA2E8D"/>
    <w:pPr>
      <w:spacing w:after="100" w:line="252" w:lineRule="auto"/>
    </w:pPr>
    <w:rPr>
      <w:rFonts w:ascii="Arial" w:hAnsi="Arial"/>
      <w:kern w:val="0"/>
      <w:sz w:val="21"/>
      <w:szCs w:val="22"/>
      <w14:ligatures w14:val="none"/>
    </w:rPr>
  </w:style>
  <w:style w:type="paragraph" w:customStyle="1" w:styleId="696496876840474F983534367B5C0908">
    <w:name w:val="696496876840474F983534367B5C0908"/>
    <w:rsid w:val="00BA2E8D"/>
    <w:pPr>
      <w:spacing w:after="100" w:line="252" w:lineRule="auto"/>
    </w:pPr>
    <w:rPr>
      <w:rFonts w:ascii="Arial" w:hAnsi="Arial"/>
      <w:kern w:val="0"/>
      <w:sz w:val="21"/>
      <w:szCs w:val="22"/>
      <w14:ligatures w14:val="none"/>
    </w:rPr>
  </w:style>
  <w:style w:type="paragraph" w:customStyle="1" w:styleId="F8A59705310849BDA67F6DE819C9D576">
    <w:name w:val="F8A59705310849BDA67F6DE819C9D576"/>
    <w:rsid w:val="00BA2E8D"/>
    <w:pPr>
      <w:spacing w:after="100" w:line="252" w:lineRule="auto"/>
    </w:pPr>
    <w:rPr>
      <w:rFonts w:ascii="Arial" w:hAnsi="Arial"/>
      <w:kern w:val="0"/>
      <w:sz w:val="21"/>
      <w:szCs w:val="22"/>
      <w14:ligatures w14:val="none"/>
    </w:rPr>
  </w:style>
  <w:style w:type="paragraph" w:customStyle="1" w:styleId="D4A8C3661371433B8543C5039CE15DCF">
    <w:name w:val="D4A8C3661371433B8543C5039CE15DCF"/>
    <w:rsid w:val="00BA2E8D"/>
    <w:pPr>
      <w:spacing w:after="100" w:line="252" w:lineRule="auto"/>
    </w:pPr>
    <w:rPr>
      <w:rFonts w:ascii="Arial" w:hAnsi="Arial"/>
      <w:kern w:val="0"/>
      <w:sz w:val="21"/>
      <w:szCs w:val="22"/>
      <w14:ligatures w14:val="none"/>
    </w:rPr>
  </w:style>
  <w:style w:type="paragraph" w:customStyle="1" w:styleId="CEB8C5E3157F4AB0BB65EBF6A8380078">
    <w:name w:val="CEB8C5E3157F4AB0BB65EBF6A8380078"/>
    <w:rsid w:val="00BA2E8D"/>
    <w:pPr>
      <w:spacing w:after="100" w:line="252" w:lineRule="auto"/>
    </w:pPr>
    <w:rPr>
      <w:rFonts w:ascii="Arial" w:hAnsi="Arial"/>
      <w:kern w:val="0"/>
      <w:sz w:val="21"/>
      <w:szCs w:val="22"/>
      <w14:ligatures w14:val="none"/>
    </w:rPr>
  </w:style>
  <w:style w:type="paragraph" w:customStyle="1" w:styleId="88D7246BBBD143979BB4568CF2AF5D36">
    <w:name w:val="88D7246BBBD143979BB4568CF2AF5D36"/>
    <w:rsid w:val="00BA2E8D"/>
    <w:pPr>
      <w:spacing w:after="100" w:line="252" w:lineRule="auto"/>
    </w:pPr>
    <w:rPr>
      <w:rFonts w:ascii="Arial" w:hAnsi="Arial"/>
      <w:kern w:val="0"/>
      <w:sz w:val="21"/>
      <w:szCs w:val="22"/>
      <w14:ligatures w14:val="none"/>
    </w:rPr>
  </w:style>
  <w:style w:type="paragraph" w:customStyle="1" w:styleId="B1E52725982F4A5EA746B3A91BF8E1E6">
    <w:name w:val="B1E52725982F4A5EA746B3A91BF8E1E6"/>
    <w:rsid w:val="00BA2E8D"/>
    <w:pPr>
      <w:spacing w:after="100" w:line="252" w:lineRule="auto"/>
    </w:pPr>
    <w:rPr>
      <w:rFonts w:ascii="Arial" w:hAnsi="Arial"/>
      <w:kern w:val="0"/>
      <w:sz w:val="21"/>
      <w:szCs w:val="22"/>
      <w14:ligatures w14:val="none"/>
    </w:rPr>
  </w:style>
  <w:style w:type="paragraph" w:customStyle="1" w:styleId="B8045AC01DDA4210B21C2E9F2DAE8BAC">
    <w:name w:val="B8045AC01DDA4210B21C2E9F2DAE8BAC"/>
    <w:rsid w:val="00BA2E8D"/>
    <w:pPr>
      <w:spacing w:after="100" w:line="252" w:lineRule="auto"/>
    </w:pPr>
    <w:rPr>
      <w:rFonts w:ascii="Arial" w:hAnsi="Arial"/>
      <w:kern w:val="0"/>
      <w:sz w:val="21"/>
      <w:szCs w:val="22"/>
      <w14:ligatures w14:val="none"/>
    </w:rPr>
  </w:style>
  <w:style w:type="paragraph" w:customStyle="1" w:styleId="D562D47F359143D3BBE1F45E1CFB8D68">
    <w:name w:val="D562D47F359143D3BBE1F45E1CFB8D68"/>
    <w:rsid w:val="00BA2E8D"/>
    <w:pPr>
      <w:spacing w:after="100" w:line="252" w:lineRule="auto"/>
    </w:pPr>
    <w:rPr>
      <w:rFonts w:ascii="Arial" w:hAnsi="Arial"/>
      <w:kern w:val="0"/>
      <w:sz w:val="21"/>
      <w:szCs w:val="22"/>
      <w14:ligatures w14:val="none"/>
    </w:rPr>
  </w:style>
  <w:style w:type="paragraph" w:customStyle="1" w:styleId="2A7D8A4F028E472489D0822026D2822D">
    <w:name w:val="2A7D8A4F028E472489D0822026D2822D"/>
    <w:rsid w:val="00BA2E8D"/>
    <w:pPr>
      <w:spacing w:after="100" w:line="252" w:lineRule="auto"/>
    </w:pPr>
    <w:rPr>
      <w:rFonts w:ascii="Arial" w:hAnsi="Arial"/>
      <w:kern w:val="0"/>
      <w:sz w:val="21"/>
      <w:szCs w:val="22"/>
      <w14:ligatures w14:val="none"/>
    </w:rPr>
  </w:style>
  <w:style w:type="paragraph" w:customStyle="1" w:styleId="3C277D15D04F4B9BB26F559A31D71155">
    <w:name w:val="3C277D15D04F4B9BB26F559A31D71155"/>
    <w:rsid w:val="00BA2E8D"/>
    <w:pPr>
      <w:spacing w:after="100" w:line="252" w:lineRule="auto"/>
    </w:pPr>
    <w:rPr>
      <w:rFonts w:ascii="Arial" w:hAnsi="Arial"/>
      <w:kern w:val="0"/>
      <w:sz w:val="21"/>
      <w:szCs w:val="22"/>
      <w14:ligatures w14:val="none"/>
    </w:rPr>
  </w:style>
  <w:style w:type="paragraph" w:customStyle="1" w:styleId="8D210650DDE7488DAB74ABCDCC655E75">
    <w:name w:val="8D210650DDE7488DAB74ABCDCC655E75"/>
    <w:rsid w:val="00BA2E8D"/>
    <w:pPr>
      <w:spacing w:after="100" w:line="252" w:lineRule="auto"/>
    </w:pPr>
    <w:rPr>
      <w:rFonts w:ascii="Arial" w:hAnsi="Arial"/>
      <w:kern w:val="0"/>
      <w:sz w:val="21"/>
      <w:szCs w:val="22"/>
      <w14:ligatures w14:val="none"/>
    </w:rPr>
  </w:style>
  <w:style w:type="paragraph" w:customStyle="1" w:styleId="C3B04FED435A4ED88A79E97F019209BA">
    <w:name w:val="C3B04FED435A4ED88A79E97F019209BA"/>
    <w:rsid w:val="00BA2E8D"/>
    <w:pPr>
      <w:spacing w:after="100" w:line="252" w:lineRule="auto"/>
    </w:pPr>
    <w:rPr>
      <w:rFonts w:ascii="Arial" w:hAnsi="Arial"/>
      <w:kern w:val="0"/>
      <w:sz w:val="21"/>
      <w:szCs w:val="22"/>
      <w14:ligatures w14:val="none"/>
    </w:rPr>
  </w:style>
  <w:style w:type="paragraph" w:customStyle="1" w:styleId="437E15A55FD84406B37769F3E5A8C1B8">
    <w:name w:val="437E15A55FD84406B37769F3E5A8C1B8"/>
    <w:rsid w:val="00BA2E8D"/>
    <w:pPr>
      <w:spacing w:after="100" w:line="252" w:lineRule="auto"/>
    </w:pPr>
    <w:rPr>
      <w:rFonts w:ascii="Arial" w:hAnsi="Arial"/>
      <w:kern w:val="0"/>
      <w:sz w:val="21"/>
      <w:szCs w:val="22"/>
      <w14:ligatures w14:val="none"/>
    </w:rPr>
  </w:style>
  <w:style w:type="paragraph" w:customStyle="1" w:styleId="218A72C238CE451C8F62F01773F6C611">
    <w:name w:val="218A72C238CE451C8F62F01773F6C611"/>
    <w:rsid w:val="00BA2E8D"/>
    <w:pPr>
      <w:spacing w:after="100" w:line="252" w:lineRule="auto"/>
    </w:pPr>
    <w:rPr>
      <w:rFonts w:ascii="Arial" w:hAnsi="Arial"/>
      <w:kern w:val="0"/>
      <w:sz w:val="21"/>
      <w:szCs w:val="22"/>
      <w14:ligatures w14:val="none"/>
    </w:rPr>
  </w:style>
  <w:style w:type="paragraph" w:customStyle="1" w:styleId="27966F2DCD164EDF9D9E86E2C2FF33D8">
    <w:name w:val="27966F2DCD164EDF9D9E86E2C2FF33D8"/>
    <w:rsid w:val="00BA2E8D"/>
    <w:pPr>
      <w:spacing w:after="100" w:line="252" w:lineRule="auto"/>
    </w:pPr>
    <w:rPr>
      <w:rFonts w:ascii="Arial" w:hAnsi="Arial"/>
      <w:kern w:val="0"/>
      <w:sz w:val="21"/>
      <w:szCs w:val="22"/>
      <w14:ligatures w14:val="none"/>
    </w:rPr>
  </w:style>
  <w:style w:type="paragraph" w:customStyle="1" w:styleId="065E664ED67A49779979EFFCEE363651">
    <w:name w:val="065E664ED67A49779979EFFCEE363651"/>
    <w:rsid w:val="00BA2E8D"/>
    <w:pPr>
      <w:spacing w:after="100" w:line="252" w:lineRule="auto"/>
    </w:pPr>
    <w:rPr>
      <w:rFonts w:ascii="Arial" w:hAnsi="Arial"/>
      <w:kern w:val="0"/>
      <w:sz w:val="21"/>
      <w:szCs w:val="22"/>
      <w14:ligatures w14:val="none"/>
    </w:rPr>
  </w:style>
  <w:style w:type="paragraph" w:customStyle="1" w:styleId="5C98AE59360F42B2874E7504BB6C7EFF">
    <w:name w:val="5C98AE59360F42B2874E7504BB6C7EFF"/>
    <w:rsid w:val="00BA2E8D"/>
    <w:pPr>
      <w:spacing w:after="100" w:line="252" w:lineRule="auto"/>
    </w:pPr>
    <w:rPr>
      <w:rFonts w:ascii="Arial" w:hAnsi="Arial"/>
      <w:kern w:val="0"/>
      <w:sz w:val="21"/>
      <w:szCs w:val="22"/>
      <w14:ligatures w14:val="none"/>
    </w:rPr>
  </w:style>
  <w:style w:type="paragraph" w:customStyle="1" w:styleId="2FAF0DEBAC6B40A1B5CFC1FABF6ADAF8">
    <w:name w:val="2FAF0DEBAC6B40A1B5CFC1FABF6ADAF8"/>
    <w:rsid w:val="00BA2E8D"/>
    <w:pPr>
      <w:spacing w:after="100" w:line="252" w:lineRule="auto"/>
    </w:pPr>
    <w:rPr>
      <w:rFonts w:ascii="Arial" w:hAnsi="Arial"/>
      <w:kern w:val="0"/>
      <w:sz w:val="21"/>
      <w:szCs w:val="22"/>
      <w14:ligatures w14:val="none"/>
    </w:rPr>
  </w:style>
  <w:style w:type="paragraph" w:customStyle="1" w:styleId="38AEFCD6F8634107A2BEAF051A4F0832">
    <w:name w:val="38AEFCD6F8634107A2BEAF051A4F0832"/>
    <w:rsid w:val="00BA2E8D"/>
    <w:pPr>
      <w:spacing w:after="100" w:line="252" w:lineRule="auto"/>
    </w:pPr>
    <w:rPr>
      <w:rFonts w:ascii="Arial" w:hAnsi="Arial"/>
      <w:kern w:val="0"/>
      <w:sz w:val="21"/>
      <w:szCs w:val="22"/>
      <w14:ligatures w14:val="none"/>
    </w:rPr>
  </w:style>
  <w:style w:type="paragraph" w:customStyle="1" w:styleId="619930647F134FA5BF03D239287262D1">
    <w:name w:val="619930647F134FA5BF03D239287262D1"/>
    <w:rsid w:val="00BA2E8D"/>
    <w:pPr>
      <w:spacing w:after="100" w:line="252" w:lineRule="auto"/>
    </w:pPr>
    <w:rPr>
      <w:rFonts w:ascii="Arial" w:hAnsi="Arial"/>
      <w:kern w:val="0"/>
      <w:sz w:val="21"/>
      <w:szCs w:val="22"/>
      <w14:ligatures w14:val="none"/>
    </w:rPr>
  </w:style>
  <w:style w:type="paragraph" w:customStyle="1" w:styleId="6C1FF99793B64300A58C8E2F112E0EFF">
    <w:name w:val="6C1FF99793B64300A58C8E2F112E0EFF"/>
    <w:rsid w:val="00BA2E8D"/>
    <w:pPr>
      <w:spacing w:after="100" w:line="252" w:lineRule="auto"/>
    </w:pPr>
    <w:rPr>
      <w:rFonts w:ascii="Arial" w:hAnsi="Arial"/>
      <w:kern w:val="0"/>
      <w:sz w:val="21"/>
      <w:szCs w:val="22"/>
      <w14:ligatures w14:val="none"/>
    </w:rPr>
  </w:style>
  <w:style w:type="paragraph" w:customStyle="1" w:styleId="6B7B1661C3C94B9BA00E487482F82FDF">
    <w:name w:val="6B7B1661C3C94B9BA00E487482F82FDF"/>
    <w:rsid w:val="00BA2E8D"/>
    <w:pPr>
      <w:spacing w:after="100" w:line="252" w:lineRule="auto"/>
    </w:pPr>
    <w:rPr>
      <w:rFonts w:ascii="Arial" w:hAnsi="Arial"/>
      <w:kern w:val="0"/>
      <w:sz w:val="21"/>
      <w:szCs w:val="22"/>
      <w14:ligatures w14:val="none"/>
    </w:rPr>
  </w:style>
  <w:style w:type="paragraph" w:customStyle="1" w:styleId="BD7E3AF364B64FCF9E0593293D565233">
    <w:name w:val="BD7E3AF364B64FCF9E0593293D565233"/>
    <w:rsid w:val="00BA2E8D"/>
    <w:pPr>
      <w:spacing w:after="100" w:line="252" w:lineRule="auto"/>
    </w:pPr>
    <w:rPr>
      <w:rFonts w:ascii="Arial" w:hAnsi="Arial"/>
      <w:kern w:val="0"/>
      <w:sz w:val="21"/>
      <w:szCs w:val="22"/>
      <w14:ligatures w14:val="none"/>
    </w:rPr>
  </w:style>
  <w:style w:type="paragraph" w:customStyle="1" w:styleId="DC75F5DF625C4C54B8A034E3717DD1C9">
    <w:name w:val="DC75F5DF625C4C54B8A034E3717DD1C9"/>
    <w:rsid w:val="00BA2E8D"/>
    <w:pPr>
      <w:spacing w:after="100" w:line="252" w:lineRule="auto"/>
    </w:pPr>
    <w:rPr>
      <w:rFonts w:ascii="Arial" w:hAnsi="Arial"/>
      <w:kern w:val="0"/>
      <w:sz w:val="21"/>
      <w:szCs w:val="22"/>
      <w14:ligatures w14:val="none"/>
    </w:rPr>
  </w:style>
  <w:style w:type="paragraph" w:customStyle="1" w:styleId="2FC70F612D19478AB379EDFB2CB1CF22">
    <w:name w:val="2FC70F612D19478AB379EDFB2CB1CF22"/>
    <w:rsid w:val="00BA2E8D"/>
    <w:pPr>
      <w:spacing w:after="100" w:line="252" w:lineRule="auto"/>
    </w:pPr>
    <w:rPr>
      <w:rFonts w:ascii="Arial" w:hAnsi="Arial"/>
      <w:kern w:val="0"/>
      <w:sz w:val="21"/>
      <w:szCs w:val="22"/>
      <w14:ligatures w14:val="none"/>
    </w:rPr>
  </w:style>
  <w:style w:type="paragraph" w:customStyle="1" w:styleId="25D5DC692E6242C69469314EC493934E">
    <w:name w:val="25D5DC692E6242C69469314EC493934E"/>
    <w:rsid w:val="00BA2E8D"/>
    <w:pPr>
      <w:spacing w:after="100" w:line="252" w:lineRule="auto"/>
    </w:pPr>
    <w:rPr>
      <w:rFonts w:ascii="Arial" w:hAnsi="Arial"/>
      <w:kern w:val="0"/>
      <w:sz w:val="21"/>
      <w:szCs w:val="22"/>
      <w14:ligatures w14:val="none"/>
    </w:rPr>
  </w:style>
  <w:style w:type="paragraph" w:customStyle="1" w:styleId="53E77274DCFA4E3FACECF19DB9E2AE4E">
    <w:name w:val="53E77274DCFA4E3FACECF19DB9E2AE4E"/>
    <w:rsid w:val="00BA2E8D"/>
    <w:pPr>
      <w:spacing w:after="100" w:line="252" w:lineRule="auto"/>
    </w:pPr>
    <w:rPr>
      <w:rFonts w:ascii="Arial" w:hAnsi="Arial"/>
      <w:kern w:val="0"/>
      <w:sz w:val="21"/>
      <w:szCs w:val="22"/>
      <w14:ligatures w14:val="none"/>
    </w:rPr>
  </w:style>
  <w:style w:type="paragraph" w:customStyle="1" w:styleId="321D636EE87245F0832A3D69046E794C">
    <w:name w:val="321D636EE87245F0832A3D69046E794C"/>
    <w:rsid w:val="00BA2E8D"/>
    <w:pPr>
      <w:spacing w:after="100" w:line="252" w:lineRule="auto"/>
    </w:pPr>
    <w:rPr>
      <w:rFonts w:ascii="Arial" w:hAnsi="Arial"/>
      <w:kern w:val="0"/>
      <w:sz w:val="21"/>
      <w:szCs w:val="22"/>
      <w14:ligatures w14:val="none"/>
    </w:rPr>
  </w:style>
  <w:style w:type="paragraph" w:customStyle="1" w:styleId="08FBC6FCA12444D38B9FEE2784194FF2">
    <w:name w:val="08FBC6FCA12444D38B9FEE2784194FF2"/>
    <w:rsid w:val="00BA2E8D"/>
    <w:pPr>
      <w:spacing w:after="100" w:line="252" w:lineRule="auto"/>
    </w:pPr>
    <w:rPr>
      <w:rFonts w:ascii="Arial" w:hAnsi="Arial"/>
      <w:kern w:val="0"/>
      <w:sz w:val="21"/>
      <w:szCs w:val="22"/>
      <w14:ligatures w14:val="none"/>
    </w:rPr>
  </w:style>
  <w:style w:type="paragraph" w:customStyle="1" w:styleId="CF1C5CE7C8744650BBE889156A915EE4">
    <w:name w:val="CF1C5CE7C8744650BBE889156A915EE4"/>
    <w:rsid w:val="00BA2E8D"/>
    <w:pPr>
      <w:spacing w:after="100" w:line="252" w:lineRule="auto"/>
    </w:pPr>
    <w:rPr>
      <w:rFonts w:ascii="Arial" w:hAnsi="Arial"/>
      <w:kern w:val="0"/>
      <w:sz w:val="21"/>
      <w:szCs w:val="22"/>
      <w14:ligatures w14:val="none"/>
    </w:rPr>
  </w:style>
  <w:style w:type="paragraph" w:customStyle="1" w:styleId="BB524AED888A4EF988F6416BCF118B41">
    <w:name w:val="BB524AED888A4EF988F6416BCF118B41"/>
    <w:rsid w:val="00BA2E8D"/>
    <w:pPr>
      <w:spacing w:after="100" w:line="252" w:lineRule="auto"/>
    </w:pPr>
    <w:rPr>
      <w:rFonts w:ascii="Arial" w:hAnsi="Arial"/>
      <w:kern w:val="0"/>
      <w:sz w:val="21"/>
      <w:szCs w:val="22"/>
      <w14:ligatures w14:val="none"/>
    </w:rPr>
  </w:style>
  <w:style w:type="paragraph" w:customStyle="1" w:styleId="5DA5F41FDA164637A0071442B1D91A1D">
    <w:name w:val="5DA5F41FDA164637A0071442B1D91A1D"/>
    <w:rsid w:val="00BA2E8D"/>
    <w:pPr>
      <w:spacing w:after="100" w:line="252" w:lineRule="auto"/>
    </w:pPr>
    <w:rPr>
      <w:rFonts w:ascii="Arial" w:hAnsi="Arial"/>
      <w:kern w:val="0"/>
      <w:sz w:val="21"/>
      <w:szCs w:val="22"/>
      <w14:ligatures w14:val="none"/>
    </w:rPr>
  </w:style>
  <w:style w:type="paragraph" w:customStyle="1" w:styleId="4BB50C344F67429885E1DC2645C5F82F">
    <w:name w:val="4BB50C344F67429885E1DC2645C5F82F"/>
    <w:rsid w:val="00BA2E8D"/>
    <w:pPr>
      <w:spacing w:after="100" w:line="252" w:lineRule="auto"/>
    </w:pPr>
    <w:rPr>
      <w:rFonts w:ascii="Arial" w:hAnsi="Arial"/>
      <w:kern w:val="0"/>
      <w:sz w:val="21"/>
      <w:szCs w:val="22"/>
      <w14:ligatures w14:val="none"/>
    </w:rPr>
  </w:style>
  <w:style w:type="paragraph" w:customStyle="1" w:styleId="92DCB545F6244A1B880AAACE3305C73A">
    <w:name w:val="92DCB545F6244A1B880AAACE3305C73A"/>
    <w:rsid w:val="00BA2E8D"/>
    <w:pPr>
      <w:spacing w:after="100" w:line="252" w:lineRule="auto"/>
    </w:pPr>
    <w:rPr>
      <w:rFonts w:ascii="Arial" w:hAnsi="Arial"/>
      <w:kern w:val="0"/>
      <w:sz w:val="21"/>
      <w:szCs w:val="22"/>
      <w14:ligatures w14:val="none"/>
    </w:rPr>
  </w:style>
  <w:style w:type="paragraph" w:customStyle="1" w:styleId="99413DE662D64CF3BD12549B6C81593F">
    <w:name w:val="99413DE662D64CF3BD12549B6C81593F"/>
    <w:rsid w:val="00BA2E8D"/>
    <w:pPr>
      <w:spacing w:after="100" w:line="252" w:lineRule="auto"/>
    </w:pPr>
    <w:rPr>
      <w:rFonts w:ascii="Arial" w:hAnsi="Arial"/>
      <w:kern w:val="0"/>
      <w:sz w:val="21"/>
      <w:szCs w:val="22"/>
      <w14:ligatures w14:val="none"/>
    </w:rPr>
  </w:style>
  <w:style w:type="paragraph" w:customStyle="1" w:styleId="7546957865C540D7B4926800654F7094">
    <w:name w:val="7546957865C540D7B4926800654F7094"/>
    <w:rsid w:val="00BA2E8D"/>
    <w:pPr>
      <w:spacing w:after="100" w:line="252" w:lineRule="auto"/>
    </w:pPr>
    <w:rPr>
      <w:rFonts w:ascii="Arial" w:hAnsi="Arial"/>
      <w:kern w:val="0"/>
      <w:sz w:val="21"/>
      <w:szCs w:val="22"/>
      <w14:ligatures w14:val="none"/>
    </w:rPr>
  </w:style>
  <w:style w:type="paragraph" w:customStyle="1" w:styleId="1C42A7038AC54A2EAEEE8114673722DE">
    <w:name w:val="1C42A7038AC54A2EAEEE8114673722DE"/>
    <w:rsid w:val="00BA2E8D"/>
    <w:pPr>
      <w:spacing w:after="100" w:line="252" w:lineRule="auto"/>
    </w:pPr>
    <w:rPr>
      <w:rFonts w:ascii="Arial" w:hAnsi="Arial"/>
      <w:kern w:val="0"/>
      <w:sz w:val="21"/>
      <w:szCs w:val="22"/>
      <w14:ligatures w14:val="none"/>
    </w:rPr>
  </w:style>
  <w:style w:type="paragraph" w:customStyle="1" w:styleId="CBC171E0ACFA41DFB23341ED8A1C712A">
    <w:name w:val="CBC171E0ACFA41DFB23341ED8A1C712A"/>
    <w:rsid w:val="00BA2E8D"/>
    <w:pPr>
      <w:spacing w:after="100" w:line="252" w:lineRule="auto"/>
    </w:pPr>
    <w:rPr>
      <w:rFonts w:ascii="Arial" w:hAnsi="Arial"/>
      <w:kern w:val="0"/>
      <w:sz w:val="21"/>
      <w:szCs w:val="22"/>
      <w14:ligatures w14:val="none"/>
    </w:rPr>
  </w:style>
  <w:style w:type="paragraph" w:customStyle="1" w:styleId="D3248BA9BB814E7DB308BCB620AC1C78">
    <w:name w:val="D3248BA9BB814E7DB308BCB620AC1C78"/>
    <w:rsid w:val="00BA2E8D"/>
    <w:pPr>
      <w:spacing w:after="100" w:line="252" w:lineRule="auto"/>
    </w:pPr>
    <w:rPr>
      <w:rFonts w:ascii="Arial" w:hAnsi="Arial"/>
      <w:kern w:val="0"/>
      <w:sz w:val="21"/>
      <w:szCs w:val="22"/>
      <w14:ligatures w14:val="none"/>
    </w:rPr>
  </w:style>
  <w:style w:type="paragraph" w:customStyle="1" w:styleId="6E5D3F07998D494DA2F7ACFC7825FE93">
    <w:name w:val="6E5D3F07998D494DA2F7ACFC7825FE93"/>
    <w:rsid w:val="00BA2E8D"/>
    <w:pPr>
      <w:spacing w:after="100" w:line="252" w:lineRule="auto"/>
    </w:pPr>
    <w:rPr>
      <w:rFonts w:ascii="Arial" w:hAnsi="Arial"/>
      <w:kern w:val="0"/>
      <w:sz w:val="21"/>
      <w:szCs w:val="22"/>
      <w14:ligatures w14:val="none"/>
    </w:rPr>
  </w:style>
  <w:style w:type="paragraph" w:customStyle="1" w:styleId="09CBF984F2F14D488C7BE64233853D9F">
    <w:name w:val="09CBF984F2F14D488C7BE64233853D9F"/>
    <w:rsid w:val="00BA2E8D"/>
    <w:pPr>
      <w:spacing w:after="100" w:line="252" w:lineRule="auto"/>
    </w:pPr>
    <w:rPr>
      <w:rFonts w:ascii="Arial" w:hAnsi="Arial"/>
      <w:kern w:val="0"/>
      <w:sz w:val="21"/>
      <w:szCs w:val="22"/>
      <w14:ligatures w14:val="none"/>
    </w:rPr>
  </w:style>
  <w:style w:type="paragraph" w:customStyle="1" w:styleId="39C3D55323E84E7697FDF140350ECA7D">
    <w:name w:val="39C3D55323E84E7697FDF140350ECA7D"/>
    <w:rsid w:val="00BA2E8D"/>
    <w:pPr>
      <w:spacing w:after="100" w:line="252" w:lineRule="auto"/>
    </w:pPr>
    <w:rPr>
      <w:rFonts w:ascii="Arial" w:hAnsi="Arial"/>
      <w:kern w:val="0"/>
      <w:sz w:val="21"/>
      <w:szCs w:val="22"/>
      <w14:ligatures w14:val="none"/>
    </w:rPr>
  </w:style>
  <w:style w:type="paragraph" w:customStyle="1" w:styleId="EE99F5EACF87436099F041B7725AE0E2">
    <w:name w:val="EE99F5EACF87436099F041B7725AE0E2"/>
    <w:rsid w:val="00BA2E8D"/>
    <w:pPr>
      <w:spacing w:after="100" w:line="252" w:lineRule="auto"/>
    </w:pPr>
    <w:rPr>
      <w:rFonts w:ascii="Arial" w:hAnsi="Arial"/>
      <w:kern w:val="0"/>
      <w:sz w:val="21"/>
      <w:szCs w:val="22"/>
      <w14:ligatures w14:val="none"/>
    </w:rPr>
  </w:style>
  <w:style w:type="paragraph" w:customStyle="1" w:styleId="9E28164B1CCA454D8C86C603ABA67DE2">
    <w:name w:val="9E28164B1CCA454D8C86C603ABA67DE2"/>
    <w:rsid w:val="00BA2E8D"/>
    <w:pPr>
      <w:spacing w:after="100" w:line="252" w:lineRule="auto"/>
    </w:pPr>
    <w:rPr>
      <w:rFonts w:ascii="Arial" w:hAnsi="Arial"/>
      <w:kern w:val="0"/>
      <w:sz w:val="21"/>
      <w:szCs w:val="22"/>
      <w14:ligatures w14:val="none"/>
    </w:rPr>
  </w:style>
  <w:style w:type="paragraph" w:customStyle="1" w:styleId="9470C5961D1D4C99A6726694659A20B3">
    <w:name w:val="9470C5961D1D4C99A6726694659A20B3"/>
    <w:rsid w:val="00BA2E8D"/>
    <w:pPr>
      <w:spacing w:after="100" w:line="252" w:lineRule="auto"/>
    </w:pPr>
    <w:rPr>
      <w:rFonts w:ascii="Arial" w:hAnsi="Arial"/>
      <w:kern w:val="0"/>
      <w:sz w:val="21"/>
      <w:szCs w:val="22"/>
      <w14:ligatures w14:val="none"/>
    </w:rPr>
  </w:style>
  <w:style w:type="paragraph" w:customStyle="1" w:styleId="3E1DBB48660B44F4BA7C30171DB68C2D">
    <w:name w:val="3E1DBB48660B44F4BA7C30171DB68C2D"/>
    <w:rsid w:val="00BA2E8D"/>
    <w:pPr>
      <w:spacing w:after="100" w:line="252" w:lineRule="auto"/>
    </w:pPr>
    <w:rPr>
      <w:rFonts w:ascii="Arial" w:hAnsi="Arial"/>
      <w:kern w:val="0"/>
      <w:sz w:val="21"/>
      <w:szCs w:val="22"/>
      <w14:ligatures w14:val="none"/>
    </w:rPr>
  </w:style>
  <w:style w:type="paragraph" w:customStyle="1" w:styleId="98DE583864BD43CD8746D1C1AA4EC453">
    <w:name w:val="98DE583864BD43CD8746D1C1AA4EC453"/>
    <w:rsid w:val="00BA2E8D"/>
    <w:pPr>
      <w:spacing w:after="100" w:line="252" w:lineRule="auto"/>
    </w:pPr>
    <w:rPr>
      <w:rFonts w:ascii="Arial" w:hAnsi="Arial"/>
      <w:kern w:val="0"/>
      <w:sz w:val="21"/>
      <w:szCs w:val="22"/>
      <w14:ligatures w14:val="none"/>
    </w:rPr>
  </w:style>
  <w:style w:type="paragraph" w:customStyle="1" w:styleId="D092E6BCD05D4346863F77CEB7B19A3E">
    <w:name w:val="D092E6BCD05D4346863F77CEB7B19A3E"/>
    <w:rsid w:val="00BA2E8D"/>
    <w:pPr>
      <w:spacing w:after="100" w:line="252" w:lineRule="auto"/>
    </w:pPr>
    <w:rPr>
      <w:rFonts w:ascii="Arial" w:hAnsi="Arial"/>
      <w:kern w:val="0"/>
      <w:sz w:val="21"/>
      <w:szCs w:val="22"/>
      <w14:ligatures w14:val="none"/>
    </w:rPr>
  </w:style>
  <w:style w:type="paragraph" w:customStyle="1" w:styleId="07E9BC601F174DA6B840CEC528C95B95">
    <w:name w:val="07E9BC601F174DA6B840CEC528C95B95"/>
    <w:rsid w:val="00BA2E8D"/>
    <w:pPr>
      <w:spacing w:after="100" w:line="252" w:lineRule="auto"/>
    </w:pPr>
    <w:rPr>
      <w:rFonts w:ascii="Arial" w:hAnsi="Arial"/>
      <w:kern w:val="0"/>
      <w:sz w:val="21"/>
      <w:szCs w:val="22"/>
      <w14:ligatures w14:val="none"/>
    </w:rPr>
  </w:style>
  <w:style w:type="paragraph" w:customStyle="1" w:styleId="8AAA49D1E8A8472B962B8808BD68A28E">
    <w:name w:val="8AAA49D1E8A8472B962B8808BD68A28E"/>
    <w:rsid w:val="00BA2E8D"/>
    <w:pPr>
      <w:spacing w:after="100" w:line="252" w:lineRule="auto"/>
    </w:pPr>
    <w:rPr>
      <w:rFonts w:ascii="Arial" w:hAnsi="Arial"/>
      <w:kern w:val="0"/>
      <w:sz w:val="21"/>
      <w:szCs w:val="22"/>
      <w14:ligatures w14:val="none"/>
    </w:rPr>
  </w:style>
  <w:style w:type="paragraph" w:customStyle="1" w:styleId="26728A5A6D564281B00C717D38C0CEEE">
    <w:name w:val="26728A5A6D564281B00C717D38C0CEEE"/>
    <w:rsid w:val="00BA2E8D"/>
    <w:pPr>
      <w:spacing w:after="100" w:line="252" w:lineRule="auto"/>
    </w:pPr>
    <w:rPr>
      <w:rFonts w:ascii="Arial" w:hAnsi="Arial"/>
      <w:kern w:val="0"/>
      <w:sz w:val="21"/>
      <w:szCs w:val="22"/>
      <w14:ligatures w14:val="none"/>
    </w:rPr>
  </w:style>
  <w:style w:type="paragraph" w:customStyle="1" w:styleId="C3972C40287D42C898AE475FA5D2DCD4">
    <w:name w:val="C3972C40287D42C898AE475FA5D2DCD4"/>
    <w:rsid w:val="00BA2E8D"/>
    <w:pPr>
      <w:spacing w:after="100" w:line="252" w:lineRule="auto"/>
    </w:pPr>
    <w:rPr>
      <w:rFonts w:ascii="Arial" w:hAnsi="Arial"/>
      <w:kern w:val="0"/>
      <w:sz w:val="21"/>
      <w:szCs w:val="22"/>
      <w14:ligatures w14:val="none"/>
    </w:rPr>
  </w:style>
  <w:style w:type="paragraph" w:customStyle="1" w:styleId="E0BE701AFCD44E10B8BF662CDA0722F3">
    <w:name w:val="E0BE701AFCD44E10B8BF662CDA0722F3"/>
    <w:rsid w:val="00BA2E8D"/>
    <w:pPr>
      <w:spacing w:after="100" w:line="252" w:lineRule="auto"/>
    </w:pPr>
    <w:rPr>
      <w:rFonts w:ascii="Arial" w:hAnsi="Arial"/>
      <w:kern w:val="0"/>
      <w:sz w:val="21"/>
      <w:szCs w:val="22"/>
      <w14:ligatures w14:val="none"/>
    </w:rPr>
  </w:style>
  <w:style w:type="paragraph" w:customStyle="1" w:styleId="E04B2E68183345AA9009053B6A4B4088">
    <w:name w:val="E04B2E68183345AA9009053B6A4B4088"/>
    <w:rsid w:val="00BA2E8D"/>
    <w:pPr>
      <w:spacing w:after="100" w:line="252" w:lineRule="auto"/>
    </w:pPr>
    <w:rPr>
      <w:rFonts w:ascii="Arial" w:hAnsi="Arial"/>
      <w:kern w:val="0"/>
      <w:sz w:val="21"/>
      <w:szCs w:val="22"/>
      <w14:ligatures w14:val="none"/>
    </w:rPr>
  </w:style>
  <w:style w:type="paragraph" w:customStyle="1" w:styleId="E51DAEE91149465FB81DB08B31AD0C20">
    <w:name w:val="E51DAEE91149465FB81DB08B31AD0C20"/>
    <w:rsid w:val="00BA2E8D"/>
    <w:pPr>
      <w:spacing w:after="100" w:line="252" w:lineRule="auto"/>
    </w:pPr>
    <w:rPr>
      <w:rFonts w:ascii="Arial" w:hAnsi="Arial"/>
      <w:kern w:val="0"/>
      <w:sz w:val="21"/>
      <w:szCs w:val="22"/>
      <w14:ligatures w14:val="none"/>
    </w:rPr>
  </w:style>
  <w:style w:type="paragraph" w:customStyle="1" w:styleId="8BDF9A8B9F064C0EBE7E4776BE283A0C">
    <w:name w:val="8BDF9A8B9F064C0EBE7E4776BE283A0C"/>
    <w:rsid w:val="00BA2E8D"/>
    <w:pPr>
      <w:spacing w:after="100" w:line="252" w:lineRule="auto"/>
    </w:pPr>
    <w:rPr>
      <w:rFonts w:ascii="Arial" w:hAnsi="Arial"/>
      <w:kern w:val="0"/>
      <w:sz w:val="21"/>
      <w:szCs w:val="22"/>
      <w14:ligatures w14:val="none"/>
    </w:rPr>
  </w:style>
  <w:style w:type="paragraph" w:customStyle="1" w:styleId="D2F0B079FBC44E13932CBF9AA42C2A34">
    <w:name w:val="D2F0B079FBC44E13932CBF9AA42C2A34"/>
    <w:rsid w:val="00BA2E8D"/>
    <w:pPr>
      <w:spacing w:after="100" w:line="252" w:lineRule="auto"/>
    </w:pPr>
    <w:rPr>
      <w:rFonts w:ascii="Arial" w:hAnsi="Arial"/>
      <w:kern w:val="0"/>
      <w:sz w:val="21"/>
      <w:szCs w:val="22"/>
      <w14:ligatures w14:val="none"/>
    </w:rPr>
  </w:style>
  <w:style w:type="paragraph" w:customStyle="1" w:styleId="95B5E6663120488988804C679ACDCCA7">
    <w:name w:val="95B5E6663120488988804C679ACDCCA7"/>
    <w:rsid w:val="00BA2E8D"/>
    <w:pPr>
      <w:spacing w:after="100" w:line="252" w:lineRule="auto"/>
    </w:pPr>
    <w:rPr>
      <w:rFonts w:ascii="Arial" w:hAnsi="Arial"/>
      <w:kern w:val="0"/>
      <w:sz w:val="21"/>
      <w:szCs w:val="22"/>
      <w14:ligatures w14:val="none"/>
    </w:rPr>
  </w:style>
  <w:style w:type="paragraph" w:customStyle="1" w:styleId="94CBB54BE60943FFB79091E6B2BFE091">
    <w:name w:val="94CBB54BE60943FFB79091E6B2BFE091"/>
    <w:rsid w:val="00BA2E8D"/>
    <w:pPr>
      <w:spacing w:after="100" w:line="252" w:lineRule="auto"/>
    </w:pPr>
    <w:rPr>
      <w:rFonts w:ascii="Arial" w:hAnsi="Arial"/>
      <w:kern w:val="0"/>
      <w:sz w:val="21"/>
      <w:szCs w:val="22"/>
      <w14:ligatures w14:val="none"/>
    </w:rPr>
  </w:style>
  <w:style w:type="paragraph" w:customStyle="1" w:styleId="9AFABBA0FF6D488B95BD0EE0E31D3665">
    <w:name w:val="9AFABBA0FF6D488B95BD0EE0E31D3665"/>
    <w:rsid w:val="00BA2E8D"/>
    <w:pPr>
      <w:spacing w:after="100" w:line="252" w:lineRule="auto"/>
    </w:pPr>
    <w:rPr>
      <w:rFonts w:ascii="Arial" w:hAnsi="Arial"/>
      <w:kern w:val="0"/>
      <w:sz w:val="21"/>
      <w:szCs w:val="22"/>
      <w14:ligatures w14:val="none"/>
    </w:rPr>
  </w:style>
  <w:style w:type="paragraph" w:customStyle="1" w:styleId="55F163848FA244F5BD5F77AE3A769741">
    <w:name w:val="55F163848FA244F5BD5F77AE3A769741"/>
    <w:rsid w:val="00BA2E8D"/>
    <w:pPr>
      <w:spacing w:after="100" w:line="252" w:lineRule="auto"/>
    </w:pPr>
    <w:rPr>
      <w:rFonts w:ascii="Arial" w:hAnsi="Arial"/>
      <w:kern w:val="0"/>
      <w:sz w:val="21"/>
      <w:szCs w:val="22"/>
      <w14:ligatures w14:val="none"/>
    </w:rPr>
  </w:style>
  <w:style w:type="paragraph" w:customStyle="1" w:styleId="B38BD163FC9A4E7CB897F1035828C208">
    <w:name w:val="B38BD163FC9A4E7CB897F1035828C208"/>
    <w:rsid w:val="00BA2E8D"/>
    <w:pPr>
      <w:spacing w:after="100" w:line="252" w:lineRule="auto"/>
    </w:pPr>
    <w:rPr>
      <w:rFonts w:ascii="Arial" w:hAnsi="Arial"/>
      <w:kern w:val="0"/>
      <w:sz w:val="21"/>
      <w:szCs w:val="22"/>
      <w14:ligatures w14:val="none"/>
    </w:rPr>
  </w:style>
  <w:style w:type="paragraph" w:customStyle="1" w:styleId="527DDB215C8F4915859A47D0E6908E1F">
    <w:name w:val="527DDB215C8F4915859A47D0E6908E1F"/>
    <w:rsid w:val="00BA2E8D"/>
    <w:pPr>
      <w:spacing w:after="100" w:line="252" w:lineRule="auto"/>
    </w:pPr>
    <w:rPr>
      <w:rFonts w:ascii="Arial" w:hAnsi="Arial"/>
      <w:kern w:val="0"/>
      <w:sz w:val="21"/>
      <w:szCs w:val="22"/>
      <w14:ligatures w14:val="none"/>
    </w:rPr>
  </w:style>
  <w:style w:type="paragraph" w:customStyle="1" w:styleId="FF1A011460C94F30BCDF793C2A7A5531">
    <w:name w:val="FF1A011460C94F30BCDF793C2A7A5531"/>
    <w:rsid w:val="00BA2E8D"/>
    <w:pPr>
      <w:spacing w:after="100" w:line="252" w:lineRule="auto"/>
    </w:pPr>
    <w:rPr>
      <w:rFonts w:ascii="Arial" w:hAnsi="Arial"/>
      <w:kern w:val="0"/>
      <w:sz w:val="21"/>
      <w:szCs w:val="22"/>
      <w14:ligatures w14:val="none"/>
    </w:rPr>
  </w:style>
  <w:style w:type="paragraph" w:customStyle="1" w:styleId="E583381AF5294313B62410ADFD71534B">
    <w:name w:val="E583381AF5294313B62410ADFD71534B"/>
    <w:rsid w:val="00BA2E8D"/>
    <w:pPr>
      <w:spacing w:after="100" w:line="252" w:lineRule="auto"/>
    </w:pPr>
    <w:rPr>
      <w:rFonts w:ascii="Arial" w:hAnsi="Arial"/>
      <w:kern w:val="0"/>
      <w:sz w:val="21"/>
      <w:szCs w:val="22"/>
      <w14:ligatures w14:val="none"/>
    </w:rPr>
  </w:style>
  <w:style w:type="paragraph" w:customStyle="1" w:styleId="96417E9C5AB244FE8CDEAAD72F674512">
    <w:name w:val="96417E9C5AB244FE8CDEAAD72F674512"/>
    <w:rsid w:val="00BA2E8D"/>
    <w:pPr>
      <w:spacing w:after="100" w:line="252" w:lineRule="auto"/>
    </w:pPr>
    <w:rPr>
      <w:rFonts w:ascii="Arial" w:hAnsi="Arial"/>
      <w:kern w:val="0"/>
      <w:sz w:val="21"/>
      <w:szCs w:val="22"/>
      <w14:ligatures w14:val="none"/>
    </w:rPr>
  </w:style>
  <w:style w:type="paragraph" w:customStyle="1" w:styleId="4EFA23F2CA3B4B3285BE800B21D8C43A">
    <w:name w:val="4EFA23F2CA3B4B3285BE800B21D8C43A"/>
    <w:rsid w:val="00BA2E8D"/>
    <w:pPr>
      <w:spacing w:after="100" w:line="252" w:lineRule="auto"/>
    </w:pPr>
    <w:rPr>
      <w:rFonts w:ascii="Arial" w:hAnsi="Arial"/>
      <w:kern w:val="0"/>
      <w:sz w:val="21"/>
      <w:szCs w:val="22"/>
      <w14:ligatures w14:val="none"/>
    </w:rPr>
  </w:style>
  <w:style w:type="paragraph" w:customStyle="1" w:styleId="2C42CCAF552E4CEA9687F8FE106E4CB2">
    <w:name w:val="2C42CCAF552E4CEA9687F8FE106E4CB2"/>
    <w:rsid w:val="00BA2E8D"/>
    <w:pPr>
      <w:spacing w:after="100" w:line="252" w:lineRule="auto"/>
    </w:pPr>
    <w:rPr>
      <w:rFonts w:ascii="Arial" w:hAnsi="Arial"/>
      <w:kern w:val="0"/>
      <w:sz w:val="21"/>
      <w:szCs w:val="22"/>
      <w14:ligatures w14:val="none"/>
    </w:rPr>
  </w:style>
  <w:style w:type="paragraph" w:customStyle="1" w:styleId="F32E4DFD1F904475A957274F75907DFF">
    <w:name w:val="F32E4DFD1F904475A957274F75907DFF"/>
    <w:rsid w:val="00BA2E8D"/>
    <w:pPr>
      <w:spacing w:after="100" w:line="252" w:lineRule="auto"/>
    </w:pPr>
    <w:rPr>
      <w:rFonts w:ascii="Arial" w:hAnsi="Arial"/>
      <w:kern w:val="0"/>
      <w:sz w:val="21"/>
      <w:szCs w:val="22"/>
      <w14:ligatures w14:val="none"/>
    </w:rPr>
  </w:style>
  <w:style w:type="paragraph" w:customStyle="1" w:styleId="6A12D1F6F9994ABBBF4CB572F7AF156C">
    <w:name w:val="6A12D1F6F9994ABBBF4CB572F7AF156C"/>
    <w:rsid w:val="00BA2E8D"/>
    <w:pPr>
      <w:spacing w:after="100" w:line="252" w:lineRule="auto"/>
    </w:pPr>
    <w:rPr>
      <w:rFonts w:ascii="Arial" w:hAnsi="Arial"/>
      <w:kern w:val="0"/>
      <w:sz w:val="21"/>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9806CF442CDDF44981C71C9178F86F8" ma:contentTypeVersion="1" ma:contentTypeDescription="Create a new document." ma:contentTypeScope="" ma:versionID="0438d1562cb00ef9ab49ae45672a9af4">
  <xsd:schema xmlns:xsd="http://www.w3.org/2001/XMLSchema" xmlns:xs="http://www.w3.org/2001/XMLSchema" xmlns:p="http://schemas.microsoft.com/office/2006/metadata/properties" xmlns:ns2="9d98fa39-7fbd-4685-a488-797cac822720" targetNamespace="http://schemas.microsoft.com/office/2006/metadata/properties" ma:root="true" ma:fieldsID="42a0314d400302ab926e9712341f7137" ns2:_="">
    <xsd:import namespace="9d98fa39-7fbd-4685-a488-797cac82272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EC21E49-8313-4ED1-A61C-4B684ED2EE79}"/>
</file>

<file path=customXml/itemProps3.xml><?xml version="1.0" encoding="utf-8"?>
<ds:datastoreItem xmlns:ds="http://schemas.openxmlformats.org/officeDocument/2006/customXml" ds:itemID="{4DD5F786-51DD-4BD6-A931-3C341C8D8DFB}"/>
</file>

<file path=customXml/itemProps4.xml><?xml version="1.0" encoding="utf-8"?>
<ds:datastoreItem xmlns:ds="http://schemas.openxmlformats.org/officeDocument/2006/customXml" ds:itemID="{D5D33D7A-6A46-4D47-9555-4A8245C03E71}"/>
</file>

<file path=docProps/app.xml><?xml version="1.0" encoding="utf-8"?>
<Properties xmlns="http://schemas.openxmlformats.org/officeDocument/2006/extended-properties" xmlns:vt="http://schemas.openxmlformats.org/officeDocument/2006/docPropsVTypes">
  <Template>Normal</Template>
  <TotalTime>1</TotalTime>
  <Pages>8</Pages>
  <Words>2284</Words>
  <Characters>13024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SFY 2027 Form 113H - iHOPE Project Report Form</vt:lpstr>
    </vt:vector>
  </TitlesOfParts>
  <Manager/>
  <Company/>
  <LinksUpToDate>false</LinksUpToDate>
  <CharactersWithSpaces>15278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SFY 2027 Form 113H - iHOPE Project Report Form</dc:title>
  <dc:subject>Accessible iHOPE Project Report Form for SFY 2027</dc:subject>
  <dc:creator>python-docx</dc:creator>
  <cp:keywords>iHOPE, First Episode Psychosis, Coordinated Specialty Care, Form 113H</cp:keywords>
  <dc:description>generated by python-docx</dc:description>
  <cp:lastModifiedBy>Mulder, Tracey M (BHDID/Frankfort)</cp:lastModifiedBy>
  <cp:revision>2</cp:revision>
  <dcterms:created xsi:type="dcterms:W3CDTF">2026-09-17T21:09:00Z</dcterms:created>
  <dcterms:modified xsi:type="dcterms:W3CDTF">2026-09-17T21:09:00Z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0x01010099806CF442CDDF44981C71C9178F86F8</vt:lpwstr>
  </property>
</Properties>
</file>